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1" w:name="pg0"/>
      <w:pPr>
        <w:keepLines w:val="0"/>
        <w:widowControl w:val="0"/>
        <w:spacing w:before="0" w:after="0"/>
        <w:jc w:val="center"/>
      </w:pPr>
      <w:bookmarkEnd w:id="1"/>
      <w:r>
        <w:drawing>
          <wp:inline xmlns:a="http://schemas.openxmlformats.org/drawingml/2006/main" xmlns:pic="http://schemas.openxmlformats.org/drawingml/2006/picture">
            <wp:extent cx="5942584" cy="7131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584" cy="713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180"/>
        <w:ind w:left="0" w:right="-60"/>
      </w:pPr>
      <w:r>
        <w:rPr>
          <w:rFonts w:ascii="Calibri" w:hAnsi="Calibri"/>
          <w:b w:val="0"/>
          <w:i w:val="0"/>
          <w:color w:val="595959"/>
          <w:sz w:val="15"/>
          <w:u w:val="none"/>
        </w:rPr>
        <w:t xml:space="preserve">Artwork posted by </w:t>
      </w:r>
      <w:hyperlink r:id="rId11">
        <w:r>
          <w:rPr>
            <w:rFonts w:ascii="Calibri" w:hAnsi="Calibri"/>
            <w:sz w:val="16"/>
            <w:color w:val="00B0F0"/>
            <w:u/>
          </w:rPr>
          <w:t>u/woke0rthadox</w:t>
        </w:r>
      </w:hyperlink>
      <w:hyperlink r:id="rId11">
        <w:r>
          <w:rPr>
            <w:rFonts w:ascii="Calibri" w:hAnsi="Calibri"/>
            <w:sz w:val="16"/>
            <w:color w:val="595959"/>
            <w:u/>
          </w:rPr>
          <w:t xml:space="preserve"> </w:t>
        </w:r>
      </w:hyperlink>
    </w:p>
    <w:p>
      <w:pPr>
        <w:keepLines w:val="0"/>
        <w:widowControl w:val="0"/>
        <w:spacing w:before="329" w:after="0" w:lineRule="exact" w:line="369"/>
        <w:ind w:right="-60"/>
        <w:jc w:val="center"/>
      </w:pPr>
      <w:r>
        <w:rPr>
          <w:rFonts w:ascii="Calibri" w:hAnsi="Calibri"/>
          <w:b/>
          <w:i w:val="0"/>
          <w:color w:val="FFFFFF"/>
          <w:sz w:val="36"/>
          <w:u w:val="none"/>
        </w:rPr>
        <w:t xml:space="preserve">r/Superstonk DD Mega Back Up </w:t>
      </w:r>
      <w:r>
        <w:rPr>
          <w:rFonts w:ascii="Segoe UI Emoji" w:hAnsi="Segoe UI Emoji"/>
          <w:b w:val="0"/>
          <w:i w:val="0"/>
          <w:color w:val="FFFFFF"/>
          <w:sz w:val="36"/>
          <w:u w:val="none"/>
        </w:rPr>
        <w:t xml:space="preserve"> </w:t>
      </w:r>
      <w:r>
        <w:rPr>
          <w:rFonts w:ascii="Calibri" w:hAnsi="Calibri"/>
          <w:b/>
          <w:i w:val="0"/>
          <w:color w:val="FFFFFF"/>
          <w:sz w:val="36"/>
          <w:u w:val="none"/>
        </w:rPr>
        <w:t xml:space="preserve">  </w:t>
      </w:r>
    </w:p>
    <w:p>
      <w:pPr>
        <w:keepLines w:val="0"/>
        <w:widowControl w:val="0"/>
        <w:spacing w:before="316" w:after="0" w:lineRule="exact" w:line="180"/>
        <w:ind w:right="-60"/>
        <w:jc w:val="center"/>
      </w:pPr>
      <w:r>
        <w:rPr>
          <w:rFonts w:ascii="Calibri" w:hAnsi="Calibri"/>
          <w:b w:val="0"/>
          <w:i w:val="0"/>
          <w:color w:val="595959"/>
          <w:sz w:val="17"/>
          <w:u w:val="none"/>
        </w:rPr>
        <w:t xml:space="preserve">Archived DD, with most attention, in no particular order. </w:t>
      </w:r>
    </w:p>
    <w:p>
      <w:pPr>
        <w:keepLines w:val="0"/>
        <w:widowControl w:val="0"/>
        <w:spacing w:before="260" w:after="0" w:lineRule="exact" w:line="180"/>
        <w:ind w:right="-60"/>
        <w:jc w:val="center"/>
      </w:pPr>
      <w:r>
        <w:rPr>
          <w:rFonts w:ascii="Calibri" w:hAnsi="Calibri"/>
          <w:b/>
          <w:i w:val="0"/>
          <w:color w:val="7F7F7F"/>
          <w:sz w:val="17"/>
          <w:u w:val="none"/>
        </w:rPr>
        <w:t xml:space="preserve">Archive provided by u/onlyfuturehuman </w:t>
      </w:r>
    </w:p>
    <w:p>
      <w:pPr>
        <w:keepLines w:val="0"/>
        <w:widowControl w:val="0"/>
        <w:spacing w:before="600" w:after="0" w:lineRule="exact" w:line="280"/>
        <w:ind w:left="0" w:right="-60"/>
      </w:pPr>
      <w:r>
        <w:rPr>
          <w:rFonts w:ascii="Calibri" w:hAnsi="Calibri"/>
          <w:b/>
          <w:i/>
          <w:color w:val="7F7F7F"/>
          <w:sz w:val="27"/>
          <w:u w:val="none"/>
        </w:rPr>
        <w:t xml:space="preserve">Table of Contents </w:t>
      </w:r>
      <w:r>
        <w:rPr>
          <w:rFonts w:ascii="Calibri" w:hAnsi="Calibri"/>
          <w:b w:val="0"/>
          <w:i/>
          <w:color w:val="7F7F7F"/>
          <w:sz w:val="17"/>
          <w:u w:val="none"/>
        </w:rPr>
        <w:t xml:space="preserve">– Click titles to jump to that section. Click usernames to jump directly to OP. </w:t>
      </w:r>
    </w:p>
    <w:p>
      <w:pPr>
        <w:keepLines w:val="0"/>
        <w:widowControl w:val="0"/>
        <w:spacing w:before="275" w:after="0" w:lineRule="exact" w:line="240"/>
        <w:ind w:left="0" w:right="-60"/>
      </w:pPr>
      <w:hyperlink w:anchor="pg262">
        <w:r>
          <w:rPr>
            <w:rFonts w:ascii="Calibri" w:hAnsi="Calibri"/>
            <w:sz w:val="20"/>
            <w:color w:val="00B0F0"/>
            <w:u/>
          </w:rPr>
          <w:t>A House of Cards - Part 1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12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1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277">
        <w:r>
          <w:rPr>
            <w:rFonts w:ascii="Calibri" w:hAnsi="Calibri"/>
            <w:sz w:val="20"/>
            <w:color w:val="00B0F0"/>
            <w:u/>
          </w:rPr>
          <w:t>House of Cards - Part 2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13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1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290">
        <w:r>
          <w:rPr>
            <w:rFonts w:ascii="Calibri" w:hAnsi="Calibri"/>
            <w:sz w:val="20"/>
            <w:color w:val="00B0F0"/>
            <w:u/>
          </w:rPr>
          <w:t>House of Cards - Part 3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14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1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5" w:after="0" w:lineRule="exact" w:line="24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>Peek-a-boo! I see you 79M hidden shorts!</w:t>
      </w:r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>Posted by</w:t>
      </w:r>
      <w:hyperlink r:id="rId1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  <w:hyperlink r:id="rId15">
        <w:r>
          <w:rPr>
            <w:rFonts w:ascii="Calibri" w:hAnsi="Calibri"/>
            <w:sz w:val="20"/>
            <w:color w:val="00B0F0"/>
            <w:u/>
          </w:rPr>
          <w:t>u/WhatCanIMakeToday</w:t>
        </w:r>
      </w:hyperlink>
      <w:hyperlink r:id="rId15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50" w:after="0" w:lineRule="exact" w:line="240"/>
        <w:ind w:left="0" w:right="-60"/>
      </w:pPr>
      <w:hyperlink w:anchor="pg7">
        <w:r>
          <w:rPr>
            <w:rFonts w:ascii="Calibri" w:hAnsi="Calibri"/>
            <w:sz w:val="20"/>
            <w:color w:val="00B0F0"/>
            <w:u/>
          </w:rPr>
          <w:t>Peek-a-boo! I see 103M hidden shorts! (Part Deux)</w:t>
        </w:r>
      </w:hyperlink>
      <w:hyperlink w:anchor="pg7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16">
        <w:r>
          <w:rPr>
            <w:rFonts w:ascii="Calibri" w:hAnsi="Calibri"/>
            <w:sz w:val="20"/>
            <w:color w:val="00B0F0"/>
            <w:u/>
          </w:rPr>
          <w:t>u/WhatCanIMakeToday</w:t>
        </w:r>
      </w:hyperlink>
      <w:hyperlink r:id="rId1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8">
        <w:r>
          <w:rPr>
            <w:rFonts w:ascii="Calibri" w:hAnsi="Calibri"/>
            <w:sz w:val="20"/>
            <w:color w:val="00B0F0"/>
            <w:u/>
          </w:rPr>
          <w:t>TL:DR – I believe inflation is the match that has been lit that will light the fuse of our rocket. Part 2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</w:p>
    <w:p>
      <w:pPr>
        <w:keepLines w:val="0"/>
        <w:widowControl w:val="0"/>
        <w:spacing w:before="48" w:after="0" w:lineRule="exact" w:line="210"/>
        <w:ind w:left="0" w:right="-60"/>
      </w:pPr>
      <w:hyperlink r:id="rId17">
        <w:r>
          <w:rPr>
            <w:rFonts w:ascii="Calibri" w:hAnsi="Calibri"/>
            <w:sz w:val="20"/>
            <w:color w:val="00B0F0"/>
            <w:u/>
          </w:rPr>
          <w:t>u/Dismal-Jellyfish</w:t>
        </w:r>
      </w:hyperlink>
      <w:hyperlink r:id="rId1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0" w:after="0" w:lineRule="exact" w:line="210"/>
        <w:ind w:left="0" w:right="-60"/>
      </w:pPr>
      <w:hyperlink w:anchor="pg22">
        <w:r>
          <w:rPr>
            <w:rFonts w:ascii="Calibri" w:hAnsi="Calibri"/>
            <w:sz w:val="20"/>
            <w:color w:val="00B0F0"/>
            <w:u/>
          </w:rPr>
          <w:t xml:space="preserve">The Anatomy of the MOASS - Part 1/3: The Key Market Concepts that Make the MOASS Possible and Other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22">
        <w:r>
          <w:rPr>
            <w:rFonts w:ascii="Calibri" w:hAnsi="Calibri"/>
            <w:sz w:val="20"/>
            <w:color w:val="00B0F0"/>
            <w:u/>
          </w:rPr>
          <w:t>Important Terminology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18">
        <w:r>
          <w:rPr>
            <w:rFonts w:ascii="Calibri" w:hAnsi="Calibri"/>
            <w:sz w:val="20"/>
            <w:color w:val="00B0F0"/>
            <w:u/>
          </w:rPr>
          <w:t>u/HCMF_MaceFace</w:t>
        </w:r>
      </w:hyperlink>
      <w:hyperlink r:id="rId1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0" w:after="0" w:lineRule="exact" w:line="250"/>
        <w:ind w:left="0" w:right="-60"/>
      </w:pPr>
      <w:hyperlink w:anchor="pg34">
        <w:r>
          <w:rPr>
            <w:rFonts w:ascii="Calibri" w:hAnsi="Calibri"/>
            <w:sz w:val="20"/>
            <w:color w:val="00B0F0"/>
            <w:u/>
          </w:rPr>
          <w:t xml:space="preserve">wen moon 10 : Endgame </w:t>
        </w:r>
      </w:hyperlink>
      <w:hyperlink w:anchor="pg34">
        <w:r>
          <w:rPr>
            <w:rFonts w:ascii="Arial" w:hAnsi="Arial"/>
            <w:sz w:val="20"/>
            <w:color w:val="00B0F0"/>
            <w:u/>
          </w:rPr>
          <w:t>■</w:t>
        </w:r>
      </w:hyperlink>
      <w:hyperlink w:anchor="pg34">
        <w:r>
          <w:rPr>
            <w:rFonts w:ascii="Calibri" w:hAnsi="Calibri"/>
            <w:sz w:val="20"/>
            <w:color w:val="00B0F0"/>
            <w:u/>
          </w:rPr>
          <w:t xml:space="preserve"> Final TA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19">
        <w:r>
          <w:rPr>
            <w:rFonts w:ascii="Calibri" w:hAnsi="Calibri"/>
            <w:sz w:val="20"/>
            <w:color w:val="00B0F0"/>
            <w:u/>
          </w:rPr>
          <w:t>u/MOSfriedeggs</w:t>
        </w:r>
      </w:hyperlink>
      <w:hyperlink r:id="rId1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48">
        <w:r>
          <w:rPr>
            <w:rFonts w:ascii="Calibri" w:hAnsi="Calibri"/>
            <w:sz w:val="20"/>
            <w:color w:val="00B0F0"/>
            <w:u/>
          </w:rPr>
          <w:t>The Sun Never Sets On Citadel -- Part 1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0">
        <w:r>
          <w:rPr>
            <w:rFonts w:ascii="Calibri" w:hAnsi="Calibri"/>
            <w:sz w:val="20"/>
            <w:color w:val="00B0F0"/>
            <w:u/>
          </w:rPr>
          <w:t>u/swede_child_of_mine</w:t>
        </w:r>
      </w:hyperlink>
      <w:hyperlink r:id="rId2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53">
        <w:r>
          <w:rPr>
            <w:rFonts w:ascii="Calibri" w:hAnsi="Calibri"/>
            <w:sz w:val="20"/>
            <w:color w:val="00B0F0"/>
            <w:u/>
          </w:rPr>
          <w:t>The Sun Never Sets on Citadel -- Part 2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1">
        <w:r>
          <w:rPr>
            <w:rFonts w:ascii="Calibri" w:hAnsi="Calibri"/>
            <w:sz w:val="20"/>
            <w:color w:val="00B0F0"/>
            <w:u/>
          </w:rPr>
          <w:t>u/swede_child_of_mine</w:t>
        </w:r>
      </w:hyperlink>
      <w:hyperlink r:id="rId21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6" w:after="0" w:lineRule="exact" w:line="240"/>
        <w:ind w:left="0" w:right="-60"/>
      </w:pPr>
      <w:hyperlink w:anchor="pg64">
        <w:r>
          <w:rPr>
            <w:rFonts w:ascii="Calibri" w:hAnsi="Calibri"/>
            <w:sz w:val="20"/>
            <w:color w:val="00B0F0"/>
            <w:u/>
          </w:rPr>
          <w:t>New OCC rule passed to fuck the large financial institutions out of using derivatives to pass their tests.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</w:p>
    <w:p>
      <w:pPr>
        <w:keepLines w:val="0"/>
        <w:widowControl w:val="0"/>
        <w:spacing w:before="47" w:after="0" w:lineRule="exact" w:line="210"/>
        <w:ind w:left="0" w:right="-60"/>
      </w:pP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2">
        <w:r>
          <w:rPr>
            <w:rFonts w:ascii="Calibri" w:hAnsi="Calibri"/>
            <w:sz w:val="20"/>
            <w:color w:val="00B0F0"/>
            <w:u/>
          </w:rPr>
          <w:t>u/laflammaster</w:t>
        </w:r>
      </w:hyperlink>
      <w:hyperlink r:id="rId2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69">
        <w:r>
          <w:rPr>
            <w:rFonts w:ascii="Calibri" w:hAnsi="Calibri"/>
            <w:sz w:val="20"/>
            <w:color w:val="00B0F0"/>
            <w:u/>
          </w:rPr>
          <w:t xml:space="preserve">The DTCC (Depository That Clears Counterfeits) is finished. They covered up the fraud that enables naked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69">
        <w:r>
          <w:rPr>
            <w:rFonts w:ascii="Calibri" w:hAnsi="Calibri"/>
            <w:sz w:val="20"/>
            <w:color w:val="00B0F0"/>
            <w:u/>
          </w:rPr>
          <w:t>short selling and are why we will MOASS to epic proportions.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3">
        <w:r>
          <w:rPr>
            <w:rFonts w:ascii="Calibri" w:hAnsi="Calibri"/>
            <w:sz w:val="20"/>
            <w:color w:val="00B0F0"/>
            <w:u/>
          </w:rPr>
          <w:t>u/JustBeingPunny</w:t>
        </w:r>
      </w:hyperlink>
      <w:hyperlink r:id="rId2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5" w:after="0" w:lineRule="exact" w:line="240"/>
        <w:ind w:left="0" w:right="-60"/>
      </w:pPr>
      <w:hyperlink w:anchor="pg74">
        <w:r>
          <w:rPr>
            <w:rFonts w:ascii="Calibri" w:hAnsi="Calibri"/>
            <w:sz w:val="20"/>
            <w:color w:val="00B0F0"/>
            <w:u/>
          </w:rPr>
          <w:t>Elliott Waves and The Top Of The Market, Is This THE TOP?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>Posted by</w:t>
      </w:r>
      <w:hyperlink r:id="rId24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  <w:hyperlink r:id="rId24">
        <w:r>
          <w:rPr>
            <w:rFonts w:ascii="Calibri" w:hAnsi="Calibri"/>
            <w:sz w:val="20"/>
            <w:color w:val="00B0F0"/>
            <w:u/>
          </w:rPr>
          <w:t xml:space="preserve">u/possibly6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77">
        <w:r>
          <w:rPr>
            <w:rFonts w:ascii="Calibri" w:hAnsi="Calibri"/>
            <w:sz w:val="20"/>
            <w:color w:val="00B0F0"/>
            <w:u/>
          </w:rPr>
          <w:t>The MOASS Preparation Guide 2.0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5">
        <w:r>
          <w:rPr>
            <w:rFonts w:ascii="Calibri" w:hAnsi="Calibri"/>
            <w:sz w:val="20"/>
            <w:color w:val="00B0F0"/>
            <w:u/>
          </w:rPr>
          <w:t>u/socrates6210</w:t>
        </w:r>
      </w:hyperlink>
      <w:hyperlink r:id="rId2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bookmarkStart w:id="2" w:name="pg1"/>
      <w:pPr>
        <w:keepLines w:val="0"/>
        <w:pageBreakBefore/>
        <w:widowControl w:val="0"/>
        <w:spacing w:before="56" w:after="0" w:lineRule="exact" w:line="240"/>
        <w:ind w:left="0" w:right="-60"/>
      </w:pPr>
      <w:bookmarkEnd w:id="2"/>
      <w:hyperlink w:anchor="pg86">
        <w:r>
          <w:rPr>
            <w:rFonts w:ascii="Calibri" w:hAnsi="Calibri"/>
            <w:sz w:val="20"/>
            <w:color w:val="00B0F0"/>
            <w:u/>
          </w:rPr>
          <w:t>The NYSE threshold list: collapsing shorts and launching the MOASS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6">
        <w:r>
          <w:rPr>
            <w:rFonts w:ascii="Calibri" w:hAnsi="Calibri"/>
            <w:sz w:val="20"/>
            <w:color w:val="00B0F0"/>
            <w:u/>
          </w:rPr>
          <w:t>u/Bladeace</w:t>
        </w:r>
      </w:hyperlink>
      <w:hyperlink r:id="rId2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91">
        <w:r>
          <w:rPr>
            <w:rFonts w:ascii="Calibri" w:hAnsi="Calibri"/>
            <w:sz w:val="20"/>
            <w:color w:val="00B0F0"/>
            <w:u/>
          </w:rPr>
          <w:t>Infinity Pool: How GME Will Break the Laws of Supply and Demand and Enable the Money Glitch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</w:p>
    <w:p>
      <w:pPr>
        <w:keepLines w:val="0"/>
        <w:widowControl w:val="0"/>
        <w:spacing w:before="48" w:after="0" w:lineRule="exact" w:line="210"/>
        <w:ind w:left="0" w:right="-60"/>
      </w:pPr>
      <w:hyperlink r:id="rId27">
        <w:r>
          <w:rPr>
            <w:rFonts w:ascii="Calibri" w:hAnsi="Calibri"/>
            <w:sz w:val="20"/>
            <w:color w:val="00B0F0"/>
            <w:u/>
          </w:rPr>
          <w:t>u/Hemoglobin_trotter</w:t>
        </w:r>
      </w:hyperlink>
      <w:hyperlink r:id="rId2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0" w:after="0" w:lineRule="exact" w:line="210"/>
        <w:ind w:left="0" w:right="-60"/>
      </w:pPr>
      <w:hyperlink w:anchor="pg98">
        <w:r>
          <w:rPr>
            <w:rFonts w:ascii="Calibri" w:hAnsi="Calibri"/>
            <w:sz w:val="20"/>
            <w:color w:val="00B0F0"/>
            <w:u/>
          </w:rPr>
          <w:t xml:space="preserve">Where and how Citadel/other hedge funds have been hiding their short positions, and a true estimate of how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98">
        <w:r>
          <w:rPr>
            <w:rFonts w:ascii="Calibri" w:hAnsi="Calibri"/>
            <w:sz w:val="20"/>
            <w:color w:val="00B0F0"/>
            <w:u/>
          </w:rPr>
          <w:t>many short shares are currently being hidden.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8">
        <w:r>
          <w:rPr>
            <w:rFonts w:ascii="Calibri" w:hAnsi="Calibri"/>
            <w:sz w:val="20"/>
            <w:color w:val="00B0F0"/>
            <w:u/>
          </w:rPr>
          <w:t>u/AcedVector</w:t>
        </w:r>
      </w:hyperlink>
      <w:hyperlink r:id="rId2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5" w:after="0" w:lineRule="exact" w:line="240"/>
        <w:ind w:left="0" w:right="-60"/>
      </w:pPr>
      <w:hyperlink w:anchor="pg106">
        <w:r>
          <w:rPr>
            <w:rFonts w:ascii="Calibri" w:hAnsi="Calibri"/>
            <w:sz w:val="20"/>
            <w:color w:val="00B0F0"/>
            <w:u/>
          </w:rPr>
          <w:t>Dark Pools, Price Discovery and Short Selling/Marking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29">
        <w:r>
          <w:rPr>
            <w:rFonts w:ascii="Calibri" w:hAnsi="Calibri"/>
            <w:sz w:val="20"/>
            <w:color w:val="00B0F0"/>
            <w:u/>
          </w:rPr>
          <w:t>u/dlauer</w:t>
        </w:r>
      </w:hyperlink>
      <w:hyperlink r:id="rId2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6" w:after="0" w:lineRule="exact" w:line="240"/>
        <w:ind w:left="0" w:right="-60"/>
      </w:pPr>
      <w:hyperlink w:anchor="pg109">
        <w:r>
          <w:rPr>
            <w:rFonts w:ascii="Calibri" w:hAnsi="Calibri"/>
            <w:sz w:val="20"/>
            <w:color w:val="00B0F0"/>
            <w:u/>
          </w:rPr>
          <w:t>Hi All, It's Ryan Cohen T+21 Tweet Guy. I'm losing my shit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30">
        <w:r>
          <w:rPr>
            <w:rFonts w:ascii="Calibri" w:hAnsi="Calibri"/>
            <w:sz w:val="20"/>
            <w:color w:val="00B0F0"/>
            <w:u/>
          </w:rPr>
          <w:t>u/Nalifi</w:t>
        </w:r>
      </w:hyperlink>
      <w:hyperlink r:id="rId3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111">
        <w:r>
          <w:rPr>
            <w:rFonts w:ascii="Calibri" w:hAnsi="Calibri"/>
            <w:sz w:val="20"/>
            <w:color w:val="00B0F0"/>
            <w:u/>
          </w:rPr>
          <w:t xml:space="preserve">Elliot Waves And GME, The Return Of The Uptrend </w:t>
        </w:r>
      </w:hyperlink>
      <w:hyperlink w:anchor="pg111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1">
        <w:r>
          <w:rPr>
            <w:rFonts w:ascii="Calibri" w:hAnsi="Calibri"/>
            <w:sz w:val="20"/>
            <w:color w:val="00B0F0"/>
            <w:u/>
          </w:rPr>
          <w:t>u/possibly6</w:t>
        </w:r>
      </w:hyperlink>
      <w:hyperlink r:id="rId31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113">
        <w:r>
          <w:rPr>
            <w:rFonts w:ascii="Calibri" w:hAnsi="Calibri"/>
            <w:sz w:val="20"/>
            <w:color w:val="00B0F0"/>
            <w:u/>
          </w:rPr>
          <w:t xml:space="preserve">Ryan Cohen Started Chewy with $15m in Investments. He is Starting Off at GME with $1bn. This Interview is </w:t>
        </w:r>
      </w:hyperlink>
    </w:p>
    <w:p>
      <w:pPr>
        <w:keepLines w:val="0"/>
        <w:widowControl w:val="0"/>
        <w:spacing w:before="47" w:after="0" w:lineRule="exact" w:line="240"/>
        <w:ind w:left="0" w:right="-60"/>
      </w:pPr>
      <w:hyperlink w:anchor="pg113">
        <w:r>
          <w:rPr>
            <w:rFonts w:ascii="Calibri" w:hAnsi="Calibri"/>
            <w:sz w:val="20"/>
            <w:color w:val="00B0F0"/>
            <w:u/>
          </w:rPr>
          <w:t>the Only DD I Need. Possible Blue Prints for GME?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2">
        <w:r>
          <w:rPr>
            <w:rFonts w:ascii="Calibri" w:hAnsi="Calibri"/>
            <w:sz w:val="20"/>
            <w:color w:val="00B0F0"/>
            <w:u/>
          </w:rPr>
          <w:t>u/tendieful</w:t>
        </w:r>
      </w:hyperlink>
      <w:hyperlink r:id="rId3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118">
        <w:r>
          <w:rPr>
            <w:rFonts w:ascii="Calibri" w:hAnsi="Calibri"/>
            <w:sz w:val="20"/>
            <w:color w:val="00B0F0"/>
            <w:u/>
          </w:rPr>
          <w:t>Hyperinflation is Coming- The Dollar Endgame: PART 1, “A New Rome”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3">
        <w:r>
          <w:rPr>
            <w:rFonts w:ascii="Calibri" w:hAnsi="Calibri"/>
            <w:sz w:val="20"/>
            <w:color w:val="00B0F0"/>
            <w:u/>
          </w:rPr>
          <w:t>u/peruvian_bull</w:t>
        </w:r>
      </w:hyperlink>
      <w:hyperlink r:id="rId3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2" w:after="0" w:lineRule="exact" w:line="21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 xml:space="preserve">The Fed is pinned into a corner from the 2008 can-kick utilizing QE, and the economic effects of COVID. They </w:t>
      </w:r>
    </w:p>
    <w:p>
      <w:pPr>
        <w:keepLines w:val="0"/>
        <w:widowControl w:val="0"/>
        <w:spacing w:before="45" w:after="0" w:lineRule="exact" w:line="21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 xml:space="preserve">are stuck battling a collateral crisis AND a liquidity crisis. The Fed is currently fudging the numbers of </w:t>
      </w:r>
    </w:p>
    <w:p>
      <w:pPr>
        <w:keepLines w:val="0"/>
        <w:widowControl w:val="0"/>
        <w:spacing w:before="52" w:after="0" w:lineRule="exact" w:line="24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>treasuries to hide a collateral…</w:t>
      </w:r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- 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4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34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7" w:after="0" w:lineRule="exact" w:line="210"/>
        <w:ind w:left="0" w:right="-60"/>
      </w:pPr>
      <w:hyperlink w:anchor="pg147">
        <w:r>
          <w:rPr>
            <w:rFonts w:ascii="Calibri" w:hAnsi="Calibri"/>
            <w:sz w:val="20"/>
            <w:color w:val="00B0F0"/>
            <w:u/>
          </w:rPr>
          <w:t xml:space="preserve">Reverse Repos, DTC-2021-005, SR-NSCC-2021-002, Banks, and the C-Market: How it's all connected and how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147">
        <w:r>
          <w:rPr>
            <w:rFonts w:ascii="Calibri" w:hAnsi="Calibri"/>
            <w:sz w:val="20"/>
            <w:color w:val="00B0F0"/>
            <w:u/>
          </w:rPr>
          <w:t>we might be on the verge of the House of Cards falling.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5">
        <w:r>
          <w:rPr>
            <w:rFonts w:ascii="Calibri" w:hAnsi="Calibri"/>
            <w:sz w:val="20"/>
            <w:color w:val="00B0F0"/>
            <w:u/>
          </w:rPr>
          <w:t>u/AcedVector</w:t>
        </w:r>
      </w:hyperlink>
      <w:hyperlink r:id="rId3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1" w:after="0" w:lineRule="exact" w:line="240"/>
        <w:ind w:left="0" w:right="-60"/>
      </w:pPr>
      <w:hyperlink w:anchor="pg153">
        <w:r>
          <w:rPr>
            <w:rFonts w:ascii="Calibri" w:hAnsi="Calibri"/>
            <w:sz w:val="20"/>
            <w:color w:val="00B0F0"/>
            <w:u/>
          </w:rPr>
          <w:t xml:space="preserve">GME, Banks Falling Off a Cliff, The Movie Stock, Elliot Waves, WUT Mean For This Week? </w:t>
        </w:r>
      </w:hyperlink>
      <w:hyperlink w:anchor="pg153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</w:p>
    <w:p>
      <w:pPr>
        <w:keepLines w:val="0"/>
        <w:widowControl w:val="0"/>
        <w:spacing w:before="47" w:after="0" w:lineRule="exact" w:line="210"/>
        <w:ind w:left="0" w:right="-60"/>
      </w:pPr>
      <w:hyperlink r:id="rId36">
        <w:r>
          <w:rPr>
            <w:rFonts w:ascii="Calibri" w:hAnsi="Calibri"/>
            <w:sz w:val="20"/>
            <w:color w:val="00B0F0"/>
            <w:u/>
          </w:rPr>
          <w:t>u/possibly6</w:t>
        </w:r>
      </w:hyperlink>
      <w:hyperlink r:id="rId3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156">
        <w:r>
          <w:rPr>
            <w:rFonts w:ascii="Calibri" w:hAnsi="Calibri"/>
            <w:sz w:val="20"/>
            <w:color w:val="00B0F0"/>
            <w:u/>
          </w:rPr>
          <w:t xml:space="preserve">DEBUNKING THE 20% INFLATION DDs! IT IS CRUCIAL TO FACT-CHECK BEFORE UPVOTING DDs WITH WILDLY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156">
        <w:r>
          <w:rPr>
            <w:rFonts w:ascii="Calibri" w:hAnsi="Calibri"/>
            <w:sz w:val="20"/>
            <w:color w:val="00B0F0"/>
            <w:u/>
          </w:rPr>
          <w:t>ABSURD CLAIMS!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7">
        <w:r>
          <w:rPr>
            <w:rFonts w:ascii="Calibri" w:hAnsi="Calibri"/>
            <w:sz w:val="20"/>
            <w:color w:val="00B0F0"/>
            <w:u/>
          </w:rPr>
          <w:t>u/hikurashi83</w:t>
        </w:r>
      </w:hyperlink>
      <w:hyperlink r:id="rId3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159">
        <w:r>
          <w:rPr>
            <w:rFonts w:ascii="Calibri" w:hAnsi="Calibri"/>
            <w:sz w:val="20"/>
            <w:color w:val="00B0F0"/>
            <w:u/>
          </w:rPr>
          <w:t xml:space="preserve">AnnihilationGod presents: The Big Short Data Collection for Everyone - Or: How to data proof irregularities in </w:t>
        </w:r>
      </w:hyperlink>
    </w:p>
    <w:p>
      <w:pPr>
        <w:keepLines w:val="0"/>
        <w:widowControl w:val="0"/>
        <w:spacing w:before="47" w:after="0" w:lineRule="exact" w:line="240"/>
        <w:ind w:left="0" w:right="-60"/>
      </w:pPr>
      <w:hyperlink w:anchor="pg159">
        <w:r>
          <w:rPr>
            <w:rFonts w:ascii="Calibri" w:hAnsi="Calibri"/>
            <w:sz w:val="20"/>
            <w:color w:val="00B0F0"/>
            <w:u/>
          </w:rPr>
          <w:t>GMEs trading history for everyone (AGods GME Mastersheet + Full collection Download link at the end)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</w:p>
    <w:p>
      <w:pPr>
        <w:keepLines w:val="0"/>
        <w:widowControl w:val="0"/>
        <w:spacing w:before="47" w:after="0" w:lineRule="exact" w:line="210"/>
        <w:ind w:left="0" w:right="-60"/>
      </w:pP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38">
        <w:r>
          <w:rPr>
            <w:rFonts w:ascii="Calibri" w:hAnsi="Calibri"/>
            <w:sz w:val="20"/>
            <w:color w:val="00B0F0"/>
            <w:u/>
          </w:rPr>
          <w:t>u/AnnihilationGod</w:t>
        </w:r>
      </w:hyperlink>
      <w:hyperlink r:id="rId3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7" w:after="0" w:lineRule="exact" w:line="240"/>
        <w:ind w:left="0" w:right="-60"/>
      </w:pPr>
      <w:hyperlink w:anchor="pg165">
        <w:r>
          <w:rPr>
            <w:rFonts w:ascii="Calibri" w:hAnsi="Calibri"/>
            <w:sz w:val="20"/>
            <w:color w:val="00B0F0"/>
            <w:u/>
          </w:rPr>
          <w:t>I think the Fed just accidentally proved us right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39">
        <w:r>
          <w:rPr>
            <w:rFonts w:ascii="Calibri" w:hAnsi="Calibri"/>
            <w:sz w:val="20"/>
            <w:color w:val="00B0F0"/>
            <w:u/>
          </w:rPr>
          <w:t>u/leisure_rules</w:t>
        </w:r>
      </w:hyperlink>
      <w:hyperlink r:id="rId3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6" w:after="0" w:lineRule="exact" w:line="240"/>
        <w:ind w:left="0" w:right="-60"/>
      </w:pPr>
      <w:hyperlink w:anchor="pg167">
        <w:r>
          <w:rPr>
            <w:rFonts w:ascii="Calibri" w:hAnsi="Calibri"/>
            <w:sz w:val="20"/>
            <w:color w:val="00B0F0"/>
            <w:u/>
          </w:rPr>
          <w:t>Reverse Repo Operations - Explaining Their Purpose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0">
        <w:r>
          <w:rPr>
            <w:rFonts w:ascii="Calibri" w:hAnsi="Calibri"/>
            <w:sz w:val="20"/>
            <w:color w:val="00B0F0"/>
            <w:u/>
          </w:rPr>
          <w:t>u/Kintsugi2</w:t>
        </w:r>
      </w:hyperlink>
      <w:hyperlink r:id="rId4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2" w:after="0" w:lineRule="exact" w:line="210"/>
        <w:ind w:left="0" w:right="-60"/>
      </w:pPr>
      <w:hyperlink w:anchor="pg170">
        <w:r>
          <w:rPr>
            <w:rFonts w:ascii="Calibri" w:hAnsi="Calibri"/>
            <w:sz w:val="20"/>
            <w:color w:val="00B0F0"/>
            <w:u/>
          </w:rPr>
          <w:t xml:space="preserve">I processed 16 years of data across 8 stocks to prove something no one cares about: GME's price is ending in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170">
        <w:r>
          <w:rPr>
            <w:rFonts w:ascii="Calibri" w:hAnsi="Calibri"/>
            <w:sz w:val="20"/>
            <w:color w:val="00B0F0"/>
            <w:u/>
          </w:rPr>
          <w:t>.00 10X more than it should be.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1">
        <w:r>
          <w:rPr>
            <w:rFonts w:ascii="Calibri" w:hAnsi="Calibri"/>
            <w:sz w:val="20"/>
            <w:color w:val="00B0F0"/>
            <w:u/>
          </w:rPr>
          <w:t>u/LongTimeGamer</w:t>
        </w:r>
      </w:hyperlink>
      <w:hyperlink r:id="rId41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87" w:after="0" w:lineRule="exact" w:line="215"/>
        <w:ind w:left="0" w:right="-60"/>
      </w:pPr>
      <w:hyperlink w:anchor="pg178">
        <w:r>
          <w:rPr>
            <w:rFonts w:ascii="Calibri" w:hAnsi="Calibri"/>
            <w:sz w:val="20"/>
            <w:color w:val="00B0F0"/>
            <w:u/>
          </w:rPr>
          <w:t>The OBV does not lie. The price is WRONG!</w:t>
        </w:r>
      </w:hyperlink>
      <w:hyperlink w:anchor="pg178">
        <w:r>
          <w:rPr>
            <w:rFonts w:ascii="Segoe UI Emoji" w:hAnsi="Segoe UI Emoji"/>
            <w:sz w:val="20"/>
            <w:color w:val="00B0F0"/>
            <w:u/>
          </w:rPr>
          <w:t>💎🙌</w:t>
        </w:r>
      </w:hyperlink>
      <w:hyperlink w:anchor="pg178">
        <w:r>
          <w:rPr>
            <w:rFonts w:ascii="Calibri" w:hAnsi="Calibri"/>
            <w:sz w:val="20"/>
            <w:color w:val="00B0F0"/>
            <w:u/>
          </w:rPr>
          <w:t>HODL!</w:t>
        </w:r>
      </w:hyperlink>
      <w:hyperlink w:anchor="pg178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42">
        <w:r>
          <w:rPr>
            <w:rFonts w:ascii="Calibri" w:hAnsi="Calibri"/>
            <w:sz w:val="20"/>
            <w:color w:val="00B0F0"/>
            <w:u/>
          </w:rPr>
          <w:t>u/_Badtothebone_</w:t>
        </w:r>
      </w:hyperlink>
      <w:hyperlink r:id="rId4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181">
        <w:r>
          <w:rPr>
            <w:rFonts w:ascii="Calibri" w:hAnsi="Calibri"/>
            <w:sz w:val="20"/>
            <w:color w:val="00B0F0"/>
            <w:u/>
          </w:rPr>
          <w:t xml:space="preserve">T+35 is the one true "cycle" [Evidence to back my theory up plus a step-by-step guide on how to follow along </w:t>
        </w:r>
      </w:hyperlink>
    </w:p>
    <w:p>
      <w:pPr>
        <w:keepLines w:val="0"/>
        <w:widowControl w:val="0"/>
        <w:spacing w:before="53" w:after="0" w:lineRule="exact" w:line="240"/>
        <w:ind w:left="0" w:right="-60"/>
      </w:pPr>
      <w:hyperlink w:anchor="pg181">
        <w:r>
          <w:rPr>
            <w:rFonts w:ascii="Calibri" w:hAnsi="Calibri"/>
            <w:sz w:val="20"/>
            <w:color w:val="00B0F0"/>
            <w:u/>
          </w:rPr>
          <w:t>at home]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3">
        <w:r>
          <w:rPr>
            <w:rFonts w:ascii="Calibri" w:hAnsi="Calibri"/>
            <w:sz w:val="20"/>
            <w:color w:val="00B0F0"/>
            <w:u/>
          </w:rPr>
          <w:t>u/dentisttft</w:t>
        </w:r>
      </w:hyperlink>
      <w:hyperlink r:id="rId4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bookmarkStart w:id="3" w:name="pg2"/>
      <w:pPr>
        <w:keepLines w:val="0"/>
        <w:pageBreakBefore/>
        <w:widowControl w:val="0"/>
        <w:spacing w:before="48" w:after="0" w:lineRule="exact" w:line="210"/>
        <w:ind w:left="0" w:right="-60"/>
      </w:pPr>
      <w:bookmarkEnd w:id="3"/>
      <w:hyperlink w:anchor="pg195">
        <w:r>
          <w:rPr>
            <w:rFonts w:ascii="Calibri" w:hAnsi="Calibri"/>
            <w:sz w:val="20"/>
            <w:color w:val="00B0F0"/>
            <w:u/>
          </w:rPr>
          <w:t xml:space="preserve">The Bigger Short. How 2008 is repeating, at a much greater magnitude, and COVID ignited the fuse. GME is </w:t>
        </w:r>
      </w:hyperlink>
    </w:p>
    <w:p>
      <w:pPr>
        <w:keepLines w:val="0"/>
        <w:widowControl w:val="0"/>
        <w:spacing w:before="45" w:after="0" w:lineRule="exact" w:line="210"/>
        <w:ind w:left="0" w:right="-60"/>
      </w:pPr>
      <w:hyperlink w:anchor="pg195">
        <w:r>
          <w:rPr>
            <w:rFonts w:ascii="Calibri" w:hAnsi="Calibri"/>
            <w:sz w:val="20"/>
            <w:color w:val="00B0F0"/>
            <w:u/>
          </w:rPr>
          <w:t xml:space="preserve">not the reason for the market crash. GME was the fatal flaw of Wall Street in their infinite money cheat that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195">
        <w:r>
          <w:rPr>
            <w:rFonts w:ascii="Calibri" w:hAnsi="Calibri"/>
            <w:sz w:val="20"/>
            <w:color w:val="00B0F0"/>
            <w:u/>
          </w:rPr>
          <w:t>they did not expect.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4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4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220">
        <w:r>
          <w:rPr>
            <w:rFonts w:ascii="Calibri" w:hAnsi="Calibri"/>
            <w:sz w:val="20"/>
            <w:color w:val="00B0F0"/>
            <w:u/>
          </w:rPr>
          <w:t>Elliot Waves, GME, The S&amp;P 500, Wen Market Peak and GME Boom?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5">
        <w:r>
          <w:rPr>
            <w:rFonts w:ascii="Calibri" w:hAnsi="Calibri"/>
            <w:sz w:val="20"/>
            <w:color w:val="00B0F0"/>
            <w:u/>
          </w:rPr>
          <w:t>u/possibly6</w:t>
        </w:r>
      </w:hyperlink>
      <w:hyperlink r:id="rId4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87" w:after="0" w:lineRule="exact" w:line="210"/>
        <w:ind w:left="0" w:right="-60"/>
      </w:pPr>
      <w:hyperlink w:anchor="pg222">
        <w:r>
          <w:rPr>
            <w:rFonts w:ascii="Calibri" w:hAnsi="Calibri"/>
            <w:sz w:val="20"/>
            <w:color w:val="00B0F0"/>
            <w:u/>
          </w:rPr>
          <w:t xml:space="preserve">Why big name banks like Bank of America, JP Morgan Chase, Citigroup and more were excluded from bonds </w:t>
        </w:r>
      </w:hyperlink>
    </w:p>
    <w:p>
      <w:pPr>
        <w:keepLines w:val="0"/>
        <w:widowControl w:val="0"/>
        <w:spacing w:before="50" w:after="0" w:lineRule="exact" w:line="210"/>
        <w:ind w:left="0" w:right="-60"/>
      </w:pPr>
      <w:hyperlink w:anchor="pg222">
        <w:r>
          <w:rPr>
            <w:rFonts w:ascii="Calibri" w:hAnsi="Calibri"/>
            <w:sz w:val="20"/>
            <w:color w:val="00B0F0"/>
            <w:u/>
          </w:rPr>
          <w:t xml:space="preserve">sales in the EU, and what banks have been doing for YEARS to manipulate the market to fuck everyone else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222">
        <w:r>
          <w:rPr>
            <w:rFonts w:ascii="Calibri" w:hAnsi="Calibri"/>
            <w:sz w:val="20"/>
            <w:color w:val="00B0F0"/>
            <w:u/>
          </w:rPr>
          <w:t>over</w:t>
        </w:r>
      </w:hyperlink>
      <w:hyperlink w:anchor="pg222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6">
        <w:r>
          <w:rPr>
            <w:rFonts w:ascii="Calibri" w:hAnsi="Calibri"/>
            <w:sz w:val="20"/>
            <w:color w:val="00B0F0"/>
            <w:u/>
          </w:rPr>
          <w:t>u/AcedVector</w:t>
        </w:r>
      </w:hyperlink>
      <w:hyperlink r:id="rId4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83" w:after="0" w:lineRule="exact" w:line="215"/>
        <w:ind w:left="0" w:right="-60"/>
      </w:pPr>
      <w:hyperlink w:anchor="pg224">
        <w:r>
          <w:rPr>
            <w:rFonts w:ascii="Calibri" w:hAnsi="Calibri"/>
            <w:sz w:val="20"/>
            <w:color w:val="00B0F0"/>
            <w:u/>
          </w:rPr>
          <w:t xml:space="preserve">Riding Elliot Waves to the Moon, Why GME from a Technical Standpoint Alone is Better Than Gold </w:t>
        </w:r>
      </w:hyperlink>
      <w:hyperlink w:anchor="pg224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</w:t>
      </w:r>
    </w:p>
    <w:p>
      <w:pPr>
        <w:keepLines w:val="0"/>
        <w:widowControl w:val="0"/>
        <w:spacing w:before="50" w:after="0" w:lineRule="exact" w:line="210"/>
        <w:ind w:left="0" w:right="-60"/>
      </w:pP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47">
        <w:r>
          <w:rPr>
            <w:rFonts w:ascii="Calibri" w:hAnsi="Calibri"/>
            <w:sz w:val="20"/>
            <w:color w:val="00B0F0"/>
            <w:u/>
          </w:rPr>
          <w:t>u/possibly6</w:t>
        </w:r>
      </w:hyperlink>
      <w:hyperlink r:id="rId4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226">
        <w:r>
          <w:rPr>
            <w:rFonts w:ascii="Calibri" w:hAnsi="Calibri"/>
            <w:sz w:val="20"/>
            <w:color w:val="00B0F0"/>
            <w:u/>
          </w:rPr>
          <w:t xml:space="preserve">Cohen has reached the same conclusion as u/Criand's T+21 Net Capital thesis: An analysis of tweet activity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226">
        <w:r>
          <w:rPr>
            <w:rFonts w:ascii="Calibri" w:hAnsi="Calibri"/>
            <w:sz w:val="20"/>
            <w:color w:val="00B0F0"/>
            <w:u/>
          </w:rPr>
          <w:t>and corporate announcements</w:t>
        </w:r>
      </w:hyperlink>
      <w:hyperlink w:anchor="pg226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48">
        <w:r>
          <w:rPr>
            <w:rFonts w:ascii="Calibri" w:hAnsi="Calibri"/>
            <w:sz w:val="20"/>
            <w:color w:val="00B0F0"/>
            <w:u/>
          </w:rPr>
          <w:t>u/Nalifi</w:t>
        </w:r>
      </w:hyperlink>
      <w:hyperlink r:id="rId4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88" w:after="0" w:lineRule="exact" w:line="210"/>
        <w:ind w:left="0" w:right="-60"/>
      </w:pPr>
      <w:hyperlink w:anchor="pg231">
        <w:r>
          <w:rPr>
            <w:rFonts w:ascii="Calibri" w:hAnsi="Calibri"/>
            <w:sz w:val="20"/>
            <w:color w:val="00B0F0"/>
            <w:u/>
          </w:rPr>
          <w:t xml:space="preserve">A revisit to Net Capital. What is truly driving these T+21 loops, the March and June gamma runs, and how </w:t>
        </w:r>
      </w:hyperlink>
    </w:p>
    <w:p>
      <w:pPr>
        <w:keepLines w:val="0"/>
        <w:widowControl w:val="0"/>
        <w:spacing w:before="27" w:after="0" w:lineRule="exact" w:line="240"/>
        <w:ind w:left="0" w:right="-60"/>
      </w:pPr>
      <w:hyperlink w:anchor="pg231">
        <w:r>
          <w:rPr>
            <w:rFonts w:ascii="Calibri" w:hAnsi="Calibri"/>
            <w:sz w:val="20"/>
            <w:color w:val="00B0F0"/>
            <w:u/>
          </w:rPr>
          <w:t>skyrocketing ETF FTDs might cause big price movements in the coming weeks.</w:t>
        </w:r>
      </w:hyperlink>
      <w:hyperlink w:anchor="pg231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- Posted by </w:t>
      </w:r>
      <w:hyperlink r:id="rId49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4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82" w:after="0" w:lineRule="exact" w:line="21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 xml:space="preserve">Clarification of when GameStop will issue a press release stating the ATM Offering is complete, sale price </w:t>
      </w:r>
    </w:p>
    <w:p>
      <w:pPr>
        <w:keepLines w:val="0"/>
        <w:widowControl w:val="0"/>
        <w:spacing w:before="45" w:after="0" w:lineRule="exact" w:line="21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 xml:space="preserve">max, maximum offering, update on outstanding shares, the reason why MarketWatch and Ortex differ, and </w:t>
      </w:r>
    </w:p>
    <w:p>
      <w:pPr>
        <w:keepLines w:val="0"/>
        <w:widowControl w:val="0"/>
        <w:spacing w:before="53" w:after="0" w:lineRule="exact" w:line="24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>other Form 424B5 goodies…</w:t>
      </w:r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50">
        <w:r>
          <w:rPr>
            <w:rFonts w:ascii="Calibri" w:hAnsi="Calibri"/>
            <w:sz w:val="20"/>
            <w:color w:val="00B0F0"/>
            <w:u/>
          </w:rPr>
          <w:t>u/Squashua1982</w:t>
        </w:r>
      </w:hyperlink>
      <w:hyperlink r:id="rId5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2" w:after="0" w:lineRule="exact" w:line="215"/>
        <w:ind w:left="0" w:right="-60"/>
      </w:pPr>
      <w:hyperlink w:anchor="pg244">
        <w:r>
          <w:rPr>
            <w:rFonts w:ascii="Calibri" w:hAnsi="Calibri"/>
            <w:sz w:val="20"/>
            <w:color w:val="00B0F0"/>
            <w:u/>
          </w:rPr>
          <w:t xml:space="preserve">Elliot Waves and GME, Why I'm Jacked To Infinity With Today's 82 Point Drop </w:t>
        </w:r>
      </w:hyperlink>
      <w:hyperlink w:anchor="pg244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51">
        <w:r>
          <w:rPr>
            <w:rFonts w:ascii="Calibri" w:hAnsi="Calibri"/>
            <w:sz w:val="20"/>
            <w:color w:val="00B0F0"/>
            <w:u/>
          </w:rPr>
          <w:t>u/possibly6</w:t>
        </w:r>
      </w:hyperlink>
      <w:hyperlink r:id="rId51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10"/>
        <w:ind w:left="0" w:right="-60"/>
      </w:pPr>
      <w:hyperlink w:anchor="pg248">
        <w:r>
          <w:rPr>
            <w:rFonts w:ascii="Calibri" w:hAnsi="Calibri"/>
            <w:sz w:val="20"/>
            <w:color w:val="00B0F0"/>
            <w:u/>
          </w:rPr>
          <w:t xml:space="preserve">Danger Zone Part 2 - Shorts are terrified of a $310+ close. Projected price movement for the next few months </w:t>
        </w:r>
      </w:hyperlink>
    </w:p>
    <w:p>
      <w:pPr>
        <w:keepLines w:val="0"/>
        <w:widowControl w:val="0"/>
        <w:spacing w:before="47" w:after="0" w:lineRule="exact" w:line="240"/>
        <w:ind w:left="0" w:right="-60"/>
      </w:pPr>
      <w:hyperlink w:anchor="pg248">
        <w:r>
          <w:rPr>
            <w:rFonts w:ascii="Calibri" w:hAnsi="Calibri"/>
            <w:sz w:val="20"/>
            <w:color w:val="00B0F0"/>
            <w:u/>
          </w:rPr>
          <w:t>based on T+21, ever-increasing, and poking harder at the first domino just waiting for it to fall.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</w:p>
    <w:p>
      <w:pPr>
        <w:keepLines w:val="0"/>
        <w:widowControl w:val="0"/>
        <w:spacing w:before="48" w:after="0" w:lineRule="exact" w:line="210"/>
        <w:ind w:left="0" w:right="-60"/>
      </w:pPr>
      <w:hyperlink r:id="rId52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5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0" w:after="0" w:lineRule="exact" w:line="210"/>
        <w:ind w:left="0" w:right="-60"/>
      </w:pPr>
      <w:hyperlink w:anchor="pg261">
        <w:r>
          <w:rPr>
            <w:rFonts w:ascii="Calibri" w:hAnsi="Calibri"/>
            <w:sz w:val="20"/>
            <w:color w:val="00B0F0"/>
            <w:u/>
          </w:rPr>
          <w:t xml:space="preserve">IMPORTANT: This is why they mentioned "more than a majority represented" at the meeting. It's simple.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261">
        <w:r>
          <w:rPr>
            <w:rFonts w:ascii="Calibri" w:hAnsi="Calibri"/>
            <w:sz w:val="20"/>
            <w:color w:val="00B0F0"/>
            <w:u/>
          </w:rPr>
          <w:t>Read this. Please.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53">
        <w:r>
          <w:rPr>
            <w:rFonts w:ascii="Calibri" w:hAnsi="Calibri"/>
            <w:sz w:val="20"/>
            <w:color w:val="00B0F0"/>
            <w:u/>
          </w:rPr>
          <w:t>u/greysweatseveryday</w:t>
        </w:r>
      </w:hyperlink>
      <w:hyperlink r:id="rId5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299">
        <w:r>
          <w:rPr>
            <w:rFonts w:ascii="Calibri" w:hAnsi="Calibri"/>
            <w:sz w:val="20"/>
            <w:color w:val="00B0F0"/>
            <w:u/>
          </w:rPr>
          <w:t>What's happening today - 6/8/2021</w:t>
        </w:r>
      </w:hyperlink>
      <w:hyperlink w:anchor="pg299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54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5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28" w:after="0" w:lineRule="exact" w:line="210"/>
        <w:ind w:left="0" w:right="-60"/>
      </w:pPr>
      <w:hyperlink w:anchor="pg302">
        <w:r>
          <w:rPr>
            <w:rFonts w:ascii="Calibri" w:hAnsi="Calibri"/>
            <w:sz w:val="20"/>
            <w:color w:val="00B0F0"/>
            <w:u/>
          </w:rPr>
          <w:t xml:space="preserve">THE MOTHER OF ALL WEDGES: AN ENDGAME DD. Technical and Fundamental Analysis with Warden. Where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302">
        <w:r>
          <w:rPr>
            <w:rFonts w:ascii="Calibri" w:hAnsi="Calibri"/>
            <w:sz w:val="20"/>
            <w:color w:val="00B0F0"/>
            <w:u/>
          </w:rPr>
          <w:t>we are now, where we are headed. When might the MOASS begin?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55">
        <w:r>
          <w:rPr>
            <w:rFonts w:ascii="Calibri" w:hAnsi="Calibri"/>
            <w:sz w:val="20"/>
            <w:color w:val="00B0F0"/>
            <w:u/>
          </w:rPr>
          <w:t>u/WardenElite</w:t>
        </w:r>
      </w:hyperlink>
      <w:hyperlink r:id="rId55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27" w:after="0" w:lineRule="exact" w:line="210"/>
        <w:ind w:left="0" w:right="-60"/>
      </w:pPr>
      <w:hyperlink w:anchor="pg313">
        <w:r>
          <w:rPr>
            <w:rFonts w:ascii="Calibri" w:hAnsi="Calibri"/>
            <w:sz w:val="20"/>
            <w:color w:val="00B0F0"/>
            <w:u/>
          </w:rPr>
          <w:t xml:space="preserve">Looks like the recent RobinHood Class Action SI Report just proved /u/broccaaa's data. That the shorts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313">
        <w:r>
          <w:rPr>
            <w:rFonts w:ascii="Calibri" w:hAnsi="Calibri"/>
            <w:sz w:val="20"/>
            <w:color w:val="00B0F0"/>
            <w:u/>
          </w:rPr>
          <w:t>haven't covered, that they hid SI% through Deep ITM CALLs, and SI% is a minimum of 226.42%.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</w:p>
    <w:p>
      <w:pPr>
        <w:keepLines w:val="0"/>
        <w:widowControl w:val="0"/>
        <w:spacing w:before="48" w:after="0" w:lineRule="exact" w:line="210"/>
        <w:ind w:left="0" w:right="-60"/>
      </w:pPr>
      <w:hyperlink r:id="rId56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5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320">
        <w:r>
          <w:rPr>
            <w:rFonts w:ascii="Calibri" w:hAnsi="Calibri"/>
            <w:sz w:val="20"/>
            <w:color w:val="00B0F0"/>
            <w:u/>
          </w:rPr>
          <w:t>Why We're STILL Trading Sideways and Why We Haven't Launched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57">
        <w:r>
          <w:rPr>
            <w:rFonts w:ascii="Calibri" w:hAnsi="Calibri"/>
            <w:sz w:val="20"/>
            <w:color w:val="00B0F0"/>
            <w:u/>
          </w:rPr>
          <w:t>u/c-digs</w:t>
        </w:r>
      </w:hyperlink>
      <w:hyperlink r:id="rId5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40" w:after="0" w:lineRule="exact" w:line="210"/>
        <w:ind w:left="0" w:right="-60"/>
      </w:pPr>
      <w:hyperlink w:anchor="pg336">
        <w:r>
          <w:rPr>
            <w:rFonts w:ascii="Calibri" w:hAnsi="Calibri"/>
            <w:sz w:val="20"/>
            <w:color w:val="00B0F0"/>
            <w:u/>
          </w:rPr>
          <w:t xml:space="preserve">Holy shit. I was skeptical of all the high ceilings being thrown out until I put the pieces together. I honestly </w:t>
        </w:r>
      </w:hyperlink>
    </w:p>
    <w:p>
      <w:pPr>
        <w:keepLines w:val="0"/>
        <w:widowControl w:val="0"/>
        <w:spacing w:before="45" w:after="0" w:lineRule="exact" w:line="210"/>
        <w:ind w:left="0" w:right="-60"/>
      </w:pPr>
      <w:hyperlink w:anchor="pg336">
        <w:r>
          <w:rPr>
            <w:rFonts w:ascii="Calibri" w:hAnsi="Calibri"/>
            <w:sz w:val="20"/>
            <w:color w:val="00B0F0"/>
            <w:u/>
          </w:rPr>
          <w:t xml:space="preserve">think GME is priceless, and the most valuable stock you will ever buy. Here's the full picture, as I understand </w:t>
        </w:r>
      </w:hyperlink>
    </w:p>
    <w:p>
      <w:pPr>
        <w:keepLines w:val="0"/>
        <w:widowControl w:val="0"/>
        <w:spacing w:before="46" w:after="0" w:lineRule="exact" w:line="210"/>
        <w:ind w:left="0" w:right="-60"/>
      </w:pPr>
      <w:hyperlink w:anchor="pg336">
        <w:r>
          <w:rPr>
            <w:rFonts w:ascii="Calibri" w:hAnsi="Calibri"/>
            <w:sz w:val="20"/>
            <w:color w:val="00B0F0"/>
            <w:u/>
          </w:rPr>
          <w:t>it...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58">
        <w:r>
          <w:rPr>
            <w:rFonts w:ascii="Calibri" w:hAnsi="Calibri"/>
            <w:sz w:val="20"/>
            <w:color w:val="00B0F0"/>
            <w:u/>
          </w:rPr>
          <w:t>u/missing_the_point_</w:t>
        </w:r>
      </w:hyperlink>
      <w:hyperlink r:id="rId5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bookmarkStart w:id="4" w:name="pg3"/>
      <w:pPr>
        <w:keepLines w:val="0"/>
        <w:pageBreakBefore/>
        <w:widowControl w:val="0"/>
        <w:spacing w:before="48" w:after="0" w:lineRule="exact" w:line="210"/>
        <w:ind w:left="0" w:right="-60"/>
      </w:pPr>
      <w:bookmarkEnd w:id="4"/>
      <w:r>
        <w:rPr>
          <w:rFonts w:ascii="Calibri" w:hAnsi="Calibri"/>
          <w:b w:val="0"/>
          <w:i w:val="0"/>
          <w:color w:val="00B0F0"/>
          <w:sz w:val="20"/>
          <w:u w:val="single"/>
        </w:rPr>
        <w:t xml:space="preserve">$GME - The Mother of All Short Squeezes (MOASS) Thesis. Summarized and broken down in a way for all (or </w:t>
      </w:r>
    </w:p>
    <w:p>
      <w:pPr>
        <w:keepLines w:val="0"/>
        <w:widowControl w:val="0"/>
        <w:spacing w:before="45" w:after="0" w:lineRule="exact" w:line="21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 xml:space="preserve">most) to understand. We are in the end-game everyone, and this rocket is taking off with or without you. If </w:t>
      </w:r>
    </w:p>
    <w:p>
      <w:pPr>
        <w:keepLines w:val="0"/>
        <w:widowControl w:val="0"/>
        <w:spacing w:before="52" w:after="0" w:lineRule="exact" w:line="240"/>
        <w:ind w:left="0" w:right="-60"/>
      </w:pPr>
      <w:r>
        <w:rPr>
          <w:rFonts w:ascii="Calibri" w:hAnsi="Calibri"/>
          <w:b w:val="0"/>
          <w:i w:val="0"/>
          <w:color w:val="00B0F0"/>
          <w:sz w:val="20"/>
          <w:u w:val="single"/>
        </w:rPr>
        <w:t>you want …</w:t>
      </w:r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59">
        <w:r>
          <w:rPr>
            <w:rFonts w:ascii="Calibri" w:hAnsi="Calibri"/>
            <w:sz w:val="20"/>
            <w:color w:val="00B0F0"/>
            <w:u/>
          </w:rPr>
          <w:t>u/HCMF_MaceFace</w:t>
        </w:r>
      </w:hyperlink>
      <w:hyperlink r:id="rId5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354">
        <w:r>
          <w:rPr>
            <w:rFonts w:ascii="Calibri" w:hAnsi="Calibri"/>
            <w:sz w:val="20"/>
            <w:color w:val="00B0F0"/>
            <w:u/>
          </w:rPr>
          <w:t xml:space="preserve">The flurry of rules before the storm. DTC, ICC, OCC are prepared. GME might be hitting T+35 and T+21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354">
        <w:r>
          <w:rPr>
            <w:rFonts w:ascii="Calibri" w:hAnsi="Calibri"/>
            <w:sz w:val="20"/>
            <w:color w:val="00B0F0"/>
            <w:u/>
          </w:rPr>
          <w:t>crossover next week, pulling the house of cards down.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0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6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363">
        <w:r>
          <w:rPr>
            <w:rFonts w:ascii="Calibri" w:hAnsi="Calibri"/>
            <w:sz w:val="20"/>
            <w:color w:val="00B0F0"/>
            <w:u/>
          </w:rPr>
          <w:t>Wait... Is NSCC-002 about to turn the T+21/T+35 loop into a death spiral of T+0 as we approach Q2 end?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</w:t>
      </w:r>
    </w:p>
    <w:p>
      <w:pPr>
        <w:keepLines w:val="0"/>
        <w:widowControl w:val="0"/>
        <w:spacing w:before="47" w:after="0" w:lineRule="exact" w:line="210"/>
        <w:ind w:left="0" w:right="-60"/>
      </w:pP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61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61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1" w:after="0" w:lineRule="exact" w:line="210"/>
        <w:ind w:left="0" w:right="-60"/>
      </w:pPr>
      <w:hyperlink w:anchor="pg371">
        <w:r>
          <w:rPr>
            <w:rFonts w:ascii="Calibri" w:hAnsi="Calibri"/>
            <w:sz w:val="20"/>
            <w:color w:val="00B0F0"/>
            <w:u/>
          </w:rPr>
          <w:t xml:space="preserve">Things are shockingly similar to the February 24th and March 10th runup so far. Gamma squeeze indicators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371">
        <w:r>
          <w:rPr>
            <w:rFonts w:ascii="Calibri" w:hAnsi="Calibri"/>
            <w:sz w:val="20"/>
            <w:color w:val="00B0F0"/>
            <w:u/>
          </w:rPr>
          <w:t>from the previous T+21/T+35 have returned. Their doom approaches.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2">
        <w:r>
          <w:rPr>
            <w:rFonts w:ascii="Calibri" w:hAnsi="Calibri"/>
            <w:sz w:val="20"/>
            <w:color w:val="00B0F0"/>
            <w:u/>
          </w:rPr>
          <w:t xml:space="preserve">u/Criand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378">
        <w:r>
          <w:rPr>
            <w:rFonts w:ascii="Calibri" w:hAnsi="Calibri"/>
            <w:sz w:val="20"/>
            <w:color w:val="00B0F0"/>
            <w:u/>
          </w:rPr>
          <w:t>Hank's Big Bang: Quant Apes Glitch the Simulation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3">
        <w:r>
          <w:rPr>
            <w:rFonts w:ascii="Calibri" w:hAnsi="Calibri"/>
            <w:sz w:val="20"/>
            <w:color w:val="00B0F0"/>
            <w:u/>
          </w:rPr>
          <w:t>u/HomeDepotHank69</w:t>
        </w:r>
      </w:hyperlink>
      <w:hyperlink r:id="rId6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8" w:after="0" w:lineRule="exact" w:line="210"/>
        <w:ind w:left="0" w:right="-60"/>
      </w:pPr>
      <w:hyperlink w:anchor="pg398">
        <w:r>
          <w:rPr>
            <w:rFonts w:ascii="Calibri" w:hAnsi="Calibri"/>
            <w:sz w:val="20"/>
            <w:color w:val="00B0F0"/>
            <w:u/>
          </w:rPr>
          <w:t xml:space="preserve">The naked shorting scam in numbers: AI detection of 140M hidden FTDs, up to 400M naked shorts in married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398">
        <w:r>
          <w:rPr>
            <w:rFonts w:ascii="Calibri" w:hAnsi="Calibri"/>
            <w:sz w:val="20"/>
            <w:color w:val="00B0F0"/>
            <w:u/>
          </w:rPr>
          <w:t>puts and massive dark pool activity by Shitadel and the shorts</w:t>
        </w:r>
      </w:hyperlink>
      <w:hyperlink w:anchor="pg398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4">
        <w:r>
          <w:rPr>
            <w:rFonts w:ascii="Calibri" w:hAnsi="Calibri"/>
            <w:sz w:val="20"/>
            <w:color w:val="00B0F0"/>
            <w:u/>
          </w:rPr>
          <w:t>u/broccaaa</w:t>
        </w:r>
      </w:hyperlink>
      <w:hyperlink r:id="rId6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413">
        <w:r>
          <w:rPr>
            <w:rFonts w:ascii="Calibri" w:hAnsi="Calibri"/>
            <w:sz w:val="20"/>
            <w:color w:val="00B0F0"/>
            <w:u/>
          </w:rPr>
          <w:t>Hank's Definitive GME Theory of Everything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5">
        <w:r>
          <w:rPr>
            <w:rFonts w:ascii="Calibri" w:hAnsi="Calibri"/>
            <w:sz w:val="20"/>
            <w:color w:val="00B0F0"/>
            <w:u/>
          </w:rPr>
          <w:t>u/HomeDepotHank69</w:t>
        </w:r>
      </w:hyperlink>
      <w:hyperlink r:id="rId6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434">
        <w:r>
          <w:rPr>
            <w:rFonts w:ascii="Calibri" w:hAnsi="Calibri"/>
            <w:sz w:val="20"/>
            <w:color w:val="00B0F0"/>
            <w:u/>
          </w:rPr>
          <w:t>Actually useful info you might have missed, 23/04/21</w:t>
        </w:r>
      </w:hyperlink>
      <w:hyperlink w:anchor="pg434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6">
        <w:r>
          <w:rPr>
            <w:rFonts w:ascii="Calibri" w:hAnsi="Calibri"/>
            <w:sz w:val="20"/>
            <w:color w:val="00B0F0"/>
            <w:u/>
          </w:rPr>
          <w:t>u/HPADude</w:t>
        </w:r>
      </w:hyperlink>
      <w:hyperlink r:id="rId6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435">
        <w:r>
          <w:rPr>
            <w:rFonts w:ascii="Calibri" w:hAnsi="Calibri"/>
            <w:sz w:val="20"/>
            <w:color w:val="00B0F0"/>
            <w:u/>
          </w:rPr>
          <w:t>Walkin' like a duck. Talkin' like a duck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67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6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2" w:after="0" w:lineRule="exact" w:line="240"/>
        <w:ind w:left="0" w:right="-60"/>
      </w:pPr>
      <w:hyperlink w:anchor="pg448">
        <w:r>
          <w:rPr>
            <w:rFonts w:ascii="Calibri" w:hAnsi="Calibri"/>
            <w:sz w:val="20"/>
            <w:color w:val="00B0F0"/>
            <w:u/>
          </w:rPr>
          <w:t>I've estimated the current SI% based on the SI Report Cycle and Deep ITM CALL purchases.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</w:p>
    <w:p>
      <w:pPr>
        <w:keepLines w:val="0"/>
        <w:widowControl w:val="0"/>
        <w:spacing w:before="47" w:after="0" w:lineRule="exact" w:line="210"/>
        <w:ind w:left="0" w:right="-60"/>
      </w:pPr>
      <w:hyperlink r:id="rId68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6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8" w:after="0" w:lineRule="exact" w:line="240"/>
        <w:ind w:left="0" w:right="-60"/>
      </w:pPr>
      <w:hyperlink w:anchor="pg458">
        <w:r>
          <w:rPr>
            <w:rFonts w:ascii="Calibri" w:hAnsi="Calibri"/>
            <w:sz w:val="20"/>
            <w:color w:val="00B0F0"/>
            <w:u/>
          </w:rPr>
          <w:t>Glacier Capital Exists - And It's Much Spicer Than You Thought</w:t>
        </w:r>
      </w:hyperlink>
      <w:hyperlink w:anchor="pg458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69">
        <w:r>
          <w:rPr>
            <w:rFonts w:ascii="Calibri" w:hAnsi="Calibri"/>
            <w:sz w:val="20"/>
            <w:color w:val="00B0F0"/>
            <w:u/>
          </w:rPr>
          <w:t>u/MrMadium</w:t>
        </w:r>
      </w:hyperlink>
      <w:hyperlink r:id="rId6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2" w:after="0" w:lineRule="exact" w:line="210"/>
        <w:ind w:left="0" w:right="-60"/>
      </w:pPr>
      <w:hyperlink w:anchor="pg461">
        <w:r>
          <w:rPr>
            <w:rFonts w:ascii="Calibri" w:hAnsi="Calibri"/>
            <w:sz w:val="20"/>
            <w:color w:val="00B0F0"/>
            <w:u/>
          </w:rPr>
          <w:t xml:space="preserve">All Shorts Must Cover. They're Entering The Danger Zone. The SI Report Loop Consistently Brings Us Ever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461">
        <w:r>
          <w:rPr>
            <w:rFonts w:ascii="Calibri" w:hAnsi="Calibri"/>
            <w:sz w:val="20"/>
            <w:color w:val="00B0F0"/>
            <w:u/>
          </w:rPr>
          <w:t>Closer To The Squeeze.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70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7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470">
        <w:r>
          <w:rPr>
            <w:rFonts w:ascii="Calibri" w:hAnsi="Calibri"/>
            <w:sz w:val="20"/>
            <w:color w:val="00B0F0"/>
            <w:u/>
          </w:rPr>
          <w:t>Tombstone Tweet Confirms Reverse Merger? Reposted Reverse Merger DD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71">
        <w:r>
          <w:rPr>
            <w:rFonts w:ascii="Calibri" w:hAnsi="Calibri"/>
            <w:sz w:val="20"/>
            <w:color w:val="00B0F0"/>
            <w:u/>
          </w:rPr>
          <w:t>u/Alert_Piano341</w:t>
        </w:r>
      </w:hyperlink>
      <w:hyperlink r:id="rId71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474">
        <w:r>
          <w:rPr>
            <w:rFonts w:ascii="Calibri" w:hAnsi="Calibri"/>
            <w:sz w:val="20"/>
            <w:color w:val="00B0F0"/>
            <w:u/>
          </w:rPr>
          <w:t xml:space="preserve">If you STILL dont understand why today we went red again after we were big green yesterday and WHY you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474">
        <w:r>
          <w:rPr>
            <w:rFonts w:ascii="Calibri" w:hAnsi="Calibri"/>
            <w:sz w:val="20"/>
            <w:color w:val="00B0F0"/>
            <w:u/>
          </w:rPr>
          <w:t>should get a hold of yourself and stop fucking caring.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72">
        <w:r>
          <w:rPr>
            <w:rFonts w:ascii="Calibri" w:hAnsi="Calibri"/>
            <w:sz w:val="20"/>
            <w:color w:val="00B0F0"/>
            <w:u/>
          </w:rPr>
          <w:t>u/Damsellindistress</w:t>
        </w:r>
      </w:hyperlink>
      <w:hyperlink r:id="rId7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476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hyperlink w:anchor="pg476">
        <w:r>
          <w:rPr>
            <w:rFonts w:ascii="Calibri" w:hAnsi="Calibri"/>
            <w:sz w:val="20"/>
            <w:color w:val="00B0F0"/>
            <w:u/>
          </w:rPr>
          <w:t xml:space="preserve"> Time to expose the shell game. FTDs can be "reset" through borrowing from ETFs. Read the Truth.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</w:t>
      </w:r>
    </w:p>
    <w:p>
      <w:pPr>
        <w:keepLines w:val="0"/>
        <w:widowControl w:val="0"/>
        <w:spacing w:before="47" w:after="0" w:lineRule="exact" w:line="210"/>
        <w:ind w:left="0" w:right="-60"/>
      </w:pP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73">
        <w:r>
          <w:rPr>
            <w:rFonts w:ascii="Calibri" w:hAnsi="Calibri"/>
            <w:sz w:val="20"/>
            <w:color w:val="00B0F0"/>
            <w:u/>
          </w:rPr>
          <w:t>u/augrr</w:t>
        </w:r>
      </w:hyperlink>
      <w:hyperlink r:id="rId7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8" w:after="0" w:lineRule="exact" w:line="240"/>
        <w:ind w:left="0" w:right="-60"/>
      </w:pPr>
      <w:hyperlink w:anchor="pg478">
        <w:r>
          <w:rPr>
            <w:rFonts w:ascii="Calibri" w:hAnsi="Calibri"/>
            <w:sz w:val="20"/>
            <w:color w:val="00B0F0"/>
            <w:u/>
          </w:rPr>
          <w:t>I Got What You Quant - 6/2/21 Trading Analysis and a Deeper Dive Into Today's Tape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</w:p>
    <w:p>
      <w:pPr>
        <w:keepLines w:val="0"/>
        <w:widowControl w:val="0"/>
        <w:spacing w:before="47" w:after="0" w:lineRule="exact" w:line="210"/>
        <w:ind w:left="0" w:right="-60"/>
      </w:pPr>
      <w:hyperlink r:id="rId74">
        <w:r>
          <w:rPr>
            <w:rFonts w:ascii="Calibri" w:hAnsi="Calibri"/>
            <w:sz w:val="20"/>
            <w:color w:val="00B0F0"/>
            <w:u/>
          </w:rPr>
          <w:t>u/myplayprofile</w:t>
        </w:r>
      </w:hyperlink>
      <w:hyperlink r:id="rId7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482">
        <w:r>
          <w:rPr>
            <w:rFonts w:ascii="Calibri" w:hAnsi="Calibri"/>
            <w:sz w:val="20"/>
            <w:color w:val="00B0F0"/>
            <w:u/>
          </w:rPr>
          <w:t>The end has begun. (IMPORTANT INFO INSIDE)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75">
        <w:r>
          <w:rPr>
            <w:rFonts w:ascii="Calibri" w:hAnsi="Calibri"/>
            <w:sz w:val="20"/>
            <w:color w:val="00B0F0"/>
            <w:u/>
          </w:rPr>
          <w:t>u/Kitchen-Rain-9986</w:t>
        </w:r>
      </w:hyperlink>
      <w:hyperlink r:id="rId7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8" w:after="0" w:lineRule="exact" w:line="240"/>
        <w:ind w:left="0" w:right="-60"/>
      </w:pPr>
      <w:hyperlink w:anchor="pg486">
        <w:r>
          <w:rPr>
            <w:rFonts w:ascii="Calibri" w:hAnsi="Calibri"/>
            <w:sz w:val="20"/>
            <w:color w:val="00B0F0"/>
            <w:u/>
          </w:rPr>
          <w:t>The March to Zero Liquidity: Volume or Bust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76">
        <w:r>
          <w:rPr>
            <w:rFonts w:ascii="Calibri" w:hAnsi="Calibri"/>
            <w:sz w:val="20"/>
            <w:color w:val="00B0F0"/>
            <w:u/>
          </w:rPr>
          <w:t>u/Suspicious-Singer243</w:t>
        </w:r>
      </w:hyperlink>
      <w:hyperlink r:id="rId7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bookmarkStart w:id="5" w:name="pg4"/>
      <w:pPr>
        <w:keepLines w:val="0"/>
        <w:pageBreakBefore/>
        <w:widowControl w:val="0"/>
        <w:spacing w:before="48" w:after="0" w:lineRule="exact" w:line="210"/>
        <w:ind w:left="0" w:right="-60"/>
      </w:pPr>
      <w:bookmarkEnd w:id="5"/>
      <w:hyperlink w:anchor="pg489">
        <w:r>
          <w:rPr>
            <w:rFonts w:ascii="Calibri" w:hAnsi="Calibri"/>
            <w:sz w:val="20"/>
            <w:color w:val="00B0F0"/>
            <w:u/>
          </w:rPr>
          <w:t xml:space="preserve">SR-DTC-2021-004, The DTCC and J.P Morgan. They're getting ready for defaults and bankruptcies, they've just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489">
        <w:r>
          <w:rPr>
            <w:rFonts w:ascii="Calibri" w:hAnsi="Calibri"/>
            <w:sz w:val="20"/>
            <w:color w:val="00B0F0"/>
            <w:u/>
          </w:rPr>
          <w:t>opened THREE additional netting accounts.</w:t>
        </w:r>
      </w:hyperlink>
      <w:hyperlink w:anchor="pg489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77">
        <w:r>
          <w:rPr>
            <w:rFonts w:ascii="Calibri" w:hAnsi="Calibri"/>
            <w:sz w:val="20"/>
            <w:color w:val="00B0F0"/>
            <w:u/>
          </w:rPr>
          <w:t>u/JustBeingPunny</w:t>
        </w:r>
      </w:hyperlink>
      <w:hyperlink r:id="rId7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497">
        <w:r>
          <w:rPr>
            <w:rFonts w:ascii="Calibri" w:hAnsi="Calibri"/>
            <w:sz w:val="20"/>
            <w:color w:val="00B0F0"/>
            <w:u/>
          </w:rPr>
          <w:t>CITADEL, MARGIN CALL, 1M MISSING SHARES &amp; THE TRADING HALT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78">
        <w:r>
          <w:rPr>
            <w:rFonts w:ascii="Calibri" w:hAnsi="Calibri"/>
            <w:sz w:val="20"/>
            <w:color w:val="00B0F0"/>
            <w:u/>
          </w:rPr>
          <w:t>u/Rugby97</w:t>
        </w:r>
      </w:hyperlink>
      <w:hyperlink r:id="rId7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511">
        <w:r>
          <w:rPr>
            <w:rFonts w:ascii="Calibri" w:hAnsi="Calibri"/>
            <w:sz w:val="20"/>
            <w:color w:val="00B0F0"/>
            <w:u/>
          </w:rPr>
          <w:t>Major Deep ITM CALL Option Dates. A Massive Net Capital BOMB Might Explode This Week.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</w:p>
    <w:p>
      <w:pPr>
        <w:keepLines w:val="0"/>
        <w:widowControl w:val="0"/>
        <w:spacing w:before="47" w:after="0" w:lineRule="exact" w:line="210"/>
        <w:ind w:left="0" w:right="-60"/>
      </w:pPr>
      <w:hyperlink r:id="rId79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7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517">
        <w:r>
          <w:rPr>
            <w:rFonts w:ascii="Calibri" w:hAnsi="Calibri"/>
            <w:sz w:val="20"/>
            <w:color w:val="00B0F0"/>
            <w:u/>
          </w:rPr>
          <w:t>Another GME DD dump from Hank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80">
        <w:r>
          <w:rPr>
            <w:rFonts w:ascii="Calibri" w:hAnsi="Calibri"/>
            <w:sz w:val="20"/>
            <w:color w:val="00B0F0"/>
            <w:u/>
          </w:rPr>
          <w:t>u/HomeDepotHank69</w:t>
        </w:r>
      </w:hyperlink>
      <w:hyperlink r:id="rId8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40"/>
        <w:ind w:left="0" w:right="-60"/>
      </w:pPr>
      <w:hyperlink w:anchor="pg530">
        <w:r>
          <w:rPr>
            <w:rFonts w:ascii="Calibri" w:hAnsi="Calibri"/>
            <w:sz w:val="20"/>
            <w:color w:val="00B0F0"/>
            <w:u/>
          </w:rPr>
          <w:t>CHAOS THEORY - The FINAL Connection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1">
        <w:r>
          <w:rPr>
            <w:rFonts w:ascii="Calibri" w:hAnsi="Calibri"/>
            <w:sz w:val="20"/>
            <w:color w:val="00B0F0"/>
            <w:u/>
          </w:rPr>
          <w:t xml:space="preserve">u/sharkbaitlol </w:t>
        </w:r>
      </w:hyperlink>
    </w:p>
    <w:p>
      <w:pPr>
        <w:keepLines w:val="0"/>
        <w:widowControl w:val="0"/>
        <w:spacing w:before="292" w:after="0" w:lineRule="exact" w:line="210"/>
        <w:ind w:left="0" w:right="-60"/>
      </w:pPr>
      <w:hyperlink w:anchor="pg552">
        <w:r>
          <w:rPr>
            <w:rFonts w:ascii="Calibri" w:hAnsi="Calibri"/>
            <w:sz w:val="20"/>
            <w:color w:val="00B0F0"/>
            <w:u/>
          </w:rPr>
          <w:t xml:space="preserve">SEC Filing: Merger with brokarage, detailing lawssuit, mentions 30 brokerages engaging in coordinated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552">
        <w:r>
          <w:rPr>
            <w:rFonts w:ascii="Calibri" w:hAnsi="Calibri"/>
            <w:sz w:val="20"/>
            <w:color w:val="00B0F0"/>
            <w:u/>
          </w:rPr>
          <w:t>conspiracy</w:t>
        </w:r>
      </w:hyperlink>
      <w:hyperlink w:anchor="pg552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2">
        <w:r>
          <w:rPr>
            <w:rFonts w:ascii="Calibri" w:hAnsi="Calibri"/>
            <w:sz w:val="20"/>
            <w:color w:val="00B0F0"/>
            <w:u/>
          </w:rPr>
          <w:t>u/jamiegirl21</w:t>
        </w:r>
      </w:hyperlink>
      <w:hyperlink r:id="rId8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553">
        <w:r>
          <w:rPr>
            <w:rFonts w:ascii="Calibri" w:hAnsi="Calibri"/>
            <w:sz w:val="20"/>
            <w:color w:val="00B0F0"/>
            <w:u/>
          </w:rPr>
          <w:t>a followup to the HoC DD- the "everything" in Everything Short. I present, RAGNAROK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</w:p>
    <w:p>
      <w:pPr>
        <w:keepLines w:val="0"/>
        <w:widowControl w:val="0"/>
        <w:spacing w:before="47" w:after="0" w:lineRule="exact" w:line="210"/>
        <w:ind w:left="0" w:right="-60"/>
      </w:pPr>
      <w:hyperlink r:id="rId83">
        <w:r>
          <w:rPr>
            <w:rFonts w:ascii="Calibri" w:hAnsi="Calibri"/>
            <w:sz w:val="20"/>
            <w:color w:val="00B0F0"/>
            <w:u/>
          </w:rPr>
          <w:t>u/mybustersword</w:t>
        </w:r>
      </w:hyperlink>
      <w:hyperlink r:id="rId8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10"/>
        <w:ind w:left="0" w:right="-60"/>
      </w:pPr>
      <w:hyperlink w:anchor="pg556">
        <w:r>
          <w:rPr>
            <w:rFonts w:ascii="Calibri" w:hAnsi="Calibri"/>
            <w:sz w:val="20"/>
            <w:color w:val="00B0F0"/>
            <w:u/>
          </w:rPr>
          <w:t xml:space="preserve">I've been scraping data used by hedge funds for over a year now to make it freely available to everyone. I </w:t>
        </w:r>
      </w:hyperlink>
    </w:p>
    <w:p>
      <w:pPr>
        <w:keepLines w:val="0"/>
        <w:widowControl w:val="0"/>
        <w:spacing w:before="45" w:after="0" w:lineRule="exact" w:line="210"/>
        <w:ind w:left="0" w:right="-60"/>
      </w:pPr>
      <w:hyperlink w:anchor="pg556">
        <w:r>
          <w:rPr>
            <w:rFonts w:ascii="Calibri" w:hAnsi="Calibri"/>
            <w:sz w:val="20"/>
            <w:color w:val="00B0F0"/>
            <w:u/>
          </w:rPr>
          <w:t xml:space="preserve">think I might start doing regular data reports on $GME on here if there's interest, let me know if you have any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556">
        <w:r>
          <w:rPr>
            <w:rFonts w:ascii="Calibri" w:hAnsi="Calibri"/>
            <w:sz w:val="20"/>
            <w:color w:val="00B0F0"/>
            <w:u/>
          </w:rPr>
          <w:t>feedback on the report below.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4">
        <w:r>
          <w:rPr>
            <w:rFonts w:ascii="Calibri" w:hAnsi="Calibri"/>
            <w:sz w:val="20"/>
            <w:color w:val="00B0F0"/>
            <w:u/>
          </w:rPr>
          <w:t>u/pdwp90</w:t>
        </w:r>
      </w:hyperlink>
      <w:hyperlink r:id="rId8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559">
        <w:r>
          <w:rPr>
            <w:rFonts w:ascii="Calibri" w:hAnsi="Calibri"/>
            <w:sz w:val="20"/>
            <w:color w:val="00B0F0"/>
            <w:u/>
          </w:rPr>
          <w:t xml:space="preserve">[UPDATED] DD: I did the math, there is literally NO DOUBT that we own &gt;100% of the remaining float.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559">
        <w:r>
          <w:rPr>
            <w:rFonts w:ascii="Calibri" w:hAnsi="Calibri"/>
            <w:sz w:val="20"/>
            <w:color w:val="00B0F0"/>
            <w:u/>
          </w:rPr>
          <w:t xml:space="preserve">[including updated remaining float from GME's proxy statement] </w:t>
        </w:r>
      </w:hyperlink>
      <w:hyperlink w:anchor="pg559">
        <w:r>
          <w:rPr>
            <w:rFonts w:ascii="Segoe UI Emoji" w:hAnsi="Segoe UI Emoji"/>
            <w:sz w:val="20"/>
            <w:color w:val="00B0F0"/>
            <w:u/>
          </w:rPr>
          <w:t>🚀🚀🚀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5">
        <w:r>
          <w:rPr>
            <w:rFonts w:ascii="Calibri" w:hAnsi="Calibri"/>
            <w:sz w:val="20"/>
            <w:color w:val="00B0F0"/>
            <w:u/>
          </w:rPr>
          <w:t>u/InForTheSqueeze</w:t>
        </w:r>
      </w:hyperlink>
      <w:hyperlink r:id="rId8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85" w:after="0" w:lineRule="exact" w:line="240"/>
        <w:ind w:left="0" w:right="-60"/>
      </w:pPr>
      <w:hyperlink w:anchor="pg568">
        <w:r>
          <w:rPr>
            <w:rFonts w:ascii="Calibri" w:hAnsi="Calibri"/>
            <w:sz w:val="20"/>
            <w:color w:val="00B0F0"/>
            <w:u/>
          </w:rPr>
          <w:t>PROOF of Artificial Price Movement: Spreadsheets with Statistics to Soothe the Soul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6">
        <w:r>
          <w:rPr>
            <w:rFonts w:ascii="Calibri" w:hAnsi="Calibri"/>
            <w:sz w:val="20"/>
            <w:color w:val="00B0F0"/>
            <w:u/>
          </w:rPr>
          <w:t>u/G_KG</w:t>
        </w:r>
      </w:hyperlink>
      <w:hyperlink r:id="rId8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6" w:after="0" w:lineRule="exact" w:line="240"/>
        <w:ind w:left="0" w:right="-60"/>
      </w:pPr>
      <w:hyperlink w:anchor="pg582">
        <w:r>
          <w:rPr>
            <w:rFonts w:ascii="Calibri" w:hAnsi="Calibri"/>
            <w:sz w:val="20"/>
            <w:color w:val="00B0F0"/>
            <w:u/>
          </w:rPr>
          <w:t>It's Just a Pyramid Scheme Part 1: The Missing Cornerstone</w:t>
        </w:r>
      </w:hyperlink>
      <w:hyperlink w:anchor="pg582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7">
        <w:r>
          <w:rPr>
            <w:rFonts w:ascii="Calibri" w:hAnsi="Calibri"/>
            <w:sz w:val="20"/>
            <w:color w:val="00B0F0"/>
            <w:u/>
          </w:rPr>
          <w:t>u/hell-mitc</w:t>
        </w:r>
      </w:hyperlink>
      <w:hyperlink r:id="rId87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00" w:after="0" w:lineRule="exact" w:line="240"/>
        <w:ind w:left="0" w:right="-60"/>
      </w:pPr>
      <w:hyperlink w:anchor="pg586">
        <w:r>
          <w:rPr>
            <w:rFonts w:ascii="Calibri" w:hAnsi="Calibri"/>
            <w:sz w:val="20"/>
            <w:color w:val="00B0F0"/>
            <w:u/>
          </w:rPr>
          <w:t>Dance of Darkness: The SEC and Dark Pools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88">
        <w:r>
          <w:rPr>
            <w:rFonts w:ascii="Calibri" w:hAnsi="Calibri"/>
            <w:sz w:val="20"/>
            <w:color w:val="00B0F0"/>
            <w:u/>
          </w:rPr>
          <w:t>u/umu68</w:t>
        </w:r>
      </w:hyperlink>
      <w:hyperlink r:id="rId8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2" w:after="0" w:lineRule="exact" w:line="210"/>
        <w:ind w:left="0" w:right="-60"/>
      </w:pPr>
      <w:hyperlink w:anchor="pg596">
        <w:r>
          <w:rPr>
            <w:rFonts w:ascii="Calibri" w:hAnsi="Calibri"/>
            <w:sz w:val="20"/>
            <w:color w:val="00B0F0"/>
            <w:u/>
          </w:rPr>
          <w:t>[Final Update] Superstonk users ALONE hold between 27 million and 35 million shares. No, really.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</w:p>
    <w:p>
      <w:pPr>
        <w:keepLines w:val="0"/>
        <w:widowControl w:val="0"/>
        <w:spacing w:before="45" w:after="0" w:lineRule="exact" w:line="210"/>
        <w:ind w:left="0" w:right="-60"/>
      </w:pPr>
      <w:hyperlink r:id="rId89">
        <w:r>
          <w:rPr>
            <w:rFonts w:ascii="Calibri" w:hAnsi="Calibri"/>
            <w:sz w:val="20"/>
            <w:color w:val="00B0F0"/>
            <w:u/>
          </w:rPr>
          <w:t>u/TheCaptainCog</w:t>
        </w:r>
      </w:hyperlink>
      <w:hyperlink r:id="rId89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8" w:after="0" w:lineRule="exact" w:line="240"/>
        <w:ind w:left="0" w:right="-60"/>
      </w:pPr>
      <w:hyperlink w:anchor="pg601">
        <w:r>
          <w:rPr>
            <w:rFonts w:ascii="Calibri" w:hAnsi="Calibri"/>
            <w:sz w:val="20"/>
            <w:color w:val="00B0F0"/>
            <w:u/>
          </w:rPr>
          <w:t>The MOASS is not a straight line up, do not paper hand at a minor dip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90">
        <w:r>
          <w:rPr>
            <w:rFonts w:ascii="Calibri" w:hAnsi="Calibri"/>
            <w:sz w:val="20"/>
            <w:color w:val="00B0F0"/>
            <w:u/>
          </w:rPr>
          <w:t>u/Magistricide</w:t>
        </w:r>
      </w:hyperlink>
      <w:hyperlink r:id="rId90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604">
        <w:r>
          <w:rPr>
            <w:rFonts w:ascii="Calibri" w:hAnsi="Calibri"/>
            <w:sz w:val="20"/>
            <w:color w:val="00B0F0"/>
            <w:u/>
          </w:rPr>
          <w:t>The Complete Bank of America Gamestop DD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91">
        <w:r>
          <w:rPr>
            <w:rFonts w:ascii="Calibri" w:hAnsi="Calibri"/>
            <w:sz w:val="20"/>
            <w:color w:val="00B0F0"/>
            <w:u/>
          </w:rPr>
          <w:t>u/gfountyyc</w:t>
        </w:r>
      </w:hyperlink>
      <w:hyperlink r:id="rId91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613">
        <w:r>
          <w:rPr>
            <w:rFonts w:ascii="Calibri" w:hAnsi="Calibri"/>
            <w:sz w:val="20"/>
            <w:color w:val="00B0F0"/>
            <w:u/>
          </w:rPr>
          <w:t xml:space="preserve">Elliott Waves, GME, WEN THE F*CK MOON!? </w:t>
        </w:r>
      </w:hyperlink>
      <w:hyperlink w:anchor="pg613">
        <w:r>
          <w:rPr>
            <w:rFonts w:ascii="Segoe UI Emoji" w:hAnsi="Segoe UI Emoji"/>
            <w:sz w:val="20"/>
            <w:color w:val="00B0F0"/>
            <w:u/>
          </w:rPr>
          <w:t>🚀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 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92">
        <w:r>
          <w:rPr>
            <w:rFonts w:ascii="Calibri" w:hAnsi="Calibri"/>
            <w:sz w:val="20"/>
            <w:color w:val="00B0F0"/>
            <w:u/>
          </w:rPr>
          <w:t>u/possibly6</w:t>
        </w:r>
      </w:hyperlink>
      <w:hyperlink r:id="rId92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0" w:after="0" w:lineRule="exact" w:line="240"/>
        <w:ind w:left="0" w:right="-60"/>
      </w:pPr>
      <w:hyperlink w:anchor="pg619">
        <w:r>
          <w:rPr>
            <w:rFonts w:ascii="Calibri" w:hAnsi="Calibri"/>
            <w:sz w:val="20"/>
            <w:color w:val="00B0F0"/>
            <w:u/>
          </w:rPr>
          <w:t>SRO Filings</w:t>
        </w:r>
      </w:hyperlink>
      <w:hyperlink w:anchor="pg619">
        <w:r>
          <w:rPr>
            <w:rFonts w:ascii="Calibri" w:hAnsi="Calibri"/>
            <w:sz w:val="23"/>
            <w:color w:val="FFFFFF"/>
            <w:u/>
          </w:rPr>
          <w:t xml:space="preserve"> -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93">
        <w:r>
          <w:rPr>
            <w:rFonts w:ascii="Calibri" w:hAnsi="Calibri"/>
            <w:sz w:val="20"/>
            <w:color w:val="00B0F0"/>
            <w:u/>
          </w:rPr>
          <w:t>u/dlauer</w:t>
        </w:r>
      </w:hyperlink>
      <w:hyperlink r:id="rId93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5" w:after="0" w:lineRule="exact" w:line="240"/>
        <w:ind w:left="0" w:right="-60"/>
      </w:pPr>
      <w:hyperlink w:anchor="pg633">
        <w:r>
          <w:rPr>
            <w:rFonts w:ascii="Calibri" w:hAnsi="Calibri"/>
            <w:sz w:val="20"/>
            <w:color w:val="00B0F0"/>
            <w:u/>
          </w:rPr>
          <w:t>Infinity War: The Final Exit DD Compilation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94">
        <w:r>
          <w:rPr>
            <w:rFonts w:ascii="Calibri" w:hAnsi="Calibri"/>
            <w:sz w:val="20"/>
            <w:color w:val="00B0F0"/>
            <w:u/>
          </w:rPr>
          <w:t>u/gherkinit</w:t>
        </w:r>
      </w:hyperlink>
      <w:hyperlink r:id="rId94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2" w:after="0" w:lineRule="exact" w:line="210"/>
        <w:ind w:left="0" w:right="-60"/>
      </w:pPr>
      <w:hyperlink w:anchor="pg647">
        <w:r>
          <w:rPr>
            <w:rFonts w:ascii="Calibri" w:hAnsi="Calibri"/>
            <w:sz w:val="20"/>
            <w:color w:val="00B0F0"/>
            <w:u/>
          </w:rPr>
          <w:t xml:space="preserve">AndrewMoMoney Used My DD In A Live Stream Ft. Shill Sniffing Dog And Deleted My Comment, So I </w:t>
        </w:r>
      </w:hyperlink>
    </w:p>
    <w:p>
      <w:pPr>
        <w:keepLines w:val="0"/>
        <w:widowControl w:val="0"/>
        <w:spacing w:before="53" w:after="0" w:lineRule="exact" w:line="240"/>
        <w:ind w:left="0" w:right="-60"/>
      </w:pPr>
      <w:hyperlink w:anchor="pg647">
        <w:r>
          <w:rPr>
            <w:rFonts w:ascii="Calibri" w:hAnsi="Calibri"/>
            <w:sz w:val="20"/>
            <w:color w:val="00B0F0"/>
            <w:u/>
          </w:rPr>
          <w:t>Analyzed His Channel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95">
        <w:r>
          <w:rPr>
            <w:rFonts w:ascii="Calibri" w:hAnsi="Calibri"/>
            <w:sz w:val="20"/>
            <w:color w:val="00B0F0"/>
            <w:u/>
          </w:rPr>
          <w:t>u/itsdaynotdave</w:t>
        </w:r>
      </w:hyperlink>
      <w:hyperlink r:id="rId95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bookmarkStart w:id="6" w:name="pg5"/>
      <w:pPr>
        <w:keepLines w:val="0"/>
        <w:pageBreakBefore/>
        <w:widowControl w:val="0"/>
        <w:spacing w:before="48" w:after="0" w:lineRule="exact" w:line="210"/>
        <w:ind w:left="0" w:right="-60"/>
      </w:pPr>
      <w:bookmarkEnd w:id="6"/>
      <w:hyperlink w:anchor="pg655">
        <w:r>
          <w:rPr>
            <w:rFonts w:ascii="Calibri" w:hAnsi="Calibri"/>
            <w:sz w:val="20"/>
            <w:color w:val="00B0F0"/>
            <w:u/>
          </w:rPr>
          <w:t xml:space="preserve">OBV and Beta definitively show that the price is heavily suppressed and that GME is the ultimate hedge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655">
        <w:r>
          <w:rPr>
            <w:rFonts w:ascii="Calibri" w:hAnsi="Calibri"/>
            <w:sz w:val="20"/>
            <w:color w:val="00B0F0"/>
            <w:u/>
          </w:rPr>
          <w:t>against market volatility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96">
        <w:r>
          <w:rPr>
            <w:rFonts w:ascii="Calibri" w:hAnsi="Calibri"/>
            <w:sz w:val="20"/>
            <w:color w:val="00B0F0"/>
            <w:u/>
          </w:rPr>
          <w:t>u/OverlordHippo</w:t>
        </w:r>
      </w:hyperlink>
      <w:hyperlink r:id="rId96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93" w:after="0" w:lineRule="exact" w:line="210"/>
        <w:ind w:left="0" w:right="-60"/>
      </w:pPr>
      <w:hyperlink w:anchor="pg657">
        <w:r>
          <w:rPr>
            <w:rFonts w:ascii="Calibri" w:hAnsi="Calibri"/>
            <w:sz w:val="20"/>
            <w:color w:val="00B0F0"/>
            <w:u/>
          </w:rPr>
          <w:t xml:space="preserve">Over 30% of GME bananas are missing from Bloomberg Terminal. Over 69% of GME is trading off exchanges </w:t>
        </w:r>
      </w:hyperlink>
    </w:p>
    <w:p>
      <w:pPr>
        <w:keepLines w:val="0"/>
        <w:widowControl w:val="0"/>
        <w:spacing w:before="52" w:after="0" w:lineRule="exact" w:line="240"/>
        <w:ind w:left="0" w:right="-60"/>
      </w:pPr>
      <w:hyperlink w:anchor="pg657">
        <w:r>
          <w:rPr>
            <w:rFonts w:ascii="Calibri" w:hAnsi="Calibri"/>
            <w:sz w:val="20"/>
            <w:color w:val="00B0F0"/>
            <w:u/>
          </w:rPr>
          <w:t>or in an unreported Dark Pool? It's National Banana Day - Do you know where your GME bananas are?</w:t>
        </w:r>
      </w:hyperlink>
      <w:r>
        <w:rPr>
          <w:rFonts w:ascii="Calibri" w:hAnsi="Calibri"/>
          <w:b w:val="0"/>
          <w:i w:val="0"/>
          <w:color w:val="FFFFFF"/>
          <w:sz w:val="23"/>
          <w:u w:val="none"/>
        </w:rPr>
        <w:t xml:space="preserve">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</w:t>
      </w:r>
    </w:p>
    <w:p>
      <w:pPr>
        <w:keepLines w:val="0"/>
        <w:widowControl w:val="0"/>
        <w:spacing w:before="47" w:after="0" w:lineRule="exact" w:line="210"/>
        <w:ind w:left="0" w:right="-60"/>
      </w:pP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Posted by </w:t>
      </w:r>
      <w:hyperlink r:id="rId97">
        <w:r>
          <w:rPr>
            <w:rFonts w:ascii="Calibri" w:hAnsi="Calibri"/>
            <w:sz w:val="20"/>
            <w:color w:val="00B0F0"/>
            <w:u/>
          </w:rPr>
          <w:t xml:space="preserve">u/nayboyer2 </w:t>
        </w:r>
      </w:hyperlink>
    </w:p>
    <w:p>
      <w:pPr>
        <w:keepLines w:val="0"/>
        <w:widowControl w:val="0"/>
        <w:spacing w:before="297" w:after="0" w:lineRule="exact" w:line="200"/>
        <w:ind w:left="0" w:right="-60"/>
      </w:pPr>
      <w:hyperlink w:anchor="pg665">
        <w:r>
          <w:rPr>
            <w:rFonts w:ascii="Calibri" w:hAnsi="Calibri"/>
            <w:sz w:val="19"/>
            <w:color w:val="00B0F0"/>
            <w:u/>
          </w:rPr>
          <w:t xml:space="preserve">Citadel has hostages: explaining why the MOASS is taking so long, how the January spike was stopped, Robinhood's </w:t>
        </w:r>
      </w:hyperlink>
    </w:p>
    <w:p>
      <w:pPr>
        <w:keepLines w:val="0"/>
        <w:widowControl w:val="0"/>
        <w:spacing w:before="45" w:after="0" w:lineRule="exact" w:line="200"/>
        <w:ind w:left="0" w:right="-60"/>
      </w:pPr>
      <w:hyperlink w:anchor="pg665">
        <w:r>
          <w:rPr>
            <w:rFonts w:ascii="Calibri" w:hAnsi="Calibri"/>
            <w:sz w:val="19"/>
            <w:color w:val="00B0F0"/>
            <w:u/>
          </w:rPr>
          <w:t>motives for the trading halt, and the mysterious silence of the SEC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- Posted by </w:t>
      </w:r>
      <w:hyperlink r:id="rId98">
        <w:r>
          <w:rPr>
            <w:rFonts w:ascii="Calibri" w:hAnsi="Calibri"/>
            <w:sz w:val="19"/>
            <w:color w:val="00B0F0"/>
            <w:u/>
          </w:rPr>
          <w:t>u/Bladeace</w:t>
        </w:r>
      </w:hyperlink>
      <w:hyperlink r:id="rId98">
        <w:r>
          <w:rPr>
            <w:rFonts w:ascii="Calibri" w:hAnsi="Calibri"/>
            <w:sz w:val="19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541" w:after="0" w:lineRule="exact" w:line="240"/>
        <w:ind w:left="0" w:right="-60"/>
      </w:pPr>
      <w:r>
        <w:rPr>
          <w:rFonts w:ascii="Calibri" w:hAnsi="Calibri"/>
          <w:b w:val="0"/>
          <w:i w:val="0"/>
          <w:color w:val="FFFFFF"/>
          <w:sz w:val="23"/>
          <w:u w:val="none"/>
        </w:rPr>
        <w:t>A House of Cards parts I, II, &amp; III in PDF -</w:t>
      </w:r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Posted by </w:t>
      </w:r>
      <w:hyperlink r:id="rId54">
        <w:r>
          <w:rPr>
            <w:rFonts w:ascii="Calibri" w:hAnsi="Calibri"/>
            <w:sz w:val="20"/>
            <w:color w:val="00B0F0"/>
            <w:u/>
          </w:rPr>
          <w:t>u/atobitt</w:t>
        </w:r>
      </w:hyperlink>
      <w:r>
        <w:rPr>
          <w:rFonts w:ascii="Calibri" w:hAnsi="Calibri"/>
          <w:b w:val="0"/>
          <w:i w:val="0"/>
          <w:color w:val="FFFFFF"/>
          <w:sz w:val="19"/>
          <w:u w:val="none"/>
        </w:rPr>
        <w:t xml:space="preserve"> (LINK ONLY: </w:t>
      </w:r>
    </w:p>
    <w:p>
      <w:pPr>
        <w:keepLines w:val="0"/>
        <w:widowControl w:val="0"/>
        <w:spacing w:before="47" w:after="0" w:lineRule="exact" w:line="210"/>
        <w:ind w:left="0" w:right="-60"/>
      </w:pPr>
      <w:hyperlink r:id="rId99">
        <w:r>
          <w:rPr>
            <w:rFonts w:ascii="Calibri" w:hAnsi="Calibri"/>
            <w:sz w:val="20"/>
            <w:color w:val="00B0F0"/>
            <w:u/>
          </w:rPr>
          <w:t>https://pdfhost.io/v/lRQ4HqpG0_House_of_Cards_Atobitt.pdf</w:t>
        </w:r>
      </w:hyperlink>
      <w:hyperlink r:id="rId99">
        <w:r>
          <w:rPr>
            <w:rFonts w:ascii="Calibri" w:hAnsi="Calibri"/>
            <w:sz w:val="19"/>
            <w:color w:val="FFFFFF"/>
            <w:u/>
          </w:rPr>
          <w:t xml:space="preserve">) </w:t>
        </w:r>
      </w:hyperlink>
    </w:p>
    <w:p>
      <w:pPr>
        <w:keepLines w:val="0"/>
        <w:widowControl w:val="0"/>
        <w:spacing w:before="778" w:after="0" w:lineRule="exact" w:line="200"/>
        <w:ind w:left="85" w:right="-60"/>
      </w:pPr>
      <w:r>
        <w:rPr>
          <w:rFonts w:ascii="Calibri" w:hAnsi="Calibri"/>
          <w:b w:val="0"/>
          <w:i w:val="0"/>
          <w:color w:val="595959"/>
          <w:sz w:val="19"/>
          <w:u w:val="none"/>
        </w:rPr>
        <w:t xml:space="preserve">There will be DD that I have missed. This should get you through the MOASS regardless of Reddit or r/Superstonk </w:t>
      </w:r>
    </w:p>
    <w:p>
      <w:pPr>
        <w:keepLines w:val="0"/>
        <w:widowControl w:val="0"/>
        <w:spacing w:before="35" w:after="0" w:lineRule="exact" w:line="205"/>
        <w:ind w:right="-60"/>
        <w:jc w:val="center"/>
      </w:pPr>
      <w:r>
        <w:rPr>
          <w:rFonts w:ascii="Calibri" w:hAnsi="Calibri"/>
          <w:b w:val="0"/>
          <w:i w:val="0"/>
          <w:color w:val="595959"/>
          <w:sz w:val="19"/>
          <w:u w:val="none"/>
        </w:rPr>
        <w:t xml:space="preserve">fuckery we may see. See you apes on the other side!  </w:t>
      </w:r>
      <w:r>
        <w:rPr>
          <w:rFonts w:ascii="Segoe UI Emoji" w:hAnsi="Segoe UI Emoji"/>
          <w:b w:val="0"/>
          <w:i w:val="0"/>
          <w:color w:val="595959"/>
          <w:sz w:val="19"/>
          <w:u w:val="none"/>
        </w:rPr>
        <w:t>🚀</w:t>
      </w:r>
      <w:r>
        <w:rPr>
          <w:rFonts w:ascii="Calibri" w:hAnsi="Calibri"/>
          <w:b w:val="0"/>
          <w:i w:val="0"/>
          <w:color w:val="595959"/>
          <w:sz w:val="19"/>
          <w:u w:val="none"/>
        </w:rPr>
        <w:t xml:space="preserve"> </w:t>
      </w:r>
    </w:p>
    <w:p>
      <w:pPr>
        <w:keepLines w:val="0"/>
        <w:widowControl w:val="0"/>
        <w:spacing w:before="122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5335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33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7" w:name="pg6"/>
      <w:pPr>
        <w:keepLines w:val="0"/>
        <w:pageBreakBefore/>
        <w:widowControl w:val="0"/>
        <w:spacing w:before="1566" w:after="0" w:lineRule="exact" w:line="480"/>
        <w:ind w:left="0" w:right="-60"/>
      </w:pPr>
      <w:bookmarkEnd w:id="7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Peek-a-boo! I see you 79M hidden shorts!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found around </w:t>
      </w:r>
      <w:r>
        <w:rPr>
          <w:rFonts w:ascii="Cambria" w:hAnsi="Cambria"/>
          <w:b/>
          <w:i w:val="0"/>
          <w:color w:val="FFFFFF"/>
          <w:sz w:val="20"/>
          <w:u w:val="none"/>
        </w:rPr>
        <w:t>79M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can kicked shares in Jan 2021 using the married put approach. We can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cans kicked out 1, 2, 3, 6, 12, and 24 months from Jan 2021 at various options expirations.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poking around in ToS, I found that I can see exactly when Puts where opened by tracking the daily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Open Interest for a put. See my previous post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2">
        <w:r>
          <w:rPr>
            <w:rFonts w:ascii="Cambria" w:hAnsi="Cambria"/>
            <w:sz w:val="20"/>
            <w:color w:val="FFFFFF"/>
            <w:u/>
          </w:rPr>
          <w:t>here: https://www.reddit.com/r/Superstonk/comments/ocen11/historical_gme_71421_options_oi_to_s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2">
        <w:r>
          <w:rPr>
            <w:rFonts w:ascii="Cambria" w:hAnsi="Cambria"/>
            <w:sz w:val="20"/>
            <w:color w:val="FFFFFF"/>
            <w:u/>
          </w:rPr>
          <w:t xml:space="preserve">ee_how_many/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needed the data in CSV format so I could play with it. So I bought the GME Options Data (surprisingly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3">
        <w:r>
          <w:rPr>
            <w:rFonts w:ascii="Cambria" w:hAnsi="Cambria"/>
            <w:sz w:val="20"/>
            <w:color w:val="FFFFFF"/>
            <w:u/>
          </w:rPr>
          <w:t xml:space="preserve">cheap, about $21) from https://www.historicaloptiondata.com/ for 2021 up to end of June.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then filtered out the lowest strike Put option for each of the major options expirations (Feb, March,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April, Jan 2022 leap, and Jan 2023 leap) during that time and charted the daily Open Interest Change.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4">
        <w:r>
          <w:rPr>
            <w:rFonts w:ascii="Cambria" w:hAnsi="Cambria"/>
            <w:sz w:val="20"/>
            <w:color w:val="FFFFFF"/>
            <w:u/>
          </w:rPr>
          <w:t xml:space="preserve">Daily OI Change for Lowest Strike Puts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what? Most of these low strike puts were opened around GME's Jan run up!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Wut mean?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Superstonk has been discussing how married puts are used to hide naked shorts in deep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OTM puts so this data shows us exactly how far out they kicked those Jan naked short cans down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road AND we can see which expirations have them. We can see pretty much every major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expiration has a ton of new openings in Jan so those cans were kicked 1, 2, 3, 6, 12, and 24 months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(Feb ,March, April, July, Jan 2022, and Jan 2023, respectively). </w:t>
      </w:r>
    </w:p>
    <w:p>
      <w:pPr>
        <w:keepLines w:val="0"/>
        <w:widowControl w:val="0"/>
        <w:tabs>
          <w:tab w:pos="731" w:val="left"/>
          <w:tab w:pos="2307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/>
          <w:color w:val="FFFFFF"/>
          <w:sz w:val="23"/>
          <w:u w:val="none"/>
        </w:rPr>
        <w:t>Option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/>
          <w:color w:val="FFFFFF"/>
          <w:sz w:val="23"/>
          <w:u w:val="none"/>
        </w:rPr>
        <w:t>As of 1/4/2021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/>
          <w:i/>
          <w:color w:val="FFFFFF"/>
          <w:sz w:val="23"/>
          <w:u w:val="none"/>
        </w:rPr>
        <w:t>As of 2/1/2021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307" w:val="left"/>
          <w:tab w:pos="41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 $1 Put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52,193 </w:t>
      </w:r>
    </w:p>
    <w:p>
      <w:pPr>
        <w:keepLines w:val="0"/>
        <w:widowControl w:val="0"/>
        <w:tabs>
          <w:tab w:pos="130" w:val="left"/>
          <w:tab w:pos="2307" w:val="left"/>
          <w:tab w:pos="41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0 (n/a)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32,907 </w:t>
      </w:r>
    </w:p>
    <w:p>
      <w:pPr>
        <w:keepLines w:val="0"/>
        <w:widowControl w:val="0"/>
        <w:tabs>
          <w:tab w:pos="130" w:val="left"/>
          <w:tab w:pos="2307" w:val="left"/>
          <w:tab w:pos="416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$0.50 Put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510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43,892 </w:t>
      </w:r>
    </w:p>
    <w:p>
      <w:pPr>
        <w:keepLines w:val="0"/>
        <w:widowControl w:val="0"/>
        <w:tabs>
          <w:tab w:pos="130" w:val="left"/>
          <w:tab w:pos="2307" w:val="left"/>
          <w:tab w:pos="41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July $0.50 Put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168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71,709 </w:t>
      </w:r>
    </w:p>
    <w:p>
      <w:pPr>
        <w:keepLines w:val="0"/>
        <w:widowControl w:val="0"/>
        <w:tabs>
          <w:tab w:pos="130" w:val="left"/>
          <w:tab w:pos="41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 2022 $0.50 Put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2,441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106,082 </w:t>
      </w:r>
    </w:p>
    <w:p>
      <w:pPr>
        <w:keepLines w:val="0"/>
        <w:widowControl w:val="0"/>
        <w:tabs>
          <w:tab w:pos="130" w:val="left"/>
          <w:tab w:pos="2307" w:val="left"/>
          <w:tab w:pos="41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 2023 $2 Put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16,585 </w:t>
      </w:r>
    </w:p>
    <w:p>
      <w:pPr>
        <w:keepLines w:val="0"/>
        <w:widowControl w:val="0"/>
        <w:tabs>
          <w:tab w:pos="130" w:val="left"/>
          <w:tab w:pos="2307" w:val="left"/>
          <w:tab w:pos="416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Total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3,224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323,368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Do you see what I see?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There's about 320,000 options opened in Jan 2021 to hide naked shorts and kick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cans </w:t>
      </w:r>
      <w:r>
        <w:rPr>
          <w:rFonts w:ascii="Cambria" w:hAnsi="Cambria"/>
          <w:b w:val="0"/>
          <w:i/>
          <w:color w:val="FFFFFF"/>
          <w:sz w:val="20"/>
          <w:u w:val="none"/>
        </w:rPr>
        <w:t>just at the cheapest strike!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That's the equivalent of </w:t>
      </w:r>
      <w:r>
        <w:rPr>
          <w:rFonts w:ascii="Cambria" w:hAnsi="Cambria"/>
          <w:b/>
          <w:i w:val="0"/>
          <w:color w:val="FFFFFF"/>
          <w:sz w:val="20"/>
          <w:u w:val="none"/>
        </w:rPr>
        <w:t>32,000,000 (32M) 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! </w:t>
      </w:r>
    </w:p>
    <w:p>
      <w:bookmarkStart w:id="8" w:name="pg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8"/>
      <w:r>
        <w:rPr>
          <w:rFonts w:ascii="Cambria" w:hAnsi="Cambria"/>
          <w:b w:val="0"/>
          <w:i/>
          <w:color w:val="FFFFFF"/>
          <w:sz w:val="20"/>
          <w:u w:val="none"/>
        </w:rPr>
        <w:t>Wut about other low strikes?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filtered the options data for two snapshots in time: Jan 4, 2021 (before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kicking) and Feb 1, 2021 (after can kicking). Out of those snapshots, I summed the total open interest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options with a strike price less than or equal to $20. Here's the results: </w:t>
      </w:r>
    </w:p>
    <w:p>
      <w:pPr>
        <w:keepLines w:val="0"/>
        <w:widowControl w:val="0"/>
        <w:tabs>
          <w:tab w:pos="3752" w:val="left"/>
          <w:tab w:pos="5093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1/4/2021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2/1/2021 </w:t>
      </w:r>
    </w:p>
    <w:p>
      <w:pPr>
        <w:keepLines w:val="0"/>
        <w:widowControl w:val="0"/>
        <w:tabs>
          <w:tab w:pos="130" w:val="left"/>
          <w:tab w:pos="509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Total Put OI for all strikes &lt;= $20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309,563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1,101,826 </w:t>
      </w:r>
    </w:p>
    <w:p>
      <w:pPr>
        <w:keepLines w:val="0"/>
        <w:widowControl w:val="0"/>
        <w:spacing w:before="15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difference there is </w:t>
      </w:r>
      <w:r>
        <w:rPr>
          <w:rFonts w:ascii="Cambria" w:hAnsi="Cambria"/>
          <w:b/>
          <w:i w:val="0"/>
          <w:color w:val="FFFFFF"/>
          <w:sz w:val="20"/>
          <w:u w:val="none"/>
        </w:rPr>
        <w:t>792,263 OI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Basically just shy of 800k new put open interest at super low OTM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strikes representing over </w:t>
      </w:r>
      <w:r>
        <w:rPr>
          <w:rFonts w:ascii="Cambria" w:hAnsi="Cambria"/>
          <w:b/>
          <w:i w:val="0"/>
          <w:color w:val="FFFFFF"/>
          <w:sz w:val="20"/>
          <w:u w:val="none"/>
        </w:rPr>
        <w:t>79M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shares kicked down the road in Jan 2021! Half of those are hidden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lowest strike alone.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Happy July 4th! We're gonna have a blast!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Wowza! Thanks everyone! I’ve never had this many upvotes or awards before! You are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amazing! I learned more in the past 6 months about trading and markets from Superstonk than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decades of trading. I’m happy I can give back to the community! </w:t>
      </w:r>
    </w:p>
    <w:p>
      <w:pPr>
        <w:keepLines w:val="0"/>
        <w:widowControl w:val="0"/>
        <w:spacing w:before="33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Peek-a-boo! I see 103M hidden shorts! (Part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Deux)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Uno (you might want to read it first for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5">
        <w:r>
          <w:rPr>
            <w:rFonts w:ascii="Cambria" w:hAnsi="Cambria"/>
            <w:sz w:val="20"/>
            <w:color w:val="FFFFFF"/>
            <w:u/>
          </w:rPr>
          <w:t>background): https://www.reddit.com/r/Superstonk/comments/odsded/peekaboo_i_see_you_79m_hid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5">
        <w:r>
          <w:rPr>
            <w:rFonts w:ascii="Cambria" w:hAnsi="Cambria"/>
            <w:sz w:val="20"/>
            <w:color w:val="FFFFFF"/>
            <w:u/>
          </w:rPr>
          <w:t xml:space="preserve">den_shorts/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BAAACK!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finding 79M hidden shorts in married puts, I asked myself "Can I do better?" I didn't disappoint.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get me wrong, I'm disappointed (yet also happy) that I found more shorts.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Part Uno, I searched for new deep OTM Put Options that have no business being opened and found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79M shares worth of options (about 792k opened Put options) opened during the Jan GME spike. I used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rather crude approach which was assuming worthless options are at the deepest OTM Put strike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expanded that to strikes &lt;= $5. Crude, but it worked fairly well.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in Part Deux, I've improved on it by growing a wrinkle about options greeks.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Using the same GME Options Data set I bought for about $21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3">
        <w:r>
          <w:rPr>
            <w:rFonts w:ascii="Cambria" w:hAnsi="Cambria"/>
            <w:sz w:val="20"/>
            <w:color w:val="FFFFFF"/>
            <w:u/>
          </w:rPr>
          <w:t xml:space="preserve">from https://www.historicaloptiondata.com/ for 2021 up to end of June, I did the following: </w:t>
        </w:r>
      </w:hyperlink>
    </w:p>
    <w:p>
      <w:bookmarkStart w:id="9" w:name="pg8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9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Filtered the data set down to get two snapshots in time: Jan 19th, 2021 and Feb 1st,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2021. This is effectively bracketing the week before and week of the huge GME Jan spike.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Whatever happens in here </w:t>
      </w:r>
      <w:r>
        <w:rPr>
          <w:rFonts w:ascii="Cambria" w:hAnsi="Cambria"/>
          <w:b w:val="0"/>
          <w:i/>
          <w:color w:val="FFFFFF"/>
          <w:sz w:val="20"/>
          <w:u w:val="none"/>
        </w:rPr>
        <w:t>should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100% be tied to that crazy spike. (I just realized I'm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undercounting a bit because the spike, T, was Jan 28th and Feb 1 is only T+2. I'm too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lazy to rerun the process right now to expand out and you'll get the picture.)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Filtered out only for Puts (duh) because we're looking for Married Puts.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(NEW for Part Deux!) Filtered by </w:t>
      </w:r>
      <w:r>
        <w:rPr>
          <w:rFonts w:ascii="Cambria" w:hAnsi="Cambria"/>
          <w:b w:val="0"/>
          <w:i/>
          <w:color w:val="FFFFFF"/>
          <w:sz w:val="20"/>
          <w:u w:val="none"/>
        </w:rPr>
        <w:t>delta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which is an option greek that represents how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the option value changes per $1 change in the underlying stock price. I filtered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</w:t>
      </w:r>
      <w:r>
        <w:rPr>
          <w:rFonts w:ascii="Cambria" w:hAnsi="Cambria"/>
          <w:b w:val="0"/>
          <w:i/>
          <w:color w:val="FFFFFF"/>
          <w:sz w:val="20"/>
          <w:u w:val="none"/>
        </w:rPr>
        <w:t>delta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&lt; 0.01 which means if the stock price moves by $1, the price of these options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moves by a penny ($0.01) or less. These options are </w:t>
      </w:r>
      <w:r>
        <w:rPr>
          <w:rFonts w:ascii="Cambria" w:hAnsi="Cambria"/>
          <w:b w:val="0"/>
          <w:i/>
          <w:color w:val="FFFFFF"/>
          <w:sz w:val="20"/>
          <w:u w:val="none"/>
        </w:rPr>
        <w:t>literally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worthless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 wrinkles about option greeks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05">
        <w:r>
          <w:rPr>
            <w:rFonts w:ascii="Cambria" w:hAnsi="Cambria"/>
            <w:sz w:val="20"/>
            <w:color w:val="FFFFFF"/>
            <w:u/>
          </w:rPr>
          <w:t xml:space="preserve">here: https://www.investopedia.com/terms/g/greeks.asp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Summed up the total Open Interest for all remaining Puts.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 Open Interest for Puts with delta &lt;= 0.01: </w:t>
      </w:r>
    </w:p>
    <w:p>
      <w:pPr>
        <w:keepLines w:val="0"/>
        <w:widowControl w:val="0"/>
        <w:spacing w:before="70" w:after="0" w:lineRule="exact" w:line="281"/>
        <w:ind w:left="130" w:right="-60"/>
      </w:pPr>
      <w:r>
        <w:rPr>
          <w:rFonts w:ascii="Cambria" w:hAnsi="Cambria"/>
          <w:b/>
          <w:i w:val="0"/>
          <w:color w:val="FFFFFF"/>
          <w:sz w:val="23"/>
          <w:u w:val="none"/>
        </w:rPr>
        <w:t>As of Jan 19, 2021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As of Feb 1, 2021 </w:t>
      </w:r>
    </w:p>
    <w:p>
      <w:pPr>
        <w:keepLines w:val="0"/>
        <w:widowControl w:val="0"/>
        <w:tabs>
          <w:tab w:pos="130" w:val="left"/>
          <w:tab w:pos="232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58,970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1,096,066 </w:t>
      </w:r>
    </w:p>
    <w:p>
      <w:pPr>
        <w:keepLines w:val="0"/>
        <w:widowControl w:val="0"/>
        <w:spacing w:before="468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Wut mean?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Over 1M </w:t>
      </w:r>
      <w:r>
        <w:rPr>
          <w:rFonts w:ascii="Cambria" w:hAnsi="Cambria"/>
          <w:b/>
          <w:i w:val="0"/>
          <w:color w:val="FFFFFF"/>
          <w:sz w:val="20"/>
          <w:u w:val="none"/>
        </w:rPr>
        <w:t>worthless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junk put options were opened in the 2 weeks (from Jan 19th to Feb 1st,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 trading days) of our January spike.  </w:t>
      </w:r>
      <w:r>
        <w:rPr>
          <w:rFonts w:ascii="Cambria" w:hAnsi="Cambria"/>
          <w:b/>
          <w:i w:val="0"/>
          <w:color w:val="FFFFFF"/>
          <w:sz w:val="20"/>
          <w:u w:val="none"/>
        </w:rPr>
        <w:t>1,037,096 worthless put options were opened.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Sink that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those brand spanking, newly opened, absolutely worthless options are capable of hiding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</w:t>
      </w:r>
      <w:r>
        <w:rPr>
          <w:rFonts w:ascii="Cambria" w:hAnsi="Cambria"/>
          <w:b/>
          <w:i w:val="0"/>
          <w:color w:val="FFFFFF"/>
          <w:sz w:val="20"/>
          <w:u w:val="none"/>
        </w:rPr>
        <w:t>103,700,000 (103M) 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worthless puts?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06">
        <w:r>
          <w:rPr>
            <w:rFonts w:ascii="Cambria" w:hAnsi="Cambria"/>
            <w:sz w:val="20"/>
            <w:color w:val="FFFFFF"/>
            <w:u/>
          </w:rPr>
          <w:t>See https://www.reddit.com/r/GME/comments/mgj0j1/the_naked_shorting_scam_rev</w:t>
        </w:r>
      </w:hyperlink>
    </w:p>
    <w:p>
      <w:pPr>
        <w:keepLines w:val="0"/>
        <w:widowControl w:val="0"/>
        <w:spacing w:before="69" w:after="0" w:lineRule="exact" w:line="246"/>
        <w:ind w:left="1201" w:right="-60"/>
      </w:pPr>
      <w:hyperlink r:id="rId106">
        <w:r>
          <w:rPr>
            <w:rFonts w:ascii="Cambria" w:hAnsi="Cambria"/>
            <w:sz w:val="20"/>
            <w:color w:val="FFFFFF"/>
            <w:u/>
          </w:rPr>
          <w:t xml:space="preserve">ealed_lending_of/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prior 79M is a subset of this 103M. This approach is a more accurate way to count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worthless options. </w:t>
      </w:r>
    </w:p>
    <w:p>
      <w:pPr>
        <w:keepLines w:val="0"/>
        <w:widowControl w:val="0"/>
        <w:spacing w:before="33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TL:DR – I believe inflation is the match that has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been lit that will light the fuse of our rocket. </w:t>
      </w:r>
    </w:p>
    <w:p>
      <w:pPr>
        <w:keepLines w:val="0"/>
        <w:widowControl w:val="0"/>
        <w:spacing w:before="11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Part 2 </w:t>
      </w:r>
    </w:p>
    <w:p>
      <w:bookmarkStart w:id="10" w:name="pg9"/>
      <w:pPr>
        <w:keepLines w:val="0"/>
        <w:pageBreakBefore/>
        <w:widowControl w:val="0"/>
        <w:spacing w:before="0" w:after="0" w:lineRule="exact" w:line="281"/>
        <w:ind w:left="0" w:right="-60"/>
      </w:pPr>
      <w:bookmarkEnd w:id="10"/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4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Good morning r/Superstonk, neighborhood jellyfish here!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would like to revisit some more data recently released and posted and continue trying to tie this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 as the situation continues to evolve.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Posts being referenced: </w:t>
      </w:r>
      <w:hyperlink r:id="rId107">
        <w:r>
          <w:rPr>
            <w:rFonts w:ascii="Calibri" w:hAnsi="Calibri"/>
            <w:sz w:val="20"/>
            <w:color w:val="00B0F0"/>
            <w:u/>
          </w:rPr>
          <w:t>1st Inflation Post</w:t>
        </w:r>
      </w:hyperlink>
      <w:hyperlink r:id="rId108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08">
        <w:r>
          <w:rPr>
            <w:rFonts w:ascii="Calibri" w:hAnsi="Calibri"/>
            <w:sz w:val="20"/>
            <w:color w:val="00B0F0"/>
            <w:u/>
          </w:rPr>
          <w:t>Existing Home Sales May</w:t>
        </w:r>
      </w:hyperlink>
      <w:hyperlink r:id="rId109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09">
        <w:r>
          <w:rPr>
            <w:rFonts w:ascii="Calibri" w:hAnsi="Calibri"/>
            <w:sz w:val="20"/>
            <w:color w:val="00B0F0"/>
            <w:u/>
          </w:rPr>
          <w:t>New Home sales May</w:t>
        </w:r>
      </w:hyperlink>
      <w:hyperlink r:id="rId110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0">
        <w:r>
          <w:rPr>
            <w:rFonts w:ascii="Calibri" w:hAnsi="Calibri"/>
            <w:sz w:val="20"/>
            <w:color w:val="00B0F0"/>
            <w:u/>
          </w:rPr>
          <w:t xml:space="preserve">Fed Balance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0">
        <w:r>
          <w:rPr>
            <w:rFonts w:ascii="Calibri" w:hAnsi="Calibri"/>
            <w:sz w:val="20"/>
            <w:color w:val="00B0F0"/>
            <w:u/>
          </w:rPr>
          <w:t>Sheet through 6/16</w:t>
        </w:r>
      </w:hyperlink>
      <w:hyperlink r:id="rId111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1">
        <w:r>
          <w:rPr>
            <w:rFonts w:ascii="Calibri" w:hAnsi="Calibri"/>
            <w:sz w:val="20"/>
            <w:color w:val="00B0F0"/>
            <w:u/>
          </w:rPr>
          <w:t xml:space="preserve">It’s not just manufacturing supply shortages, manufacturers can’t get people for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1">
        <w:r>
          <w:rPr>
            <w:rFonts w:ascii="Calibri" w:hAnsi="Calibri"/>
            <w:sz w:val="20"/>
            <w:color w:val="00B0F0"/>
            <w:u/>
          </w:rPr>
          <w:t>work</w:t>
        </w:r>
      </w:hyperlink>
      <w:hyperlink r:id="rId112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2">
        <w:r>
          <w:rPr>
            <w:rFonts w:ascii="Calibri" w:hAnsi="Calibri"/>
            <w:sz w:val="20"/>
            <w:color w:val="00B0F0"/>
            <w:u/>
          </w:rPr>
          <w:t xml:space="preserve">6.4% annualized inflation (PCE, excluding food and energy the most conservative inflation measure US </w:t>
        </w:r>
      </w:hyperlink>
    </w:p>
    <w:p>
      <w:pPr>
        <w:keepLines w:val="0"/>
        <w:widowControl w:val="0"/>
        <w:spacing w:before="64" w:after="0" w:lineRule="exact" w:line="252"/>
        <w:ind w:left="0" w:right="-60"/>
      </w:pPr>
      <w:hyperlink r:id="rId112">
        <w:r>
          <w:rPr>
            <w:rFonts w:ascii="Calibri" w:hAnsi="Calibri"/>
            <w:sz w:val="20"/>
            <w:color w:val="00B0F0"/>
            <w:u/>
          </w:rPr>
          <w:t>government releases and the Fed relies on)</w:t>
        </w:r>
      </w:hyperlink>
      <w:hyperlink r:id="rId11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 to start by revisiting the Fed’s balance sheet. The last time we talked about it (6/17), it stood at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RECORD $8.064 trillion. Let’s write this one out: $8,064,000,000,000.As of July 1st, that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stands at a </w:t>
      </w:r>
      <w:r>
        <w:rPr>
          <w:rFonts w:ascii="Cambria" w:hAnsi="Cambria"/>
          <w:b/>
          <w:i w:val="0"/>
          <w:color w:val="FFFFFF"/>
          <w:sz w:val="20"/>
          <w:u w:val="none"/>
        </w:rPr>
        <w:t>NEW RECORD $8,078,544,000,000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—an increase of $14,544,000,000.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954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5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$8,078,544,000,000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8492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92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Look at that triangle that has started at $7 trillion! 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So what caused the jump in the balance sheet? </w:t>
      </w:r>
    </w:p>
    <w:p>
      <w:bookmarkStart w:id="11" w:name="pg10"/>
      <w:pPr>
        <w:keepLines w:val="0"/>
        <w:pageBreakBefore/>
        <w:widowControl w:val="0"/>
        <w:spacing w:before="61" w:after="0" w:lineRule="exact" w:line="252"/>
        <w:ind w:left="0" w:right="-60"/>
      </w:pPr>
      <w:bookmarkEnd w:id="1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Treasury General Account (TGA), which Yellen said in February she wanted to </w:t>
      </w:r>
      <w:hyperlink r:id="rId115">
        <w:r>
          <w:rPr>
            <w:rFonts w:ascii="Calibri" w:hAnsi="Calibri"/>
            <w:sz w:val="20"/>
            <w:color w:val="00B0F0"/>
            <w:u/>
          </w:rPr>
          <w:t xml:space="preserve">get to $500 billion by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5">
        <w:r>
          <w:rPr>
            <w:rFonts w:ascii="Calibri" w:hAnsi="Calibri"/>
            <w:sz w:val="20"/>
            <w:color w:val="00B0F0"/>
            <w:u/>
          </w:rPr>
          <w:t>the end of June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actually increased by $86.815 Billion to $851 Billion.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Federal Reserve Notes, net jumped $4,594 million. 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Fed’s balance sheet is jumping while we are watching the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housing bubble inflate in front of us.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rate of sales continues to trend downward, but median home prices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existing homes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23.6% year-over-year to an all-time high of $350,300 with May rising at the greatest year-over-year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pace since at least 1999, up from $283,500 last year and $340,600 in April.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months’ supply is increasing (supply taking longer to move), sales are beginning to decrease (.9%)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(demand), and median existing-home price across all housing types hit a record high of $350,300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May, an increase of 23.6% from the year before (price).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Despite supply increasing for months, </w:t>
      </w:r>
      <w:r>
        <w:rPr>
          <w:rFonts w:ascii="Cambria" w:hAnsi="Cambria"/>
          <w:b/>
          <w:i w:val="0"/>
          <w:color w:val="FFFFFF"/>
          <w:sz w:val="20"/>
          <w:u w:val="none"/>
        </w:rPr>
        <w:t>single-family home sales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homebuilders to the public in 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fell 6% from the prior month to a seasonally adjusted annual rate of 769,000 houses, down 23%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recent high in January. This steep decline in sales occurred amid rising prices.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median price of new single-family houses rose 2.5% from the previous month, and spiked 18.1%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year-over-year, to a record $374,400: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0779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7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drop in sales of new homes in the past months brought sales back to about pre-pandemic levels.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other end of our equation, inventory really is rising! </w:t>
      </w:r>
    </w:p>
    <w:p>
      <w:bookmarkStart w:id="12" w:name="pg1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Unsold speculative houses rose for the fifth month in a row to 330,000 houses and months’ supply rose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5.1 months.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single-family homes completed since Jan 2021 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1,328,000+1,347,000+1,497,000+1,426,000+1,368,000 = 6,966,000 homes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single-family homes sold since Jan 2021 : 993,000 +823,000+886,000+817,000+ 769,000 =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4,288,000 homes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Supply is up +2,678,000 homes in 2021 so far.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Stated another way: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current supply is steadying with current inventory not moving at the current prices and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increasing as more homes come online (census bureau has it at ~ 4-8 months in 2020 to build from start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finish, projects started during the pandemic will be coming online), Demand is decreasing, Median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Prices has increased to an all-time high.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With the conditions of the housing market above, I believe we are entering ‘textbook’ bubble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territory.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132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2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Source: https://www.investopedia.com/terms/h/housing_bubble.asp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Ok, as we covered above, demand had been through the roof, but the supply is back on the rise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stock is taking longer to move. At the same time, demand for new mortgages is decreasing 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supply continues to hold and increase—but prices continue to go up! </w:t>
      </w:r>
    </w:p>
    <w:p>
      <w:bookmarkStart w:id="13" w:name="pg12"/>
      <w:pPr>
        <w:keepLines w:val="0"/>
        <w:pageBreakBefore/>
        <w:widowControl w:val="0"/>
        <w:spacing w:before="0" w:after="0"/>
        <w:jc w:val="center"/>
      </w:pPr>
      <w:bookmarkEnd w:id="13"/>
      <w:r>
        <w:drawing>
          <wp:inline xmlns:a="http://schemas.openxmlformats.org/drawingml/2006/main" xmlns:pic="http://schemas.openxmlformats.org/drawingml/2006/picture">
            <wp:extent cx="5943600" cy="641095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0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what about delinquency rates? This can be a source to the supply... </w:t>
      </w:r>
    </w:p>
    <w:p>
      <w:bookmarkStart w:id="14" w:name="pg13"/>
      <w:pPr>
        <w:keepLines w:val="0"/>
        <w:pageBreakBefore/>
        <w:widowControl w:val="0"/>
        <w:spacing w:before="0" w:after="0"/>
        <w:jc w:val="center"/>
      </w:pPr>
      <w:bookmarkEnd w:id="14"/>
      <w:r>
        <w:drawing>
          <wp:inline xmlns:a="http://schemas.openxmlformats.org/drawingml/2006/main" xmlns:pic="http://schemas.openxmlformats.org/drawingml/2006/picture">
            <wp:extent cx="5943600" cy="241871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8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left="56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https://www.mba.org/2021-press-releases/may/mortgage-delinquencies-decrease-in-the-first-quarter-of-2021 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 year-over-year basis, total mortgage delinquencies increased for all loans outstanding.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delinquency rate increased by 141 basis points for conventional loans, increased 498 basis points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FHA loans, and increased 297 basis points for VA loans.The delinquency rate includes loans that are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least one payment past due but does not include loans in the process of foreclosure. The percentage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loans on which foreclosure actions were started in the first quarter rose by 1 basis point to 0.04 percent.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percentage of loans in the foreclosure process at the end of the first quarter was 0.54 percent,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 basis points from the fourth quarter of 2020 and 19 basis points from one year ago. This is the lowest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foreclosure inventory rate since the first quarter of 1982.The seriously delinquent rate, the percentage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loans that are 90 days or more past due or in the process of foreclosure, was 4.70 percent.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decreased by 33 basis points from last quarter and increased by 303 basis points from last year.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previous quarter, the seriously delinquent rate decreased 34 basis points for conventional loans,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decreased 19 basis points for FHA loans, and decreased 37 basis points for VA loans. Compared to a year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ago, the seriously delinquent rate increased by 205 basis points for conventional loans, increased 771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basis points for FHA loans, and increased 379 basis points for VA loans.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Then there are those still in or coming out of forbearance with the likely expiration and non-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renewal of these Covid rules at the end of the month: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01" w:after="0" w:lineRule="exact" w:line="210"/>
        <w:ind w:left="0" w:right="-60"/>
      </w:pPr>
      <w:hyperlink r:id="rId120">
        <w:r>
          <w:rPr>
            <w:rFonts w:ascii="Calibri" w:hAnsi="Calibri"/>
            <w:sz w:val="20"/>
            <w:color w:val="00B0F0"/>
            <w:u/>
          </w:rPr>
          <w:t xml:space="preserve">The Mortgage Bankers Association's (MBA) latest Forbearance and Call Volume Survey revealed that the total </w:t>
        </w:r>
      </w:hyperlink>
    </w:p>
    <w:p>
      <w:pPr>
        <w:keepLines w:val="0"/>
        <w:widowControl w:val="0"/>
        <w:spacing w:before="106" w:after="0" w:lineRule="exact" w:line="210"/>
        <w:ind w:left="0" w:right="-60"/>
      </w:pPr>
      <w:hyperlink r:id="rId120">
        <w:r>
          <w:rPr>
            <w:rFonts w:ascii="Calibri" w:hAnsi="Calibri"/>
            <w:sz w:val="20"/>
            <w:color w:val="00B0F0"/>
            <w:u/>
          </w:rPr>
          <w:t xml:space="preserve">number of loans now in forbearance decreased by 2 basis points from 4.18% of servicers' portfolio volume in </w:t>
        </w:r>
      </w:hyperlink>
    </w:p>
    <w:p>
      <w:pPr>
        <w:keepLines w:val="0"/>
        <w:widowControl w:val="0"/>
        <w:spacing w:before="105" w:after="0" w:lineRule="exact" w:line="210"/>
        <w:ind w:left="0" w:right="-60"/>
      </w:pPr>
      <w:hyperlink r:id="rId120">
        <w:r>
          <w:rPr>
            <w:rFonts w:ascii="Calibri" w:hAnsi="Calibri"/>
            <w:sz w:val="20"/>
            <w:color w:val="00B0F0"/>
            <w:u/>
          </w:rPr>
          <w:t xml:space="preserve">the prior week to 4.16% as of May 30, 2021. According to MBA's estimate, 2.1 million homeowners are in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20">
        <w:r>
          <w:rPr>
            <w:rFonts w:ascii="Calibri" w:hAnsi="Calibri"/>
            <w:sz w:val="20"/>
            <w:color w:val="00B0F0"/>
            <w:u/>
          </w:rPr>
          <w:t>forbearance plans.</w:t>
        </w:r>
      </w:hyperlink>
      <w:hyperlink r:id="rId12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15" w:name="pg14"/>
      <w:pPr>
        <w:keepLines w:val="0"/>
        <w:pageBreakBefore/>
        <w:widowControl w:val="0"/>
        <w:spacing w:before="0" w:after="0"/>
        <w:jc w:val="center"/>
      </w:pPr>
      <w:bookmarkEnd w:id="15"/>
      <w:r>
        <w:drawing>
          <wp:inline xmlns:a="http://schemas.openxmlformats.org/drawingml/2006/main" xmlns:pic="http://schemas.openxmlformats.org/drawingml/2006/picture">
            <wp:extent cx="5943600" cy="370077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0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it is great to see people come out of forbearance, if I am reading the numbers correctly, more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half of folks coming out are still going to have amounts that still need to be paid back. Budgets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stretched tight, wage growth is decreasing, and inflation is making everything else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expensive.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the central-bank asset purchases that continue chugging along </w:t>
      </w:r>
      <w:hyperlink r:id="rId122">
        <w:r>
          <w:rPr>
            <w:rFonts w:ascii="Calibri" w:hAnsi="Calibri"/>
            <w:sz w:val="20"/>
            <w:color w:val="00B0F0"/>
            <w:u/>
          </w:rPr>
          <w:t>($120 billion per month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continue to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help directly inflate this bubble! The music on inflating home prices is going to stop!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brings me back to a comment from earlier this week I made in the RRP’s post: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is blowing up as they have a full-blown liquidity crisis on their hands!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has backed themselves &amp; the banks in a corner after letting the printer run brrrrr. High Reverse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 Purchase usage signals that the banks simply don't have the balance sheets to accept the excess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reserves. Even accounting for end-of-quarter use spiking, $991.939 billion to 90 participants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absolutely bonkers!!!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Thus, they are forced to park them right back with the Fed using the </w:t>
      </w:r>
      <w:hyperlink r:id="rId123">
        <w:r>
          <w:rPr>
            <w:rFonts w:ascii="Calibri" w:hAnsi="Calibri"/>
            <w:sz w:val="20"/>
            <w:color w:val="00B0F0"/>
            <w:u/>
          </w:rPr>
          <w:t xml:space="preserve">Overnight Reverse Repo Purchase </w:t>
        </w:r>
      </w:hyperlink>
    </w:p>
    <w:p>
      <w:pPr>
        <w:keepLines w:val="0"/>
        <w:widowControl w:val="0"/>
        <w:spacing w:before="64" w:after="0" w:lineRule="exact" w:line="252"/>
        <w:ind w:left="0" w:right="-60"/>
      </w:pPr>
      <w:hyperlink r:id="rId123">
        <w:r>
          <w:rPr>
            <w:rFonts w:ascii="Calibri" w:hAnsi="Calibri"/>
            <w:sz w:val="20"/>
            <w:color w:val="00B0F0"/>
            <w:u/>
          </w:rPr>
          <w:t>and 0.05% lending</w:t>
        </w:r>
      </w:hyperlink>
      <w:hyperlink r:id="rId123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has created a dangerous game of chicken in the market. Currently, the liquidity in the market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entirely artificial because of the aforementioned brrrrr. If the Fed lets up the slightest bit on the central-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 asset purchases </w:t>
      </w:r>
      <w:hyperlink r:id="rId122">
        <w:r>
          <w:rPr>
            <w:rFonts w:ascii="Calibri" w:hAnsi="Calibri"/>
            <w:sz w:val="20"/>
            <w:color w:val="00B0F0"/>
            <w:u/>
          </w:rPr>
          <w:t>($120 billion per month currently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it could shut down the entire game. However, if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JPow keeps letting the printer run, he risks hyperinflation and </w:t>
      </w:r>
      <w:hyperlink r:id="rId124">
        <w:r>
          <w:rPr>
            <w:rFonts w:ascii="Calibri" w:hAnsi="Calibri"/>
            <w:sz w:val="20"/>
            <w:color w:val="00B0F0"/>
            <w:u/>
          </w:rPr>
          <w:t>further cracks in support from his members</w:t>
        </w:r>
      </w:hyperlink>
      <w:hyperlink r:id="rId124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turned into either no more liquidity for anyone or so much liquidity that the value of USD becomes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near worthless and we see </w:t>
      </w:r>
      <w:hyperlink r:id="rId125">
        <w:r>
          <w:rPr>
            <w:rFonts w:ascii="Calibri" w:hAnsi="Calibri"/>
            <w:sz w:val="20"/>
            <w:color w:val="00B0F0"/>
            <w:u/>
          </w:rPr>
          <w:t>Weimar Republic levels of hyperinflation.</w:t>
        </w:r>
      </w:hyperlink>
      <w:hyperlink r:id="rId12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16" w:name="pg1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GME, I believe the thought is that no liquidity means institutions will have to sell off other assets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their capital supply. This will continue until they can no longer increase their capital supply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 margin requirements.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When/if institutions cannot meet their margin requirements (aka prove liquidity to be able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positions), DTCC will forcibly close all of their positions and MOASS takes flight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the game of chicken the Fed is caught up in—demand for housing (as we covered above)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going down, supply is increasing, yet prices continue to inflate—I believe this is in large part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because of the $120 billion per month central bank MBS is allowing prices to continue to increase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build this bubble! </w:t>
      </w:r>
    </w:p>
    <w:p>
      <w:pPr>
        <w:keepLines w:val="0"/>
        <w:widowControl w:val="0"/>
        <w:spacing w:before="374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revisit the rate of inflation from my first post. The </w:t>
      </w:r>
      <w:hyperlink r:id="rId126">
        <w:r>
          <w:rPr>
            <w:rFonts w:ascii="Calibri" w:hAnsi="Calibri"/>
            <w:sz w:val="20"/>
            <w:color w:val="00B0F0"/>
            <w:u/>
          </w:rPr>
          <w:t>CPI report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had inflation at 5% and we reviewed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ICE BofA Single-B US High Yield Index Effective Yield @ 4.47% -.53% adjusted for inflation (Highly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Speculative) and ICE BofA CCC &amp; Lower US High Yield Index Effective Yield @ 6.83% 1.83% adjusted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(“extremely speculative” to “default is imminent with little prospect for recovery”).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Annualizing the Personal Consumption Expenditures, excluding food and energy (PCE), again the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conservative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inflation number the government offers, from the BEA report the other day, inflation is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6.4%--inflation is at least 28% higher than the first time we examined this at 5%!!!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at the bonds again, adjusted for inflation, things are worse!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1815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8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left="426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ICE BofA Single-B US High Yield Index Effective Yield @ 4.44% -1.93% adjusted for PCE inflation (Highly Speculative)  </w:t>
      </w:r>
    </w:p>
    <w:p>
      <w:bookmarkStart w:id="17" w:name="pg16"/>
      <w:pPr>
        <w:keepLines w:val="0"/>
        <w:pageBreakBefore/>
        <w:widowControl w:val="0"/>
        <w:spacing w:before="0" w:after="0"/>
        <w:jc w:val="center"/>
      </w:pPr>
      <w:bookmarkEnd w:id="17"/>
      <w:r>
        <w:drawing>
          <wp:inline xmlns:a="http://schemas.openxmlformats.org/drawingml/2006/main" xmlns:pic="http://schemas.openxmlformats.org/drawingml/2006/picture">
            <wp:extent cx="5943600" cy="284797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7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left="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ICE BofA CCC &amp; Lower US High Yield Index Effective Yield @ 6.60% .2% adjusted for inflation (“extremely speculative” to “default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is imminent with little prospect for recovery”)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we let that sink in again for a moment? To get any sort of positive yield an investor must expose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themselves to bonds rated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“extremely speculative” to “default is imminent with little prospect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recovery”.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they invest in the Single-B ‘</w:t>
      </w:r>
      <w:r>
        <w:rPr>
          <w:rFonts w:ascii="Cambria" w:hAnsi="Cambria"/>
          <w:b/>
          <w:i w:val="0"/>
          <w:color w:val="FFFFFF"/>
          <w:sz w:val="20"/>
          <w:u w:val="none"/>
        </w:rPr>
        <w:t>Highly Speculative’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lose principal capital to inflation!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Remember, they can’t just sit on this cash as the dollar is losing buying power (as we have covered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before), the cash would get eaten by inflation, and it is a liability for them—since they must pay interest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client cash. (This is where having </w:t>
      </w:r>
      <w:r>
        <w:rPr>
          <w:rFonts w:ascii="Cambria" w:hAnsi="Cambria"/>
          <w:b w:val="0"/>
          <w:i/>
          <w:color w:val="FFFFFF"/>
          <w:sz w:val="20"/>
          <w:u w:val="none"/>
        </w:rPr>
        <w:t>too much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cash is considered a liquidity crisis! There isn’t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debt to place it in!). No wonder the Reverse Repo Markets are so heavily used!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we go any further, let’s do some quick level setting on bonds and their risk descriptions: </w:t>
      </w:r>
    </w:p>
    <w:p>
      <w:bookmarkStart w:id="18" w:name="pg17"/>
      <w:pPr>
        <w:keepLines w:val="0"/>
        <w:pageBreakBefore/>
        <w:widowControl w:val="0"/>
        <w:spacing w:before="0" w:after="0"/>
        <w:jc w:val="center"/>
      </w:pPr>
      <w:bookmarkEnd w:id="18"/>
      <w:r>
        <w:drawing>
          <wp:inline xmlns:a="http://schemas.openxmlformats.org/drawingml/2006/main" xmlns:pic="http://schemas.openxmlformats.org/drawingml/2006/picture">
            <wp:extent cx="5943600" cy="4286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How the Credit Rating Agencies Classify Corporate Bonds and Loans by Credit Risk or the Risk of Default. </w:t>
      </w:r>
    </w:p>
    <w:p>
      <w:pPr>
        <w:keepLines w:val="0"/>
        <w:widowControl w:val="0"/>
        <w:spacing w:before="457" w:after="0" w:lineRule="exact" w:line="218"/>
        <w:ind w:left="0" w:right="-60"/>
      </w:pPr>
      <w:r>
        <w:rPr>
          <w:rFonts w:ascii="Verdana" w:hAnsi="Verdana"/>
          <w:b w:val="0"/>
          <w:i w:val="0"/>
          <w:color w:val="FFFFFF"/>
          <w:sz w:val="17"/>
          <w:u w:val="none"/>
        </w:rPr>
        <w:t xml:space="preserve">0:00 </w:t>
      </w:r>
    </w:p>
    <w:p>
      <w:pPr>
        <w:keepLines w:val="0"/>
        <w:widowControl w:val="0"/>
        <w:spacing w:before="97" w:after="0" w:lineRule="exact" w:line="218"/>
        <w:ind w:left="0" w:right="-60"/>
      </w:pPr>
      <w:r>
        <w:rPr>
          <w:rFonts w:ascii="Verdana" w:hAnsi="Verdana"/>
          <w:b w:val="0"/>
          <w:i w:val="0"/>
          <w:color w:val="FFFFFF"/>
          <w:sz w:val="17"/>
          <w:u w:val="none"/>
        </w:rPr>
        <w:t xml:space="preserve">3:44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Any excuse to use this clip again makes my day...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JPow believes this inflation is transitory and will drop back down to 2%. The Fed has been 2 steps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behind on inflation and I think they are severely underplaying a new wild dynamic in this inflation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madness—people and businesses are willing to pay these </w:t>
      </w:r>
      <w:hyperlink r:id="rId130">
        <w:r>
          <w:rPr>
            <w:rFonts w:ascii="Calibri" w:hAnsi="Calibri"/>
            <w:sz w:val="20"/>
            <w:color w:val="00B0F0"/>
            <w:u/>
          </w:rPr>
          <w:t>increased prices</w:t>
        </w:r>
      </w:hyperlink>
      <w:hyperlink r:id="rId130">
        <w:r>
          <w:rPr>
            <w:rFonts w:ascii="Cambria" w:hAnsi="Cambria"/>
            <w:sz w:val="20"/>
            <w:color w:val="FFFFFF"/>
            <w:u/>
          </w:rPr>
          <w:t xml:space="preserve">!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have looked extensively at the record median prices in homes, but let’s consider cars for a minute.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why I think the inflation game has changed! According to data from the </w:t>
      </w:r>
      <w:hyperlink r:id="rId131">
        <w:r>
          <w:rPr>
            <w:rFonts w:ascii="Calibri" w:hAnsi="Calibri"/>
            <w:sz w:val="20"/>
            <w:color w:val="00B0F0"/>
            <w:u/>
          </w:rPr>
          <w:t xml:space="preserve">Bureau of Economic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31">
        <w:r>
          <w:rPr>
            <w:rFonts w:ascii="Calibri" w:hAnsi="Calibri"/>
            <w:sz w:val="20"/>
            <w:color w:val="00B0F0"/>
            <w:u/>
          </w:rPr>
          <w:t>Analysis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June sales for autos fell to 1.30 million vehicles, down 14.2% from June 2019, after a strong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March, April, and May.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Vehicle sales picture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Seasonally Adjusted Annual Rate (SAAR) of sales,(takes the number of selling days and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seasonal factors into account and then annualizes the result), vehicle sales look: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June: 15.4 million SAAR, -9.5% from June 2019; the lowest for any month since January 2014.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May: 17.0 million SAAR, -1.0% from May 2019.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April: 18.6 million SAAR, the highest total for any month in 16 years, +7.4% from April 2019. </w:t>
      </w:r>
    </w:p>
    <w:p>
      <w:bookmarkStart w:id="19" w:name="pg1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March: 17.9 million SAAR, +7.9% from March 2019.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Carmakers and dealers are making money hand over fist though! Dealers by and large don’t produce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‘economy’ cars and trucks anymore. Everything is has shifted to high profit-margin vehicles—for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example, Ford (except for the Mustang) doesn’t produce cars anymore!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of this and shifting to have ‘on-demand' inventories, the average transaction price for cars is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record highs, so is average gross profits per unit—the average transaction price (ATP) of new vehicles in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jumped 14.9% from a year ago, to $40,206, a </w:t>
      </w:r>
      <w:hyperlink r:id="rId132">
        <w:r>
          <w:rPr>
            <w:rFonts w:ascii="Calibri" w:hAnsi="Calibri"/>
            <w:sz w:val="20"/>
            <w:color w:val="00B0F0"/>
            <w:u/>
          </w:rPr>
          <w:t>joint forecast from J.D. Power and LMC Automotive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—a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record surge,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combination of strong retail volumes and higher prices means that consumers are on track to spend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$45.6 billion on new vehicles this month, the highest on record for the month of June. Consumer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expenditures on new vehicles are expected to reach a Q2 record of $149.7 billion, up 60.7% from 2020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up 27.9% from 2019.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 retailer profit per unit, inclusive of grosses and finance &amp; insurance income, is on pace to reach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all-time high of $3,908, an increase of $2,061 from a year ago. Grosses have been above $2,000 for 11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the past 12 months. Coupled with the strong retail sales pace, total aggregate retailer profits from new-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vehicle sales will be $4.4 billion, the highest ever for the month of June and up an astounding 175%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2019.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combination of strong retail volumes and higher prices means that consumer expenditures on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vehicles are expected to reach a first-half record of $270.8 billion, up 47.8% from 2020 and up 24.7%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2019.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Retailer profits from new-vehicle sales will reach first-half record levels on both, a per unit, and total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basis. Profit per unit for the first half of 2021 will reach $2,844, up $1,310 from the same period in 2020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up $1,457 from 2019, while total profits will reach $20.2 billion, up $12.1 billion from 2020 and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$11.2 billion from 2019. </w:t>
      </w:r>
    </w:p>
    <w:p>
      <w:pPr>
        <w:keepLines w:val="0"/>
        <w:widowControl w:val="0"/>
        <w:spacing w:before="374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trade-in market is also nuts! </w:t>
      </w:r>
      <w:hyperlink r:id="rId133">
        <w:r>
          <w:rPr>
            <w:rFonts w:ascii="Calibri" w:hAnsi="Calibri"/>
            <w:sz w:val="20"/>
            <w:color w:val="00B0F0"/>
            <w:u/>
          </w:rPr>
          <w:t>The chip shortage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covid have set the secondary market on fire.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Normally, it is tempered through rental car companies and the like offloading their fleets. Covid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thrown a huge wrench into that, and add in the chip shortage in new vehicles, has led to what I believe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fairy dust on this inflation fire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reports of low-mileage used vehicles costing more than the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model would cost if it were available.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(timeout, I do hope RC and the GameStop team are reading up on how Toyota is killing this chip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shortage since they had this sort of risk already identified in their Business Continuity Plan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because of what happened with Fukushima in 2011!) </w:t>
      </w:r>
    </w:p>
    <w:p>
      <w:pPr>
        <w:keepLines w:val="0"/>
        <w:widowControl w:val="0"/>
        <w:spacing w:before="374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study by </w:t>
      </w:r>
      <w:hyperlink r:id="rId134">
        <w:r>
          <w:rPr>
            <w:rFonts w:ascii="Calibri" w:hAnsi="Calibri"/>
            <w:sz w:val="20"/>
            <w:color w:val="00B0F0"/>
            <w:u/>
          </w:rPr>
          <w:t>iSeeCars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combed through over 470,000 new vehicles and “lightly used” 2019 and 2020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model-year vehicles, found that the gap between new and slightly used had “drastically narrowed” </w:t>
      </w:r>
    </w:p>
    <w:p>
      <w:bookmarkStart w:id="20" w:name="pg1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across the board, and it found that 16 hot models were selling for more money as used vehicles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equivalent new versions, that were not in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top of this list is the Kia Telluride, it would sell for $44,166 as new vehicle sold for $47,730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slightly used vehicle. The first six on the list were either pickups (GMC Sierra 1500, Toyota Tacoma,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Toyota Tundra) or SUVs (Telluride, Mercedes-Benz G-Class, Toyota RAV4 Hybrid).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Rather than haggle till they get the price down, or just not buy as they had done for a couple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years of the Great Recession, consumers are buying are paying whatever it takes to get a new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used vehicle or new or used home as their whole mindset about inflation has changed!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42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brakes on inflation have been cut! This beast is going to keep running!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OK, so to try and wrap this up again: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More cash is going to continue to pour in that needs to be placed.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Inflation is going to make it impossible to earn positive rates on assets after being adjusted for inflation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anything but “extremely speculative” to “default is imminent with little prospect for recovery” risks.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Cash can be stashed with the Fed @ 0.05% currently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Previous collateral (zombie CMBS as an example) is considered junk and may be losing value due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mistakenly rated/valued to begin, with yield rates, which had been used to secure the balance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sheet now also being eaten by inflation. (</w:t>
      </w:r>
      <w:hyperlink r:id="rId135">
        <w:r>
          <w:rPr>
            <w:rFonts w:ascii="Calibri" w:hAnsi="Calibri"/>
            <w:sz w:val="20"/>
            <w:color w:val="00B0F0"/>
            <w:u/>
          </w:rPr>
          <w:t xml:space="preserve">Washington Prime Group and certain of its subsidiaries filed for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35">
        <w:r>
          <w:rPr>
            <w:rFonts w:ascii="Calibri" w:hAnsi="Calibri"/>
            <w:sz w:val="20"/>
            <w:color w:val="00B0F0"/>
            <w:u/>
          </w:rPr>
          <w:t>Chapter 11 bankruptcy protection since the last time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Their cash can’t be used as collateral because it is a liability, and even if used, will suffer a loss of value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inflation.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Opinion: Because of inflation, the shorts are going to drown in their cash. There is no place for it to go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earn a positive yield greater than what inflation will eat, or should be acceptable for the level of risk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nowhere to park this cash to generate positive yields and while having to contend with balance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sheets that are having assets eaten away, participants will continue to use the Reverse Repo to buy time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until: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down in real terms because of inflation is something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cannot be made back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service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debt and will weigh on balance sheets as they try to protect from margin calls.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existing collateral on the balance sheet can get re-rated lower, re-appraised lower, or just eaten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to the point even what they are borrowing in treasuries can’t meet the requirements to hold off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margin call.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hit the 80 billion Reverse Repo limit because of nowhere else to place cash, are tapped out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treasuries, and no longer able to post acceptable collateral to meet their margin requirements.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Finally, GameStop now faces inflation concerns because of that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fat stack of cash they have ready to deploy! </w:t>
      </w:r>
    </w:p>
    <w:p>
      <w:bookmarkStart w:id="21" w:name="pg2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sure RC and company have plans to deploy that capital in ways that will earn more than the rate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inflation, but I would like to propose they consider setting at least 1% of that cash aside to hedge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against inflation moving forward to invest in b I t c o I n and e t h e r e u 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this investment suggestion is probably controversial! However, I've been in crypto longer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(and DFV has been in GameStop), and it was understanding these fundamentals that helped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his explanations and some of the DD here click for me to ape into GameStop when I learned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happy to touch on these subjects in the comments further (but I do want to keep this on the topic as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as possible and try and wrap up), but in short, I believe in </w:t>
      </w:r>
      <w:hyperlink r:id="rId136">
        <w:r>
          <w:rPr>
            <w:rFonts w:ascii="Calibri" w:hAnsi="Calibri"/>
            <w:sz w:val="20"/>
            <w:color w:val="00B0F0"/>
            <w:u/>
          </w:rPr>
          <w:t>PlanB’s Stock-to-Flow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hypothesis on b I 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 o I n.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GameStop could benefit some cash to this asset that cannot be inflated away, and as Elon proved,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be turned from cash-b I t c o I n-cash instantly.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importantly, though, I think the company should allocate a portion of that to staking e t h e r e u 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offering the ability to stake to GameStop’s user base.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future, I believe GME values decentralization of ownership of our digital assets, which is why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buy and mint NFT’s on GameStop’s Blockchain.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less blockchain familiar GameStop users, I think GameStop should open up the protocol to allow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ETH2 staking with GME? Empower the players to secure the metaverse?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balance sheet though, if you're staking on E t h e r e u m 2.0, E t h e r e u m 's parallel PoS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network, your operations are earning you a roughly 8% annual percentage return (APR). T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his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is higher than the rate of inflation that we covered as well! Yes, E t h e r e u m fluctuates in price,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but as we covered above, staking will also further secure and make the network stronger,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 turn does the same for the metaverse!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EIP-1559 is in flight. What this means is that net "issuance" of new coins minted is going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dramatically lowered. To put it in perspective, the issuance rate right now is 4.5% per year,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estimates for the issuance rate after EIP 1559 is implemented are .5 - 1%. Why does this matter?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b I t c o in issuance halves every 4 years right? (this is what makes the stock-to-flow model tick) Well,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issuance drop from 4.5% is the equivalent of 3 halvenings happening at one time. (4.5 cut in half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2.25 again to 1.125 and again to .56). E t h e r e u m is already at a multi-year low supply on exchanges,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this happens E t h e r e u m will become more instantly scarce. People have dubbed this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"Cliffening".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believe this increasingly scarce asset that will also secure the metaverse would be a great place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to place cash to avoid inflation! </w:t>
      </w:r>
    </w:p>
    <w:p>
      <w:bookmarkStart w:id="22" w:name="pg2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1: Many in the comments are viewing the crypto turn to fight inflation as me turning to shilling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crypto. My response to that is: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11492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14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left="11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Again, I understand that RC and company are going to be deploying a lot of that war chest but how do we best protect the cash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war chest in the interim?!?!  </w:t>
      </w:r>
    </w:p>
    <w:p>
      <w:bookmarkStart w:id="23" w:name="pg22"/>
      <w:pPr>
        <w:keepLines w:val="0"/>
        <w:pageBreakBefore/>
        <w:widowControl w:val="0"/>
        <w:spacing w:before="0" w:after="0"/>
        <w:ind w:left="1663"/>
      </w:pPr>
      <w:bookmarkEnd w:id="23"/>
      <w:r>
        <w:drawing>
          <wp:inline xmlns:a="http://schemas.openxmlformats.org/drawingml/2006/main" xmlns:pic="http://schemas.openxmlformats.org/drawingml/2006/picture">
            <wp:extent cx="3592829" cy="264922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592829" cy="2649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left="356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Elon has done it and seen this technique make his company more money than they have by actually selling cars? RC and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GameStop bring the metaverse fire!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TL:DR – I believe inflation is the match that has been lit that will light the fuse of our rocket. </w:t>
      </w:r>
    </w:p>
    <w:p>
      <w:pPr>
        <w:keepLines w:val="0"/>
        <w:widowControl w:val="0"/>
        <w:spacing w:before="654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8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Anatomy of the MOASS - Part 1/3: The Key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Market Concepts that Make the MOASS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Possible and Other Important Terminology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47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Disclaimer: Not Financial Advice, I am not a Financial Advisor </w:t>
      </w:r>
      <w:hyperlink r:id="rId139">
        <w:r>
          <w:rPr>
            <w:rFonts w:ascii="Calibri" w:hAnsi="Calibri"/>
            <w:sz w:val="20"/>
            <w:color w:val="00B0F0"/>
            <w:u/>
          </w:rPr>
          <w:t>.</w:t>
        </w:r>
      </w:hyperlink>
      <w:hyperlink r:id="rId13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BEFORE READING </w:t>
      </w:r>
    </w:p>
    <w:p>
      <w:pPr>
        <w:keepLines w:val="0"/>
        <w:widowControl w:val="0"/>
        <w:spacing w:before="61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LINKS FOR NEW MEMBERS TO </w:t>
      </w:r>
      <w:hyperlink r:id="rId140">
        <w:r>
          <w:rPr>
            <w:rFonts w:ascii="Calibri" w:hAnsi="Calibri"/>
            <w:sz w:val="20"/>
            <w:color w:val="00B0F0"/>
            <w:u/>
          </w:rPr>
          <w:t>r/superstonk</w:t>
        </w:r>
      </w:hyperlink>
      <w:hyperlink r:id="rId14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2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41">
        <w:r>
          <w:rPr>
            <w:rFonts w:ascii="Calibri" w:hAnsi="Calibri"/>
            <w:sz w:val="20"/>
            <w:color w:val="00B0F0"/>
            <w:u/>
          </w:rPr>
          <w:t>APE Security Protocol (how to secure and protect yourself online)</w:t>
        </w:r>
      </w:hyperlink>
      <w:hyperlink r:id="rId14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42">
        <w:r>
          <w:rPr>
            <w:rFonts w:ascii="Calibri" w:hAnsi="Calibri"/>
            <w:sz w:val="20"/>
            <w:color w:val="00B0F0"/>
            <w:u/>
          </w:rPr>
          <w:t>DD Beginners Guide Page</w:t>
        </w:r>
      </w:hyperlink>
      <w:hyperlink r:id="rId14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43">
        <w:r>
          <w:rPr>
            <w:rFonts w:ascii="Calibri" w:hAnsi="Calibri"/>
            <w:sz w:val="20"/>
            <w:color w:val="00B0F0"/>
            <w:u/>
          </w:rPr>
          <w:t>Wiki</w:t>
        </w:r>
      </w:hyperlink>
      <w:hyperlink r:id="rId14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Feel free to use the contents of this post however you want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worry about asking for permission to: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Copy it / cross-post it / translate it / refine it / Use it in your own posts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whatever you want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Leave a comment if you have any questions </w:t>
      </w:r>
    </w:p>
    <w:p>
      <w:bookmarkStart w:id="24" w:name="pg23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24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prefer Chat or do not meet karma requirements, you can hit me up on chat as well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found myself more active on </w:t>
      </w:r>
      <w:hyperlink r:id="rId144">
        <w:r>
          <w:rPr>
            <w:rFonts w:ascii="Calibri" w:hAnsi="Calibri"/>
            <w:sz w:val="20"/>
            <w:color w:val="00B0F0"/>
            <w:u/>
          </w:rPr>
          <w:t>Twitter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than I ever really expected to be and do what I can to support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SuperStonk and the broader Ape Community, so feel free to </w:t>
      </w:r>
      <w:hyperlink r:id="rId144">
        <w:r>
          <w:rPr>
            <w:rFonts w:ascii="Calibri" w:hAnsi="Calibri"/>
            <w:sz w:val="20"/>
            <w:color w:val="00B0F0"/>
            <w:u/>
          </w:rPr>
          <w:t>follow me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want to see things like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below: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Future DD Notifications, and sharing of DD from other contributors and other important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SuperStonk Info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Shit-posting with the other Apes in the community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Antagonizing Market Adversaries, MSM Shills, etc.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Weaponization of Social Media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SERIES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WIP portions will be linked in the future, but I have included the high-level frame of what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covered (subject to change)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Part 1 - The Key Market Concepts that Make The MOASS Possible </w:t>
      </w:r>
    </w:p>
    <w:p>
      <w:pPr>
        <w:keepLines w:val="0"/>
        <w:widowControl w:val="0"/>
        <w:spacing w:before="25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and Other Important Terminology - YOU ARE HERE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Stock/Securities Concepts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Positions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Participants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Market/Trade Mechanics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 Breakdown of "How"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Part overlaps a lot with content in The </w:t>
      </w:r>
      <w:hyperlink r:id="rId145">
        <w:r>
          <w:rPr>
            <w:rFonts w:ascii="Calibri" w:hAnsi="Calibri"/>
            <w:sz w:val="20"/>
            <w:color w:val="00B0F0"/>
            <w:u/>
          </w:rPr>
          <w:t>MOASS Thesis Summary DD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(The MOASS Summary goes into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little more depth on the GME Thesis so it may be a good read if you have not checked it out in the DD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Beginners Guide Menu), but includes some refinements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Part 2 (WIP) - MOASS Mechanics, Landscape, Atmosphere, and </w:t>
      </w:r>
    </w:p>
    <w:p>
      <w:pPr>
        <w:keepLines w:val="0"/>
        <w:widowControl w:val="0"/>
        <w:spacing w:before="25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Tactics: What "Normal" Looks Like in the Months/Weeks Leading to </w:t>
      </w:r>
    </w:p>
    <w:p>
      <w:pPr>
        <w:keepLines w:val="0"/>
        <w:widowControl w:val="0"/>
        <w:spacing w:before="25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MOASS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Tactics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MSM Propaganda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Community Infiltration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Manipulation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Steganography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Mechanics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Loopholes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Patterns and Cycles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does Normal Look Like (Expectations to set)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Movement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MSM Content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Shill Activity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Part 3 (WIP) - MOASS Mindset and Ways to Navigate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Critically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Understand "Why" You Believe in Your Thesis and the Basics "How" the Thesis is Possible </w:t>
      </w:r>
    </w:p>
    <w:p>
      <w:bookmarkStart w:id="25" w:name="pg24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25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be afraid to ask questions to become learned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INTRODUCTION / INTENTION OF POST - PART 1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1 of this DD series is intended to break down the main market concepts that make the MOASS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possible. These are all Fundamental Concepts that are not unique to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terms are key to understanding the MOASS Thesis and speculated value of a GME investment.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Hyperlinks to </w:t>
      </w:r>
      <w:hyperlink r:id="rId146">
        <w:r>
          <w:rPr>
            <w:rFonts w:ascii="Calibri" w:hAnsi="Calibri"/>
            <w:sz w:val="20"/>
            <w:color w:val="00B0F0"/>
            <w:u/>
          </w:rPr>
          <w:t>Investopedia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"the world's leading source of financial content on the web", have been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included for most market terms and concepts and it is recommended to check them out if they are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clear. We will be breaking down some of the more complex terms and concepts within the post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framing them within the context of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Table of Contents for Key Concepts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Concepts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Share/Stock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Shares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Outstanding Shares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Restricted Shares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Float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Positions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Position - Buying/Selling Stock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 - Shorting/Covering Stock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 Position - Naked Shorting/Covering Stock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Participants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Investors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Institutional Investors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Brokers (Broker Dealers) and Brokers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Clearinghouses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f.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Mainstream Media (MSM)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MARKET/TRADE MECHANICS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Fails to Deliver (FTD)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Who Calls Who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Squeeze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 Order of Operations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1 - STOCKS CONCEPTS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1.1 - Shares/Stock </w:t>
      </w:r>
    </w:p>
    <w:p>
      <w:pPr>
        <w:keepLines w:val="0"/>
        <w:widowControl w:val="0"/>
        <w:spacing w:before="62" w:after="0" w:lineRule="exact" w:line="252"/>
        <w:ind w:left="0" w:right="-60"/>
      </w:pPr>
      <w:hyperlink r:id="rId147">
        <w:r>
          <w:rPr>
            <w:rFonts w:ascii="Calibri" w:hAnsi="Calibri"/>
            <w:sz w:val="20"/>
            <w:color w:val="00B0F0"/>
            <w:u/>
          </w:rPr>
          <w:t>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the smallest unit of a Companies </w:t>
      </w:r>
      <w:hyperlink r:id="rId148">
        <w:r>
          <w:rPr>
            <w:rFonts w:ascii="Calibri" w:hAnsi="Calibri"/>
            <w:sz w:val="20"/>
            <w:color w:val="00B0F0"/>
            <w:u/>
          </w:rPr>
          <w:t>Stock</w:t>
        </w:r>
      </w:hyperlink>
      <w:hyperlink r:id="rId14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and Shares are often used interchangeably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Technically "shares" would represent how many of a specific company's stock, where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multiple "stocks" would main that shares of multiple company's were bought </w:t>
      </w:r>
    </w:p>
    <w:p>
      <w:bookmarkStart w:id="26" w:name="pg25"/>
      <w:pPr>
        <w:keepLines w:val="0"/>
        <w:pageBreakBefore/>
        <w:widowControl w:val="0"/>
        <w:tabs>
          <w:tab w:pos="1802" w:val="left"/>
          <w:tab w:pos="2162" w:val="left"/>
        </w:tabs>
        <w:spacing w:before="71" w:after="0" w:lineRule="exact" w:line="246"/>
        <w:ind w:left="0" w:right="-60"/>
      </w:pPr>
      <w:bookmarkEnd w:id="26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ex. I bought 2 stocks; 10 shares of GME, and 60 shares of CHWY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different </w:t>
      </w:r>
      <w:hyperlink r:id="rId149">
        <w:r>
          <w:rPr>
            <w:rFonts w:ascii="Calibri" w:hAnsi="Calibri"/>
            <w:sz w:val="20"/>
            <w:color w:val="00B0F0"/>
            <w:u/>
          </w:rPr>
          <w:t>classes of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are distinguished on their voting rights, sales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charges, and other factors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Classes of shares have relatively complex dynamics, but I will not go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 into them here, as it is not as relevant to GME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 2 - Synthetic Shares </w:t>
      </w:r>
    </w:p>
    <w:p>
      <w:pPr>
        <w:keepLines w:val="0"/>
        <w:widowControl w:val="0"/>
        <w:spacing w:before="62" w:after="0" w:lineRule="exact" w:line="252"/>
        <w:ind w:left="0" w:right="-60"/>
      </w:pPr>
      <w:hyperlink r:id="rId150">
        <w:r>
          <w:rPr>
            <w:rFonts w:ascii="Calibri" w:hAnsi="Calibri"/>
            <w:sz w:val="20"/>
            <w:color w:val="00B0F0"/>
            <w:u/>
          </w:rPr>
          <w:t>Synthetic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the financial instruments that get produced through </w:t>
      </w:r>
      <w:hyperlink r:id="rId151">
        <w:r>
          <w:rPr>
            <w:rFonts w:ascii="Calibri" w:hAnsi="Calibri"/>
            <w:sz w:val="20"/>
            <w:color w:val="00B0F0"/>
            <w:u/>
          </w:rPr>
          <w:t>Naked Shorting</w:t>
        </w:r>
      </w:hyperlink>
      <w:hyperlink r:id="rId15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2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be confused with </w:t>
      </w:r>
      <w:hyperlink r:id="rId152">
        <w:r>
          <w:rPr>
            <w:rFonts w:ascii="Calibri" w:hAnsi="Calibri"/>
            <w:sz w:val="20"/>
            <w:color w:val="00B0F0"/>
            <w:u/>
          </w:rPr>
          <w:t>synthetic options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positions, which are legal/legitimate trade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strategies that "simulate" the profits/losses as if the trader actually held those shares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Synthetic shares entitle the owner to all of the same rights as an investor owning a non-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share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Cases where there is an excessive amount of synthetic shares point to the possibility that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stock is being abused or manipulated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Cannot be easily measured due to limited public transparency at the Market Maker and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 level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1.3 - Outstanding Shares </w:t>
      </w:r>
    </w:p>
    <w:p>
      <w:pPr>
        <w:keepLines w:val="0"/>
        <w:widowControl w:val="0"/>
        <w:spacing w:before="62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</w:t>
      </w:r>
      <w:hyperlink r:id="rId153">
        <w:r>
          <w:rPr>
            <w:rFonts w:ascii="Calibri" w:hAnsi="Calibri"/>
            <w:sz w:val="20"/>
            <w:color w:val="00B0F0"/>
            <w:u/>
          </w:rPr>
          <w:t>Outstanding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encompasses the amount of issued shares held by all shareholders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(both private and public)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possible for there to be more shares outstanding through Naked shorting, which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produces Synthetic shares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issued AND synthetic shares outstanding is very difficult to measure, as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only recorded on the books of the market makers generating synthetic shares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prime-brokers they trade through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parties are not incentivized to be transparent and actively obscure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numbers, as the practice of naked shorting excessively is fraudulent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illegal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1.4 - Restricted Shares </w:t>
      </w:r>
    </w:p>
    <w:p>
      <w:pPr>
        <w:keepLines w:val="0"/>
        <w:widowControl w:val="0"/>
        <w:spacing w:before="63" w:after="0" w:lineRule="exact" w:line="252"/>
        <w:ind w:left="0" w:right="-60"/>
      </w:pPr>
      <w:hyperlink r:id="rId154">
        <w:r>
          <w:rPr>
            <w:rFonts w:ascii="Calibri" w:hAnsi="Calibri"/>
            <w:sz w:val="20"/>
            <w:color w:val="00B0F0"/>
            <w:u/>
          </w:rPr>
          <w:t>Restricted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include the number of issued shares held by insiders of the company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shares are not publicly traded on the stock market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1.5 - The Float </w:t>
      </w:r>
    </w:p>
    <w:p>
      <w:pPr>
        <w:keepLines w:val="0"/>
        <w:widowControl w:val="0"/>
        <w:spacing w:before="62" w:after="0" w:lineRule="exact" w:line="252"/>
        <w:ind w:left="0" w:right="-60"/>
      </w:pPr>
      <w:hyperlink r:id="rId155">
        <w:r>
          <w:rPr>
            <w:rFonts w:ascii="Calibri" w:hAnsi="Calibri"/>
            <w:sz w:val="20"/>
            <w:color w:val="00B0F0"/>
            <w:u/>
          </w:rPr>
          <w:t>The Float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or Floating Stock is the number of shares of stock that are available to be publicly traded (the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 of </w:t>
      </w:r>
      <w:hyperlink r:id="rId153">
        <w:r>
          <w:rPr>
            <w:rFonts w:ascii="Calibri" w:hAnsi="Calibri"/>
            <w:sz w:val="20"/>
            <w:color w:val="00B0F0"/>
            <w:u/>
          </w:rPr>
          <w:t>Outstanding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minus the amount of </w:t>
      </w:r>
      <w:hyperlink r:id="rId154">
        <w:r>
          <w:rPr>
            <w:rFonts w:ascii="Calibri" w:hAnsi="Calibri"/>
            <w:sz w:val="20"/>
            <w:color w:val="00B0F0"/>
            <w:u/>
          </w:rPr>
          <w:t>Restricted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are owned by insiders).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2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theory, the number of shares owned by </w:t>
      </w:r>
      <w:hyperlink r:id="rId156">
        <w:r>
          <w:rPr>
            <w:rFonts w:ascii="Calibri" w:hAnsi="Calibri"/>
            <w:sz w:val="20"/>
            <w:color w:val="00B0F0"/>
            <w:u/>
          </w:rPr>
          <w:t>retail investors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hyperlink r:id="rId157">
        <w:r>
          <w:rPr>
            <w:rFonts w:ascii="Calibri" w:hAnsi="Calibri"/>
            <w:sz w:val="20"/>
            <w:color w:val="00B0F0"/>
            <w:u/>
          </w:rPr>
          <w:t>institutional investors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should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exceed the float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GME’s float total is currently ~</w:t>
      </w:r>
      <w:hyperlink r:id="rId158">
        <w:r>
          <w:rPr>
            <w:rFonts w:ascii="Calibri" w:hAnsi="Calibri"/>
            <w:sz w:val="20"/>
            <w:color w:val="00B0F0"/>
            <w:u/>
          </w:rPr>
          <w:t>56.89 Million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shares (as of 6/10/21) </w:t>
      </w:r>
    </w:p>
    <w:p>
      <w:pPr>
        <w:keepLines w:val="0"/>
        <w:widowControl w:val="0"/>
        <w:spacing w:before="2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2 - TRADE POSITIONS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2.1 - Long Position - Buying/Selling Stock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an investor buys a stock they are considered </w:t>
      </w:r>
      <w:hyperlink r:id="rId159">
        <w:r>
          <w:rPr>
            <w:rFonts w:ascii="Calibri" w:hAnsi="Calibri"/>
            <w:sz w:val="20"/>
            <w:color w:val="00B0F0"/>
            <w:u/>
          </w:rPr>
          <w:t>long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it (this is the type of position most people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associate with trading stocks)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be confused with a </w:t>
      </w:r>
      <w:hyperlink r:id="rId160">
        <w:r>
          <w:rPr>
            <w:rFonts w:ascii="Calibri" w:hAnsi="Calibri"/>
            <w:sz w:val="20"/>
            <w:color w:val="00B0F0"/>
            <w:u/>
          </w:rPr>
          <w:t>long-term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investment </w:t>
      </w:r>
    </w:p>
    <w:p>
      <w:bookmarkStart w:id="27" w:name="pg26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27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other words, holders of long positions have a </w:t>
      </w:r>
      <w:r>
        <w:rPr>
          <w:rFonts w:ascii="Cambria" w:hAnsi="Cambria"/>
          <w:b/>
          <w:i w:val="0"/>
          <w:color w:val="FFFFFF"/>
          <w:sz w:val="20"/>
          <w:u w:val="none"/>
        </w:rPr>
        <w:t>positive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number of shares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</w:t>
      </w:r>
      <w:hyperlink r:id="rId161">
        <w:r>
          <w:rPr>
            <w:rFonts w:ascii="Calibri" w:hAnsi="Calibri"/>
            <w:sz w:val="20"/>
            <w:color w:val="00B0F0"/>
            <w:u/>
          </w:rPr>
          <w:t>close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long position the owner would sell their shares on the stock market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 flow of obtaining/closing a long position is: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the stock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 it until the price of it increases to a desired amount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it for a profit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2.2 - Short Position - Shorting/Covering Stock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 short seller shorts a stock they hold a </w:t>
      </w:r>
      <w:hyperlink r:id="rId162">
        <w:r>
          <w:rPr>
            <w:rFonts w:ascii="Calibri" w:hAnsi="Calibri"/>
            <w:sz w:val="20"/>
            <w:color w:val="00B0F0"/>
            <w:u/>
          </w:rPr>
          <w:t>short position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the stock, or owe the party they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from however many shares they shorted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be confused with a </w:t>
      </w:r>
      <w:hyperlink r:id="rId163">
        <w:r>
          <w:rPr>
            <w:rFonts w:ascii="Calibri" w:hAnsi="Calibri"/>
            <w:sz w:val="20"/>
            <w:color w:val="00B0F0"/>
            <w:u/>
          </w:rPr>
          <w:t>short-term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investment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with short positions effectively are </w:t>
      </w:r>
      <w:r>
        <w:rPr>
          <w:rFonts w:ascii="Cambria" w:hAnsi="Cambria"/>
          <w:b w:val="0"/>
          <w:i/>
          <w:color w:val="FFFFFF"/>
          <w:sz w:val="20"/>
          <w:u w:val="none"/>
        </w:rPr>
        <w:t>in debt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</w:t>
      </w:r>
      <w:r>
        <w:rPr>
          <w:rFonts w:ascii="Cambria" w:hAnsi="Cambria"/>
          <w:b w:val="0"/>
          <w:i/>
          <w:color w:val="FFFFFF"/>
          <w:sz w:val="20"/>
          <w:u w:val="none"/>
        </w:rPr>
        <w:t>owe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number of shares that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have shorted and can be considered </w:t>
      </w:r>
      <w:r>
        <w:rPr>
          <w:rFonts w:ascii="Cambria" w:hAnsi="Cambria"/>
          <w:b/>
          <w:i/>
          <w:color w:val="FFFFFF"/>
          <w:sz w:val="20"/>
          <w:u w:val="none"/>
        </w:rPr>
        <w:t>negative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the stock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close that position, short-sellers must buy a number of shares equal to the size of their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 (buying to close a short position is known as </w:t>
      </w:r>
      <w:hyperlink r:id="rId164">
        <w:r>
          <w:rPr>
            <w:rFonts w:ascii="Calibri" w:hAnsi="Calibri"/>
            <w:sz w:val="20"/>
            <w:color w:val="00B0F0"/>
            <w:u/>
          </w:rPr>
          <w:t>covering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must be reported to regulators (unlike naked short sales)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 flow of obtaining/closing a short position: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a share owned by a lender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the stock that was borrowed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Gaining the cash based on the price it was at the time it was “shorted”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 interest as a percentage of the stock's value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this is a percentage the cost of interest increases if the stock's value increases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 the position until the price has dropped to a desired price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the stock on the open market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Ideally the stock is bought back at a lower price than originally borrowed for so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 can pocket the difference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Return the share back to the lender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2.3 - Naked Short Position - Naked Shorting/Covering Stock </w:t>
      </w:r>
    </w:p>
    <w:p>
      <w:pPr>
        <w:keepLines w:val="0"/>
        <w:widowControl w:val="0"/>
        <w:spacing w:before="63" w:after="0" w:lineRule="exact" w:line="252"/>
        <w:ind w:left="0" w:right="-60"/>
      </w:pPr>
      <w:hyperlink r:id="rId151">
        <w:r>
          <w:rPr>
            <w:rFonts w:ascii="Calibri" w:hAnsi="Calibri"/>
            <w:sz w:val="20"/>
            <w:color w:val="00B0F0"/>
            <w:u/>
          </w:rPr>
          <w:t>Naked Shorting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effectively allows a Short Seller, working with a market maker, to short a stock using a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having a borrowed share like normal short selling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 sales do NOT have to be reported the same way as normal "Short Sales" and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be "hidden"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Failures to Deliver the shares that were "fake-borrowed" to the buyer 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of the main ways to find evidence of naked shorting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to a loophole and lack of oversight by regulation, Naked short selling can be used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manipulate the price of certain stocks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type of trade illegal outside of specific situations involving Market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shorting was targeted for tighter regulation during the financial crisis of 2008 but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enforcement has unfortunately not been effective in preventing it from manipulating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</w:t>
      </w:r>
    </w:p>
    <w:p>
      <w:bookmarkStart w:id="28" w:name="pg2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 flow of obtaining/closing a naked short position (kind of complex and involves two specific parties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2 initial trades called a married put)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Seller "A" buys 100 shares from a Market Maker "Z" who can technically sell them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locating them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 is Naked Shorting the stock, and the Short Seller is receiving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 synthetic shares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 "A" now buys a </w:t>
      </w:r>
      <w:hyperlink r:id="rId165">
        <w:r>
          <w:rPr>
            <w:rFonts w:ascii="Calibri" w:hAnsi="Calibri"/>
            <w:sz w:val="20"/>
            <w:color w:val="00B0F0"/>
            <w:u/>
          </w:rPr>
          <w:t>Put Option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(1 options contract is worth 100 shares) from </w:t>
      </w:r>
    </w:p>
    <w:p>
      <w:pPr>
        <w:keepLines w:val="0"/>
        <w:widowControl w:val="0"/>
        <w:spacing w:before="64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 "Z" who is the </w:t>
      </w:r>
      <w:hyperlink r:id="rId166">
        <w:r>
          <w:rPr>
            <w:rFonts w:ascii="Calibri" w:hAnsi="Calibri"/>
            <w:sz w:val="20"/>
            <w:color w:val="00B0F0"/>
            <w:u/>
          </w:rPr>
          <w:t>writer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put (Writing a put does not require the writer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have the shares on hand)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Writing/selling a put nets +100 shares to the Market Maker, which results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-100 shares that were naked shorted to be neutralized, so the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 no is at a neutral position (Market Makers generally try to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remain net 0 on trades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 "A" now has 100 shares that can be short sold (they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"borrowing" the synthetic shares the Market Maker effectively printed out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thin air), and one put contract that they can make money on as long as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goes down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steps or the short seller are basically the same as a normal short sale now (2.2 steps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2-8), however, interest from the Short seller does not need to be paid to a lender (no one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formally lending it)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premium from the put being purchased from the Market Maker is how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benefit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 "A" now has a short position that they can cover simply by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100 shares, which would cancel out the synthetic short position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3 - MARKET PARTICIPANTS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3.1 - Retail Investors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Investors, also known as individual investors, are your average investors (not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or organization)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Referred to as the "Dumb Money" by Wall Street and the "professional" financial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community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Reddit communities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67">
        <w:r>
          <w:rPr>
            <w:rFonts w:ascii="Calibri" w:hAnsi="Calibri"/>
            <w:sz w:val="20"/>
            <w:color w:val="00B0F0"/>
            <w:u/>
          </w:rPr>
          <w:t>u/DeepFuckingValue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(@TheRoaringKitty on Twitter) </w:t>
      </w:r>
    </w:p>
    <w:p>
      <w:pPr>
        <w:keepLines w:val="0"/>
        <w:widowControl w:val="0"/>
        <w:spacing w:before="27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3.2 - Institutional Investors </w:t>
      </w:r>
    </w:p>
    <w:p>
      <w:pPr>
        <w:keepLines w:val="0"/>
        <w:widowControl w:val="0"/>
        <w:spacing w:before="62" w:after="0" w:lineRule="exact" w:line="252"/>
        <w:ind w:left="0" w:right="-60"/>
      </w:pPr>
      <w:hyperlink r:id="rId157">
        <w:r>
          <w:rPr>
            <w:rFonts w:ascii="Calibri" w:hAnsi="Calibri"/>
            <w:sz w:val="20"/>
            <w:color w:val="00B0F0"/>
            <w:u/>
          </w:rPr>
          <w:t>Institutional Investors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organizations that invest on individuals' behalf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Examples of Institutional Investors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Endowment Funds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Commercial Banks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Mutual Funds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Pension funds </w:t>
      </w:r>
    </w:p>
    <w:p>
      <w:bookmarkStart w:id="29" w:name="pg28"/>
      <w:pPr>
        <w:keepLines w:val="0"/>
        <w:pageBreakBefore/>
        <w:widowControl w:val="0"/>
        <w:tabs>
          <w:tab w:pos="1802" w:val="left"/>
          <w:tab w:pos="2162" w:val="left"/>
        </w:tabs>
        <w:spacing w:before="71" w:after="0" w:lineRule="exact" w:line="246"/>
        <w:ind w:left="0" w:right="-60"/>
      </w:pPr>
      <w:bookmarkEnd w:id="29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Insurance companies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Notable institutional Investors involved in the GME Saga so far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RC Ventures LLC (LONG)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Apes: Ryan "Buckle Up" Cohen, AKA GameStop Chairman, AKA Bringer </w:t>
      </w:r>
    </w:p>
    <w:p>
      <w:pPr>
        <w:keepLines w:val="0"/>
        <w:widowControl w:val="0"/>
        <w:spacing w:before="69" w:after="0" w:lineRule="exact" w:line="247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SHF Tears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🥰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8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SHFs and Market Manipulators: </w:t>
      </w:r>
      <w:hyperlink r:id="rId168">
        <w:r>
          <w:rPr>
            <w:rFonts w:ascii="Calibri" w:hAnsi="Calibri"/>
            <w:sz w:val="20"/>
            <w:color w:val="00B0F0"/>
            <w:u/>
          </w:rPr>
          <w:t>Doom</w:t>
        </w:r>
      </w:hyperlink>
      <w:hyperlink r:id="rId16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BlackRock (Long)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Vanguard Group (Long)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Fidelity (Long) - May not have an active position on GME Specifically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Melvin Capital (Short)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Shitadel Advisors (Short)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Point72 (Short)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3.3 - Market Makers </w:t>
      </w:r>
    </w:p>
    <w:p>
      <w:pPr>
        <w:keepLines w:val="0"/>
        <w:widowControl w:val="0"/>
        <w:spacing w:before="62" w:after="0" w:lineRule="exact" w:line="252"/>
        <w:ind w:left="0" w:right="-60"/>
      </w:pPr>
      <w:hyperlink r:id="rId169">
        <w:r>
          <w:rPr>
            <w:rFonts w:ascii="Calibri" w:hAnsi="Calibri"/>
            <w:sz w:val="20"/>
            <w:color w:val="00B0F0"/>
            <w:u/>
          </w:rPr>
          <w:t>Market Makers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can be Hedge Funds, Brokers, or Prime Brokers, who, rather than investing and holding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or short positions, they profit by ensuring there is </w:t>
      </w:r>
      <w:hyperlink r:id="rId170">
        <w:r>
          <w:rPr>
            <w:rFonts w:ascii="Calibri" w:hAnsi="Calibri"/>
            <w:sz w:val="20"/>
            <w:color w:val="00B0F0"/>
            <w:u/>
          </w:rPr>
          <w:t>liquidity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the market buy simultaneously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submitting buy AND sell orders close to the current price (they play both sides of the market and must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always have shares to buy and sell)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ensure that if some another investor wants to buy or sell shares near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price of a stock, there is a corresponding buyer/seller on the other side of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offering to trade (for availability essentially)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will normally offer to buy at an amount that is a bit lower (generally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fractions of a percent away) than the last price a share was sold for, or sell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 price that was a bit higher than the last price a share was sold for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Ex. Lets say current share price is $200$; A Market Maker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might have a buy order for 100 shares at $199.75, and have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orders for 100 shares at $200.25, so assuming both of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trades execute, they net $50 on those 100 shares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($0.50 * 100 shares)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Generally, Market Makers intend to remain Net Neutral on their positions,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making money based on volume traded, rather than holding positions long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for them to increase or decrease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employ </w:t>
      </w:r>
      <w:hyperlink r:id="rId171">
        <w:r>
          <w:rPr>
            <w:rFonts w:ascii="Calibri" w:hAnsi="Calibri"/>
            <w:sz w:val="20"/>
            <w:color w:val="00B0F0"/>
            <w:u/>
          </w:rPr>
          <w:t>High Frequency Trading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systems (computers) and algorithms </w:t>
      </w:r>
    </w:p>
    <w:p>
      <w:pPr>
        <w:keepLines w:val="0"/>
        <w:widowControl w:val="0"/>
        <w:spacing w:before="74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facilitate trading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buy and sell stock those trades are often trading between you and a market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maker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get "special rules" that enable them to keep liquidity in the market when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low liquidity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shorting is one of the options Market Makers have when navigating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trade that other investors do not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Notable Market Makers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Shitadel Securities </w:t>
      </w:r>
    </w:p>
    <w:p>
      <w:bookmarkStart w:id="30" w:name="pg29"/>
      <w:pPr>
        <w:keepLines w:val="0"/>
        <w:pageBreakBefore/>
        <w:widowControl w:val="0"/>
        <w:tabs>
          <w:tab w:pos="1802" w:val="left"/>
          <w:tab w:pos="2162" w:val="left"/>
        </w:tabs>
        <w:spacing w:before="71" w:after="0" w:lineRule="exact" w:line="246"/>
        <w:ind w:left="0" w:right="-60"/>
      </w:pPr>
      <w:bookmarkEnd w:id="30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part of "Shitadel" this organization is separate from the Hedge Fund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(Shitadel Advisors)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Virtu Financial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Credit Suisse Securities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Deutsche Bank Securities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Goldman Sachs and Company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3.4 - Prime Brokers (Broker Dealers) and Brokers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</w:t>
      </w:r>
      <w:hyperlink r:id="rId172">
        <w:r>
          <w:rPr>
            <w:rFonts w:ascii="Cambria" w:hAnsi="Cambria"/>
            <w:sz w:val="20"/>
            <w:color w:val="FFFFFF"/>
            <w:b/>
            <w:u/>
          </w:rPr>
          <w:t>Prime</w:t>
        </w:r>
      </w:hyperlink>
      <w:hyperlink r:id="rId172">
        <w:r>
          <w:rPr>
            <w:rFonts w:ascii="Calibri" w:hAnsi="Calibri"/>
            <w:sz w:val="20"/>
            <w:color w:val="FFFFFF"/>
            <w:u/>
          </w:rPr>
          <w:t>-</w:t>
        </w:r>
      </w:hyperlink>
      <w:hyperlink r:id="rId172">
        <w:r>
          <w:rPr>
            <w:rFonts w:ascii="Cambria" w:hAnsi="Cambria"/>
            <w:sz w:val="20"/>
            <w:color w:val="FFFFFF"/>
            <w:b/>
            <w:u/>
          </w:rPr>
          <w:t>Broker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bundled group of services that investment banks and other financial institutions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offer to hedge funds and other large investment clients that need to be able to borrow securities or cash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engage in </w:t>
      </w:r>
      <w:hyperlink r:id="rId173">
        <w:r>
          <w:rPr>
            <w:rFonts w:ascii="Calibri" w:hAnsi="Calibri"/>
            <w:sz w:val="20"/>
            <w:color w:val="00B0F0"/>
            <w:u/>
          </w:rPr>
          <w:t>netting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achieve </w:t>
      </w:r>
      <w:hyperlink r:id="rId174">
        <w:r>
          <w:rPr>
            <w:rFonts w:ascii="Calibri" w:hAnsi="Calibri"/>
            <w:sz w:val="20"/>
            <w:color w:val="00B0F0"/>
            <w:u/>
          </w:rPr>
          <w:t>absolute returns</w:t>
        </w:r>
      </w:hyperlink>
      <w:hyperlink r:id="rId17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75">
        <w:r>
          <w:rPr>
            <w:rFonts w:ascii="Calibri" w:hAnsi="Calibri"/>
            <w:sz w:val="20"/>
            <w:color w:val="00B0F0"/>
            <w:u/>
          </w:rPr>
          <w:t>Broker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vs </w:t>
      </w:r>
      <w:hyperlink r:id="rId172">
        <w:r>
          <w:rPr>
            <w:rFonts w:ascii="Calibri" w:hAnsi="Calibri"/>
            <w:sz w:val="20"/>
            <w:color w:val="00B0F0"/>
            <w:u/>
          </w:rPr>
          <w:t>Prime-Broker</w:t>
        </w:r>
      </w:hyperlink>
      <w:hyperlink r:id="rId17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1802" w:val="left"/>
          <w:tab w:pos="2162" w:val="left"/>
        </w:tabs>
        <w:spacing w:before="73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broker is an individual or entity that facilitates the purchase or sale of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securities, such as the buying or selling of stocks and bonds for an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account. A prime broker is a large institution that provides a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multitude of services, from cash management to securities lending to risk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management for other large institutions.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Brokers often route trades through </w:t>
      </w:r>
      <w:hyperlink r:id="rId169">
        <w:r>
          <w:rPr>
            <w:rFonts w:ascii="Calibri" w:hAnsi="Calibri"/>
            <w:sz w:val="20"/>
            <w:color w:val="00B0F0"/>
            <w:u/>
          </w:rPr>
          <w:t>Market Makers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MMs also through and receive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from Prime Brokers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Prime Broker is who would Margin Call Shitadel if their short position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gets too large or they bleed too much capital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investors trade through and receive margin from Brokers (not Prime Brokers)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3.5 - Clearing Houses </w:t>
      </w:r>
    </w:p>
    <w:p>
      <w:pPr>
        <w:keepLines w:val="0"/>
        <w:widowControl w:val="0"/>
        <w:spacing w:before="62" w:after="0" w:lineRule="exact" w:line="252"/>
        <w:ind w:left="0" w:right="-60"/>
      </w:pPr>
      <w:hyperlink r:id="rId176">
        <w:r>
          <w:rPr>
            <w:rFonts w:ascii="Calibri" w:hAnsi="Calibri"/>
            <w:sz w:val="20"/>
            <w:color w:val="00B0F0"/>
            <w:u/>
          </w:rPr>
          <w:t>Clearinghouses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intermediaries between buyers and sellers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Finalize transactions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Regulates delivery of assets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Reports on trading data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3.6 - MSM (Mainstream Media) </w:t>
      </w:r>
    </w:p>
    <w:p>
      <w:pPr>
        <w:keepLines w:val="0"/>
        <w:widowControl w:val="0"/>
        <w:spacing w:before="62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not a traditional market participant (as in they are not trade/financial entities) the </w:t>
      </w:r>
      <w:hyperlink r:id="rId177">
        <w:r>
          <w:rPr>
            <w:rFonts w:ascii="Calibri" w:hAnsi="Calibri"/>
            <w:sz w:val="20"/>
            <w:color w:val="00B0F0"/>
            <w:u/>
          </w:rPr>
          <w:t>MSM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worth noting due to its role in influencing the financial atmosphere and landscape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MSM (specifically the Financial Media in this case) overall is motivated through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sponsors and through ratings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often cover topics based on what their sponsors want them to cover,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and/or those that are more likely to draw many viewers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Financial Mainstream media comes in many forms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News Articles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Blogs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Television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Newspaper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4 - IMPORTANT MARKET/TRADE MECHANICS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4.1 - Failures to Deliver (FTD) </w:t>
      </w:r>
    </w:p>
    <w:p>
      <w:bookmarkStart w:id="31" w:name="pg30"/>
      <w:pPr>
        <w:keepLines w:val="0"/>
        <w:pageBreakBefore/>
        <w:widowControl w:val="0"/>
        <w:spacing w:before="61" w:after="0" w:lineRule="exact" w:line="252"/>
        <w:ind w:left="0" w:right="-60"/>
      </w:pPr>
      <w:bookmarkEnd w:id="31"/>
      <w:hyperlink r:id="rId178">
        <w:r>
          <w:rPr>
            <w:rFonts w:ascii="Calibri" w:hAnsi="Calibri"/>
            <w:sz w:val="20"/>
            <w:color w:val="00B0F0"/>
            <w:u/>
          </w:rPr>
          <w:t>FTDs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occur when a buyer of a stock ends up not having the money to purchase the stock that they traded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OR, </w:t>
      </w:r>
      <w:r>
        <w:rPr>
          <w:rFonts w:ascii="Cambria" w:hAnsi="Cambria"/>
          <w:b/>
          <w:i w:val="0"/>
          <w:color w:val="FFFFFF"/>
          <w:sz w:val="20"/>
          <w:u w:val="none"/>
        </w:rPr>
        <w:t>when a short seller does not own the stock at the time of settlement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are one of the main check-balances to naked shorting, so very high amounts of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Failures to Deliver are indicative of this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Spoiler: GME has tons of FTDs reported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are supposed to be covered within a specific time period in order to avoid violation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regulatory rules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Cycles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Our understanding regarding the "rules" of T+21 and T+35 Cycles was constructed in </w:t>
      </w:r>
      <w:hyperlink r:id="rId179">
        <w:r>
          <w:rPr>
            <w:rFonts w:ascii="Calibri" w:hAnsi="Calibri"/>
            <w:sz w:val="20"/>
            <w:color w:val="00B0F0"/>
            <w:u/>
          </w:rPr>
          <w:t xml:space="preserve">The SECs Key Points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79">
        <w:r>
          <w:rPr>
            <w:rFonts w:ascii="Calibri" w:hAnsi="Calibri"/>
            <w:sz w:val="20"/>
            <w:color w:val="00B0F0"/>
            <w:u/>
          </w:rPr>
          <w:t>About Regulation SHO</w:t>
        </w:r>
      </w:hyperlink>
      <w:hyperlink r:id="rId17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Cycle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there are Failures to Delivery that are not satisfied by the required time period (T+4 for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Sales and T+6 for Long Sales, a Market Maker must satisfy the FTD within 13 days following the T+4/6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it was for a long sale that Failed to Deliver, T+6 (7 Days including the trade day) plus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13 consecutive days (14 Days including the failed settlement day), amounts to 21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 (this is where the T+21 Cycle comes From)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T+35 Cycle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FTD passes through T+21, there is a maximum time of 35 calendar days after the initial trade date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firm clearing the trade must pre-borrow (purchase) the share to satisfy the FTD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theory, to avoid breaking the rules, Failures to Deliver must be satisfied some time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35 Calendar Days of the trade date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4.2 - Margin </w:t>
      </w:r>
    </w:p>
    <w:p>
      <w:pPr>
        <w:keepLines w:val="0"/>
        <w:widowControl w:val="0"/>
        <w:tabs>
          <w:tab w:pos="721" w:val="left"/>
          <w:tab w:pos="1081" w:val="left"/>
        </w:tabs>
        <w:spacing w:before="62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80">
        <w:r>
          <w:rPr>
            <w:rFonts w:ascii="Calibri" w:hAnsi="Calibri"/>
            <w:sz w:val="20"/>
            <w:color w:val="00B0F0"/>
            <w:u/>
          </w:rPr>
          <w:t>Margin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basically credit that that an investor can use to buy more stock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buy on margin you must stake the assets you have already purchased with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own cash as collateral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amount of Margin you can have depends on the value of your collateral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value of your collateral and cash but meet the margin requirements in order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 to buy on margin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in mind the value of your collateral can change if the price goes up or down and if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value of your collateral/cash drops below the margin requirement you will received </w:t>
      </w:r>
    </w:p>
    <w:p>
      <w:pPr>
        <w:keepLines w:val="0"/>
        <w:widowControl w:val="0"/>
        <w:spacing w:before="59" w:after="0" w:lineRule="exact" w:line="252"/>
        <w:ind w:left="1081" w:right="-60"/>
      </w:pPr>
      <w:hyperlink r:id="rId181">
        <w:r>
          <w:rPr>
            <w:rFonts w:ascii="Cambria" w:hAnsi="Cambria"/>
            <w:sz w:val="20"/>
            <w:color w:val="FFFFFF"/>
            <w:u/>
          </w:rPr>
          <w:t xml:space="preserve">a </w:t>
        </w:r>
      </w:hyperlink>
      <w:hyperlink r:id="rId181">
        <w:r>
          <w:rPr>
            <w:rFonts w:ascii="Calibri" w:hAnsi="Calibri"/>
            <w:sz w:val="20"/>
            <w:color w:val="00B0F0"/>
            <w:u/>
          </w:rPr>
          <w:t>Margin Call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way to think about it: </w:t>
      </w:r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$1,000 in stock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obtain a personal loan for another $1000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get the credit you stake your $1000 in stock (if you default it goes to the lender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 your debt)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buy $1000 more stock with that loan (you now own $2000 in stocks, half in cash half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margin)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will pay interest on the $1000 on margin but if your investment makes more money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 the interest then you are still profiting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your investment turns bad (lets say the price of your stock falls 50% and you are left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$1000) your lender can forcibly close out your positions (everything you bought in </w:t>
      </w:r>
    </w:p>
    <w:p>
      <w:bookmarkStart w:id="32" w:name="pg31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3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cash and staked as collateral along with what you bought on margin so that they can get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$1000 they loaned you back)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4.3 - Margin Call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Margin Call is a notice indicating you have a specific amount of time to deposit enough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your own funds to meet your margin requirement (if you cannot meet the requirement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lender is entitled to sell all of your holdings to recover what you borrowed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Margin Examples: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slightly complicated scenario that can be a little hard to follow. Give it a few reads if it doesn't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sense the first time, but basically, Margin is a credit line that you can use to buy more assets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(effectively a loan backed by collateral and cash in your own account). If you buy assets with it, you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pay back what you borrowed, whether the value of your investment goes up or down (if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goes up in value, you make more than you normally would, but if the investment goes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value, you lose more than you otherwise would have without margin).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gets even more (or less maybe) complicated when you have short positions AND long positions,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institutional investors. To have short positions, I still need to have margin, but I do not need to 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to buy stocks, It can act as a buffer if I have a short position on a stock that is increasing in value (with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position, if the price of something I short goes up, I am losing money), and if it gets too high,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run against my margin line, causing a margin call.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GAIN: Long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$1000 in stock XXX (let's say 10 shares worth $100 each)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broker may lend me margin credit line equal to the value of my assets (so $1000 in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margin), and let's say they give me a margin requirement of $800, meaning that the value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my non-margin assets (the ones I bought with my money) must be above $800 in order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keep using margin (so as long as stock XXX stays above $80 a share, then I will not get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 for being below the requirement)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then choose to use the margin, buying 10 more shares of stock XXX for $100 each, so I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have 20 shares of stock XXX, valued at 100$ a piece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price of stock XXX goes up to %25 per share, and I sell all 20 shares, I just profited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$500 (+$25 on 20 shares)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case, closing the position clears me from the margin debt, as I am no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longer using it in an open position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had not used margin, I would have only walked away with $250 in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 ($25 per share on 10 shares), but instead I made $500, and paid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the credit, plus a little bit of interest.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LOSS: Long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$1000 in stock XXX (let's say 10 shares worth $100 each)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broker may lend me margin credit line equal to the value of my assets (so $1000 in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margin), and let's say they give me a margin requirement of $800, meaning that the value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my non-margin assets (the ones I bought with my money) must be above $800 in order </w:t>
      </w:r>
    </w:p>
    <w:p>
      <w:bookmarkStart w:id="33" w:name="pg32"/>
      <w:pPr>
        <w:keepLines w:val="0"/>
        <w:pageBreakBefore/>
        <w:widowControl w:val="0"/>
        <w:spacing w:before="71" w:after="0" w:lineRule="exact" w:line="246"/>
        <w:ind w:left="1081" w:right="-60"/>
      </w:pPr>
      <w:bookmarkEnd w:id="3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keep using margin (so as long as stock XXX stays above $80 a share, then I will not get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 for being below the requirement)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then choose to use the margin, buying 10 more shares of stock XXX for $100 each, so I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have 20 shares of stock XXX, valued at 100$ a piece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price of stock XXX goes down %25, bringing the value per share down to $75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share, the value of my total position is now $1500, and the value of my non-margin assets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$750, which is below the margin requirement (keep in mind, I borrowed $1000, so that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still the amount I have to pay back)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lender will give me a margin call, indicating I have two business days to deposit 50$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my account in order to meet the margin requirement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have the cash to deposit the extra $50 would take my assets to $800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($750 in stock XXX + 50$ cash) </w:t>
      </w:r>
    </w:p>
    <w:p>
      <w:pPr>
        <w:keepLines w:val="0"/>
        <w:widowControl w:val="0"/>
        <w:tabs>
          <w:tab w:pos="2782" w:val="left"/>
          <w:tab w:pos="324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price of stock XXX recovered to above $80 per share, it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also satisfy the requirement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do not have the cash to deposit, then I am in trouble, as after two days,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allowed to liquidate (sell) the assets I bought with my own money,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well as the assets I bought on margin </w:t>
      </w:r>
    </w:p>
    <w:p>
      <w:pPr>
        <w:keepLines w:val="0"/>
        <w:widowControl w:val="0"/>
        <w:tabs>
          <w:tab w:pos="2782" w:val="left"/>
          <w:tab w:pos="324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say this happens, all my borrowed assets are sold first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cover my $1000 loan (since the price of stock XXX was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$750, it only covers $750 of my $1000 margin line </w:t>
      </w:r>
    </w:p>
    <w:p>
      <w:pPr>
        <w:keepLines w:val="0"/>
        <w:widowControl w:val="0"/>
        <w:tabs>
          <w:tab w:pos="2722" w:val="left"/>
          <w:tab w:pos="324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now have $750 left in assets of Stock X, but I still owe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from margin, so my lender is entitled to sell $250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work of my shares in order to get their full $1000 back </w:t>
      </w:r>
    </w:p>
    <w:p>
      <w:pPr>
        <w:keepLines w:val="0"/>
        <w:widowControl w:val="0"/>
        <w:tabs>
          <w:tab w:pos="2662" w:val="left"/>
          <w:tab w:pos="324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iii.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now left with $500 total ($750 in 10 shares of stock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XXX - $250)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Yay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LOSS: Short and Long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IS THE RELEVANT ONE TO 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$1000 in stock XXX (let's say 10 shares worth $100 each)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broker may lend me margin credit line equal to the value of my assets (so $1000 in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margin), and let's say they give me a margin requirement of $800, meaning that the value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my non-margin assets (the ones I bought with my money) must be above $800 in order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keep using margin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Instead of using the margin to buy more, I instead short 10 shares of stock YYY which is at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$50 a share currently (giving me $500 in extra cash), which I use to buy 5 more shares of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X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now long 15 shares of stock XXX valued at $1500 and short 10 shares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stock YYY valued at -$500 (negative $500) for a net value of $1000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margin is actively committed to open positions, and I am still using my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$1000 </w:t>
      </w:r>
    </w:p>
    <w:p>
      <w:bookmarkStart w:id="34" w:name="pg33"/>
      <w:pPr>
        <w:keepLines w:val="0"/>
        <w:pageBreakBefore/>
        <w:widowControl w:val="0"/>
        <w:spacing w:before="71" w:after="0" w:lineRule="exact" w:line="246"/>
        <w:ind w:left="721" w:right="-60"/>
      </w:pPr>
      <w:bookmarkEnd w:id="34"/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lets say a short squeeze happens involving stock Y, causing the price to skyrocket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$200 per share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short position is now -$2000 (10 shares of -$200 each)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net account value is now $-500 ($1500 - $2000) which is now using my margin,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my account's value is no longer above $800, I no longer meet margin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so I get a margin call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cannot balance my account, the lender will liquidate my $1500 in stock XXX in order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pay the -$2000 I owe, leaving me with -$500 left in debt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now defaulted, as I cannot pay the $500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I have defaulted, the lender who gave me margin owns my short positions,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meaning they are now short whatever was left </w:t>
      </w:r>
    </w:p>
    <w:p>
      <w:pPr>
        <w:keepLines w:val="0"/>
        <w:widowControl w:val="0"/>
        <w:spacing w:before="69" w:after="0" w:lineRule="exact" w:line="246"/>
        <w:ind w:left="180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lender can now navigate the short positions however they want (they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hold them and hope the price goes down, and cover to close them, or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can close them immediately, costing them the whole $500 I still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owed)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GUH!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4.4 - Margin Calls Who Calls Who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happen at levels 1-4 when the cell to the left cannot meet margin requirements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Margin Calls Retail Traders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Brokers Margin Call Brokers, Hedge Funds, and Market Makers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NSCC Margin Calls Prime Brokers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Defaults roll up left to right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Retail Trader defaults, Broker must take on their leftover positions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Broker, Hedge Fund, or Market Maker defaults, the Prime Broker must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on their leftover positions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Prime Broker Defaults, the NSCC must take on Position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NSCC Defaults, the Fed must take on the position </w:t>
      </w:r>
    </w:p>
    <w:p>
      <w:pPr>
        <w:keepLines w:val="0"/>
        <w:widowControl w:val="0"/>
        <w:tabs>
          <w:tab w:pos="416" w:val="left"/>
          <w:tab w:pos="2057" w:val="left"/>
          <w:tab w:pos="3712" w:val="left"/>
          <w:tab w:pos="5328" w:val="left"/>
          <w:tab w:pos="6854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1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2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3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4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Level 4 </w:t>
      </w:r>
    </w:p>
    <w:p>
      <w:pPr>
        <w:keepLines w:val="0"/>
        <w:widowControl w:val="0"/>
        <w:tabs>
          <w:tab w:pos="130" w:val="left"/>
          <w:tab w:pos="3412" w:val="left"/>
          <w:tab w:pos="504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Retail Trader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Prime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NSCC (DTCC)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Fed (JPOW) </w:t>
      </w:r>
    </w:p>
    <w:p>
      <w:pPr>
        <w:keepLines w:val="0"/>
        <w:widowControl w:val="0"/>
        <w:tabs>
          <w:tab w:pos="130" w:val="left"/>
          <w:tab w:pos="1727" w:val="left"/>
          <w:tab w:pos="5043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Market Maker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Prime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NSCC (DTCC)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Fed (JPOW) </w:t>
      </w:r>
    </w:p>
    <w:p>
      <w:pPr>
        <w:keepLines w:val="0"/>
        <w:widowControl w:val="0"/>
        <w:tabs>
          <w:tab w:pos="130" w:val="left"/>
          <w:tab w:pos="1727" w:val="left"/>
          <w:tab w:pos="3412" w:val="left"/>
          <w:tab w:pos="504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Hedge Fund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Prime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NSCC (DTCC)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Fed (JPOW) </w:t>
      </w:r>
    </w:p>
    <w:p>
      <w:pPr>
        <w:keepLines w:val="0"/>
        <w:widowControl w:val="0"/>
        <w:spacing w:before="101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4.5 - Short Squeeze </w:t>
      </w:r>
    </w:p>
    <w:p>
      <w:pPr>
        <w:keepLines w:val="0"/>
        <w:widowControl w:val="0"/>
        <w:spacing w:before="62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</w:t>
      </w:r>
      <w:hyperlink r:id="rId182">
        <w:r>
          <w:rPr>
            <w:rFonts w:ascii="Calibri" w:hAnsi="Calibri"/>
            <w:sz w:val="20"/>
            <w:color w:val="00B0F0"/>
            <w:u/>
          </w:rPr>
          <w:t>Short Squeeze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market event that occurs when there is a large short position on a stock whose price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rapidly increases higher than expected, normally due to a catalyst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short squeeze, the losses of those who have short positions continue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higher it goes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they </w:t>
      </w:r>
      <w:r>
        <w:rPr>
          <w:rFonts w:ascii="Cambria" w:hAnsi="Cambria"/>
          <w:b/>
          <w:i w:val="0"/>
          <w:color w:val="FFFFFF"/>
          <w:sz w:val="20"/>
          <w:u w:val="none"/>
        </w:rPr>
        <w:t>owe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shares, the cost to cover their position increases depending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how high the price goes (there is theoretically no limit on how high a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can go) </w:t>
      </w:r>
    </w:p>
    <w:p>
      <w:bookmarkStart w:id="35" w:name="pg34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35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market participants who are short on the stock buy to cover, supply decreases and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 increases, causing the price to increase even more rapidly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short sellers are scrambling to cover their positions, the rapid price change may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entice investors who are not short on the stock to buy it in order to make a quick profit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lowering supply and increasing demand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TL;DR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Obligatory TL;DR (Closest thing to one is section 5)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5 - MOASS Breakdown of "How"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main point of the post is to read and understand section V, but here is section IV to act as a TL:DR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Toxic Market Participants have built up massive </w:t>
      </w:r>
      <w:hyperlink r:id="rId162">
        <w:r>
          <w:rPr>
            <w:rFonts w:ascii="Calibri" w:hAnsi="Calibri"/>
            <w:sz w:val="20"/>
            <w:color w:val="00B0F0"/>
            <w:u/>
          </w:rPr>
          <w:t>short positions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made through </w:t>
      </w:r>
      <w:hyperlink r:id="rId151">
        <w:r>
          <w:rPr>
            <w:rFonts w:ascii="Calibri" w:hAnsi="Calibri"/>
            <w:sz w:val="20"/>
            <w:color w:val="00B0F0"/>
            <w:u/>
          </w:rPr>
          <w:t xml:space="preserve">Naked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151">
        <w:r>
          <w:rPr>
            <w:rFonts w:ascii="Calibri" w:hAnsi="Calibri"/>
            <w:sz w:val="20"/>
            <w:color w:val="00B0F0"/>
            <w:u/>
          </w:rPr>
          <w:t>Shorting</w:t>
        </w:r>
      </w:hyperlink>
      <w:hyperlink r:id="rId15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caught on to this strategy and discovered it can backfire if the company being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shorted does not go bankrupt, especially if shares are bought and held indefinitely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 and regulations have implemented by the DTCC and its subsidiaries have been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geared towards preventing market collapse, as well as to minimize the ability to perform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illegal trades (naked shorting)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is also doing more to enforce compliance with the "rules"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manipulators are at the mercy of a vicious trade cycle (T+21/35 FTD Cycle) that is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forcing those with naked short positions to perform actions to </w:t>
      </w:r>
      <w:hyperlink r:id="rId164">
        <w:r>
          <w:rPr>
            <w:rFonts w:ascii="Calibri" w:hAnsi="Calibri"/>
            <w:sz w:val="20"/>
            <w:color w:val="00B0F0"/>
            <w:u/>
          </w:rPr>
          <w:t>cover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(buy back shares that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short), or risk regulatory consequences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act of rapid covering drives up the price, making it more expensive to cover during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cycle if the share price continues to increase week over week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Eventually, the prices of GME will get so high that prime brokers will have no choice but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</w:t>
      </w:r>
      <w:hyperlink r:id="rId181">
        <w:r>
          <w:rPr>
            <w:rFonts w:ascii="Calibri" w:hAnsi="Calibri"/>
            <w:sz w:val="20"/>
            <w:color w:val="00B0F0"/>
            <w:u/>
          </w:rPr>
          <w:t>Margin Call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these participants which most likely will not be meetable due to the nature </w:t>
      </w:r>
    </w:p>
    <w:p>
      <w:pPr>
        <w:keepLines w:val="0"/>
        <w:widowControl w:val="0"/>
        <w:spacing w:before="63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</w:t>
      </w:r>
      <w:hyperlink r:id="rId182">
        <w:r>
          <w:rPr>
            <w:rFonts w:ascii="Calibri" w:hAnsi="Calibri"/>
            <w:sz w:val="20"/>
            <w:color w:val="00B0F0"/>
            <w:u/>
          </w:rPr>
          <w:t>Short Squeezes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causing them to default and be forcibly liquidated </w:t>
      </w:r>
    </w:p>
    <w:p>
      <w:pPr>
        <w:keepLines w:val="0"/>
        <w:widowControl w:val="0"/>
        <w:spacing w:before="63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hyperlink r:id="rId172">
        <w:r>
          <w:rPr>
            <w:rFonts w:ascii="Calibri" w:hAnsi="Calibri"/>
            <w:sz w:val="20"/>
            <w:color w:val="00B0F0"/>
            <w:u/>
          </w:rPr>
          <w:t>Prime-Brokers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then take on the position, and if the Prime Brokers cannot cover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and also defaults, the NSCC will be next to attempt to settle all positions left over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their </w:t>
      </w:r>
      <w:hyperlink r:id="rId183">
        <w:r>
          <w:rPr>
            <w:rFonts w:ascii="Calibri" w:hAnsi="Calibri"/>
            <w:sz w:val="20"/>
            <w:color w:val="00B0F0"/>
            <w:u/>
          </w:rPr>
          <w:t>Recovery and Wind-down Plan (p42)</w:t>
        </w:r>
      </w:hyperlink>
      <w:hyperlink r:id="rId18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NSCC cannot afford to close everything with the money reserved for this type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situation, they the Fed must navigate the remaining positions (potentially via printing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money/bailout)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Stay Tuned for Parts 2 and 3 </w:t>
      </w:r>
    </w:p>
    <w:p>
      <w:pPr>
        <w:keepLines w:val="0"/>
        <w:widowControl w:val="0"/>
        <w:spacing w:before="321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591" w:after="0" w:lineRule="exact" w:line="554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wen moon 10 : Endgame </w:t>
      </w:r>
      <w:r>
        <w:rPr>
          <w:rFonts w:ascii="Arial" w:hAnsi="Arial"/>
          <w:b/>
          <w:i w:val="0"/>
          <w:color w:val="FFFFFF"/>
          <w:sz w:val="48"/>
          <w:u w:val="none"/>
        </w:rPr>
        <w:t>■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Final TA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bookmarkStart w:id="36" w:name="pg35"/>
      <w:pPr>
        <w:keepLines w:val="0"/>
        <w:pageBreakBefore/>
        <w:widowControl w:val="0"/>
        <w:spacing w:before="71" w:after="0" w:lineRule="exact" w:line="247"/>
        <w:ind w:left="0" w:right="-60"/>
      </w:pPr>
      <w:bookmarkEnd w:id="3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everyone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this DD will be the last one I publish untill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squeeze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hence the title </w:t>
      </w:r>
      <w:r>
        <w:rPr>
          <w:rFonts w:ascii="Cambria" w:hAnsi="Cambria"/>
          <w:b/>
          <w:i w:val="0"/>
          <w:color w:val="FFFFFF"/>
          <w:sz w:val="20"/>
          <w:u w:val="none"/>
        </w:rPr>
        <w:t>Endgame.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reason is simple ; I strongly believe we are in the final stage of the battle with the crooked hedge funds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their agents.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my humble opinion there is no reason for me to provide more  </w:t>
      </w:r>
      <w:r>
        <w:rPr>
          <w:rFonts w:ascii="Cambria" w:hAnsi="Cambria"/>
          <w:b/>
          <w:i w:val="0"/>
          <w:color w:val="FFFFFF"/>
          <w:sz w:val="20"/>
          <w:u w:val="none"/>
        </w:rPr>
        <w:t>technical analysis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the near future 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perhaps evidence for a squeeze. Hundreds of DD, countless data and hours of interview with some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most brilliant mind and expert out there should be enough to convince you that 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The things set in motion cannot be stopped.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been one hell of a journey from DFV first YOLO post to the recent and exciting development with the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and every crazy event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🍌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happened in between.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I've had the time of my life sharing these DD and shitposting with you guys.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I'm ZEN as can be and I hope everyone else is.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at this point I think our hands are nothing but pure diamonds.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without further ado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let's dive in... </w:t>
      </w:r>
    </w:p>
    <w:p>
      <w:pPr>
        <w:keepLines w:val="0"/>
        <w:widowControl w:val="0"/>
        <w:spacing w:before="335" w:after="0" w:lineRule="exact" w:line="373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1 - Basic charting </w:t>
      </w: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🌙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using any indicators whatsover and just by looking at our daily chart things seem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progressing well.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84">
        <w:r>
          <w:rPr>
            <w:rFonts w:ascii="Cambria" w:hAnsi="Cambria"/>
            <w:sz w:val="20"/>
            <w:color w:val="FFFFFF"/>
            <w:u/>
          </w:rPr>
          <w:t xml:space="preserve">u/chayse1984 pointed out in his DD that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currently about to break out of a cup and handle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being inside of a bullish pennant.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my smooth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🧠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out there it means we have roughly a </w:t>
      </w:r>
      <w:r>
        <w:rPr>
          <w:rFonts w:ascii="Cambria" w:hAnsi="Cambria"/>
          <w:b/>
          <w:i w:val="0"/>
          <w:color w:val="FFFFFF"/>
          <w:sz w:val="20"/>
          <w:u w:val="none"/>
        </w:rPr>
        <w:t>66%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chance of breaking out on the upside to a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bare minimum of about </w:t>
      </w:r>
      <w:r>
        <w:rPr>
          <w:rFonts w:ascii="Cambria" w:hAnsi="Cambria"/>
          <w:b/>
          <w:i/>
          <w:color w:val="FFFFFF"/>
          <w:sz w:val="20"/>
          <w:u w:val="none"/>
        </w:rPr>
        <w:t>450$.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(measurement from the bottom to the top of the cup on the log chart).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also interesting to note; it would bring us exactly where </w:t>
      </w:r>
      <w:r>
        <w:rPr>
          <w:rFonts w:ascii="Cambria" w:hAnsi="Cambria"/>
          <w:b/>
          <w:i w:val="0"/>
          <w:color w:val="FFFFFF"/>
          <w:sz w:val="20"/>
          <w:u w:val="none"/>
        </w:rPr>
        <w:t>Elliot Wave guy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told us the 3rd wave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bring us.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👨‍💻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(This was also double checked by Youtuber Trading Sciences;</w:t>
      </w:r>
      <w:hyperlink r:id="rId185">
        <w:r>
          <w:rPr>
            <w:rFonts w:ascii="Cambria" w:hAnsi="Cambria"/>
            <w:sz w:val="20"/>
            <w:color w:val="FFFFFF"/>
            <w:u/>
          </w:rPr>
          <w:t xml:space="preserve"> Source</w:t>
        </w:r>
      </w:hyperlink>
      <w:hyperlink r:id="rId185">
        <w:r>
          <w:rPr>
            <w:rFonts w:ascii="Cambria" w:hAnsi="Cambria"/>
            <w:sz w:val="20"/>
            <w:color w:val="FFFFFF"/>
            <w:i/>
            <w:u/>
          </w:rPr>
          <w:t>)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When two different analysis made by numerous people point in a direction it's best to assume that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speculation have a very good chance of happening for the simple fact that it plays a key factor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psychology of trading in individuals.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7" w:name="pg36"/>
      <w:pPr>
        <w:keepLines w:val="0"/>
        <w:pageBreakBefore/>
        <w:widowControl w:val="0"/>
        <w:spacing w:before="0" w:after="0"/>
        <w:jc w:val="center"/>
      </w:pPr>
      <w:bookmarkEnd w:id="37"/>
      <w:r>
        <w:drawing>
          <wp:inline xmlns:a="http://schemas.openxmlformats.org/drawingml/2006/main" xmlns:pic="http://schemas.openxmlformats.org/drawingml/2006/picture">
            <wp:extent cx="5943600" cy="389445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4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Chart as analyzed by chayse and myself , cup and handle insine a bullish pennant supported by a trendline.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SOLVING THE CUP AND HANDLE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97687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6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first thing we need to find out is how the cup and handle will play out. </w:t>
      </w:r>
    </w:p>
    <w:p>
      <w:bookmarkStart w:id="38" w:name="pg3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pretty normal for a cup and handle to retrace as much as </w:t>
      </w:r>
      <w:r>
        <w:rPr>
          <w:rFonts w:ascii="Cambria" w:hAnsi="Cambria"/>
          <w:b/>
          <w:i w:val="0"/>
          <w:color w:val="FFFFFF"/>
          <w:sz w:val="20"/>
          <w:u w:val="none"/>
        </w:rPr>
        <w:t>50%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their </w:t>
      </w:r>
      <w:r>
        <w:rPr>
          <w:rFonts w:ascii="Cambria" w:hAnsi="Cambria"/>
          <w:b/>
          <w:i w:val="0"/>
          <w:color w:val="FFFFFF"/>
          <w:sz w:val="20"/>
          <w:u w:val="none"/>
        </w:rPr>
        <w:t>initial high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before a blue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sky breakout or in our case a trip to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moon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As illustrated below this would be the most possible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scenario in my opinion, this would also trap bears causing even more buying pressure if the trend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changes rapidly.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6768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could go as low as 172$/173$ before breaking out.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to me is another scenario also </w:t>
      </w:r>
      <w:r>
        <w:rPr>
          <w:rFonts w:ascii="Cambria" w:hAnsi="Cambria"/>
          <w:b/>
          <w:i w:val="0"/>
          <w:color w:val="FFFFFF"/>
          <w:sz w:val="20"/>
          <w:u w:val="none"/>
        </w:rPr>
        <w:t>bullish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less probable, we could see the trend reverse itself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soon as monday and we would resume our journey to the top. Such a weak downtrend would indicate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shorts and bears are now completly powerless, </w:t>
      </w:r>
      <w:r>
        <w:rPr>
          <w:rFonts w:ascii="Cambria" w:hAnsi="Cambria"/>
          <w:b w:val="0"/>
          <w:i/>
          <w:color w:val="FFFFFF"/>
          <w:sz w:val="20"/>
          <w:u w:val="none"/>
        </w:rPr>
        <w:t>they don't even believe in their own thesis anymore.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GME remains above </w:t>
      </w:r>
      <w:r>
        <w:rPr>
          <w:rFonts w:ascii="Cambria" w:hAnsi="Cambria"/>
          <w:b/>
          <w:i w:val="0"/>
          <w:color w:val="FFFFFF"/>
          <w:sz w:val="20"/>
          <w:u w:val="none"/>
        </w:rPr>
        <w:t>200$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start to break out by the end of the week, </w:t>
      </w:r>
      <w:r>
        <w:rPr>
          <w:rFonts w:ascii="Cambria" w:hAnsi="Cambria"/>
          <w:b/>
          <w:i w:val="0"/>
          <w:color w:val="FFFFFF"/>
          <w:sz w:val="20"/>
          <w:u w:val="none"/>
        </w:rPr>
        <w:t>HOLY MOLY.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9" w:name="pg38"/>
      <w:pPr>
        <w:keepLines w:val="0"/>
        <w:pageBreakBefore/>
        <w:widowControl w:val="0"/>
        <w:spacing w:before="0" w:after="0"/>
        <w:jc w:val="center"/>
      </w:pPr>
      <w:bookmarkEnd w:id="39"/>
      <w:r>
        <w:drawing>
          <wp:inline xmlns:a="http://schemas.openxmlformats.org/drawingml/2006/main" xmlns:pic="http://schemas.openxmlformats.org/drawingml/2006/picture">
            <wp:extent cx="5943600" cy="335851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8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Hedgies are fucked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wish to understand more about Elliot Wave theory I recommend reading Elliot Wave Guy DD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watching this video.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91667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6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40" w:name="pg39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40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Elliot Wave theory applied to GME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we can put all the pieces of the puzzle togheter and it look something like this, two different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technique ; same result. Very bullish but also realistic and works perfectly in accordance with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William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O'Neil trading strategy about the cup and handle theory and Elliot Wave theory.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HODL 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5694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6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O'neil + Elliot theory applied to $GME </w:t>
      </w:r>
    </w:p>
    <w:p>
      <w:pPr>
        <w:keepLines w:val="0"/>
        <w:widowControl w:val="0"/>
        <w:spacing w:before="433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If this is not enough to confirm your bias check out the next section.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😎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9" w:after="0" w:lineRule="exact" w:line="373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2 - In depth T.A </w:t>
      </w: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🌙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MACD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Downtrend is getting weaker and weaker, bears are fucked. Just give it a little more time and this baby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gonna crossover like it always did in the past, as you can see everytime is crosses-over we raise our floor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little bit. </w:t>
      </w:r>
    </w:p>
    <w:p>
      <w:bookmarkStart w:id="41" w:name="pg40"/>
      <w:pPr>
        <w:keepLines w:val="0"/>
        <w:pageBreakBefore/>
        <w:widowControl w:val="0"/>
        <w:spacing w:before="0" w:after="0"/>
        <w:jc w:val="center"/>
      </w:pPr>
      <w:bookmarkEnd w:id="41"/>
      <w:r>
        <w:drawing>
          <wp:inline xmlns:a="http://schemas.openxmlformats.org/drawingml/2006/main" xmlns:pic="http://schemas.openxmlformats.org/drawingml/2006/picture">
            <wp:extent cx="5943600" cy="393445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4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200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MACDADDY GETTING READY TO </w:t>
      </w:r>
      <w:r>
        <w:rPr>
          <w:rFonts w:ascii="Segoe UI Emoji" w:hAnsi="Segoe UI Emoji"/>
          <w:b w:val="0"/>
          <w:i w:val="0"/>
          <w:color w:val="FFFFFF"/>
          <w:sz w:val="16"/>
          <w:u w:val="none"/>
        </w:rPr>
        <w:t>🌊💧🍾</w:t>
      </w: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 </w:t>
      </w:r>
    </w:p>
    <w:p>
      <w:pPr>
        <w:keepLines w:val="0"/>
        <w:widowControl w:val="0"/>
        <w:spacing w:before="43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RSI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RSI on GME has a tendency to bounce of the median line (</w:t>
      </w:r>
      <w:r>
        <w:rPr>
          <w:rFonts w:ascii="Cambria" w:hAnsi="Cambria"/>
          <w:b/>
          <w:i w:val="0"/>
          <w:color w:val="FFFFFF"/>
          <w:sz w:val="20"/>
          <w:u w:val="none"/>
        </w:rPr>
        <w:t>GREEN)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explode back up, right now we're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consolidating but as you can see it's just a matter of time until it breaks out again, we can also confirm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current downtrend is very weak and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APES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in control. </w:t>
      </w:r>
    </w:p>
    <w:p>
      <w:bookmarkStart w:id="42" w:name="pg41"/>
      <w:pPr>
        <w:keepLines w:val="0"/>
        <w:pageBreakBefore/>
        <w:widowControl w:val="0"/>
        <w:spacing w:before="0" w:after="0"/>
        <w:jc w:val="center"/>
      </w:pPr>
      <w:bookmarkEnd w:id="42"/>
      <w:r>
        <w:drawing>
          <wp:inline xmlns:a="http://schemas.openxmlformats.org/drawingml/2006/main" xmlns:pic="http://schemas.openxmlformats.org/drawingml/2006/picture">
            <wp:extent cx="5943600" cy="326326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Wow Kenny ! Is that the best you could do ?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EMA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exponential moving average (</w:t>
      </w:r>
      <w:r>
        <w:rPr>
          <w:rFonts w:ascii="Cambria" w:hAnsi="Cambria"/>
          <w:b/>
          <w:i/>
          <w:color w:val="FFFFFF"/>
          <w:sz w:val="20"/>
          <w:u w:val="none"/>
        </w:rPr>
        <w:t>EMA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) is a technical chart indicator that tracks the price of an investment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(like a stock or commodity) over time. The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EMA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is a type of weighted moving average (WMA) that gives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more weighting or importance to recent price data.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EMA on the weekly timeframe is looking </w:t>
      </w:r>
      <w:r>
        <w:rPr>
          <w:rFonts w:ascii="Cambria" w:hAnsi="Cambria"/>
          <w:b/>
          <w:i w:val="0"/>
          <w:color w:val="FFFFFF"/>
          <w:sz w:val="20"/>
          <w:u w:val="none"/>
        </w:rPr>
        <w:t>great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 EMA on the daily timeframe reminds me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way we traded back in march. Consolidating before a break out. </w:t>
      </w:r>
      <w:r>
        <w:rPr>
          <w:rFonts w:ascii="Cambria" w:hAnsi="Cambria"/>
          <w:b/>
          <w:i w:val="0"/>
          <w:color w:val="FFFFFF"/>
          <w:sz w:val="20"/>
          <w:u w:val="none"/>
        </w:rPr>
        <w:t>Also BOOLISH LFGGGGG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3" w:name="pg42"/>
      <w:pPr>
        <w:keepLines w:val="0"/>
        <w:pageBreakBefore/>
        <w:widowControl w:val="0"/>
        <w:spacing w:before="22" w:after="0" w:lineRule="exact" w:line="368"/>
        <w:ind w:left="0" w:right="-60"/>
      </w:pPr>
      <w:bookmarkEnd w:id="43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WEEKLY EMA </w:t>
      </w:r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5197475" cy="43688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436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Weekly EMA looking stunning.  </w:t>
      </w:r>
    </w:p>
    <w:p>
      <w:bookmarkStart w:id="44" w:name="pg43"/>
      <w:pPr>
        <w:keepLines w:val="0"/>
        <w:pageBreakBefore/>
        <w:widowControl w:val="0"/>
        <w:spacing w:before="0" w:after="0"/>
        <w:ind w:left="0"/>
      </w:pPr>
      <w:bookmarkEnd w:id="44"/>
      <w:r>
        <w:drawing>
          <wp:inline xmlns:a="http://schemas.openxmlformats.org/drawingml/2006/main" xmlns:pic="http://schemas.openxmlformats.org/drawingml/2006/picture">
            <wp:extent cx="5197475" cy="43688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436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will most likely bounce off the 20 EMA on the WEEKLY and RIP  </w:t>
      </w:r>
    </w:p>
    <w:p>
      <w:bookmarkStart w:id="45" w:name="pg44"/>
      <w:pPr>
        <w:keepLines w:val="0"/>
        <w:pageBreakBefore/>
        <w:widowControl w:val="0"/>
        <w:spacing w:before="22" w:after="0" w:lineRule="exact" w:line="368"/>
        <w:ind w:left="0" w:right="-60"/>
      </w:pPr>
      <w:bookmarkEnd w:id="45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DAILY EMA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5001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Last time we traded in between the 20/50 EMA things went crazy afterward. 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50012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200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Huu guys.. </w:t>
      </w:r>
      <w:r>
        <w:rPr>
          <w:rFonts w:ascii="Segoe UI Emoji" w:hAnsi="Segoe UI Emoji"/>
          <w:b w:val="0"/>
          <w:i w:val="0"/>
          <w:color w:val="FFFFFF"/>
          <w:sz w:val="16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 </w:t>
      </w:r>
    </w:p>
    <w:p>
      <w:bookmarkStart w:id="46" w:name="pg4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6"/>
      <w:r>
        <w:rPr>
          <w:rFonts w:ascii="Cambria" w:hAnsi="Cambria"/>
          <w:b/>
          <w:i w:val="0"/>
          <w:color w:val="FFFFFF"/>
          <w:sz w:val="20"/>
          <w:u w:val="none"/>
        </w:rPr>
        <w:t>VOLUME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I think everyone has noticed by now that the volume is drier than the  </w:t>
      </w:r>
      <w:r>
        <w:rPr>
          <w:rFonts w:ascii="Cambria" w:hAnsi="Cambria"/>
          <w:b/>
          <w:i w:val="0"/>
          <w:color w:val="FFFFFF"/>
          <w:sz w:val="20"/>
          <w:u w:val="none"/>
        </w:rPr>
        <w:t>Sahara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desert. But fear not,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very similar to what happened back in July.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 volume pullback like this are very attractive to investors as they present low risk high rewards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scenario.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simple term </w:t>
      </w:r>
      <w:r>
        <w:rPr>
          <w:rFonts w:ascii="Cambria" w:hAnsi="Cambria"/>
          <w:b/>
          <w:i w:val="0"/>
          <w:color w:val="FFFFFF"/>
          <w:sz w:val="20"/>
          <w:u w:val="none"/>
        </w:rPr>
        <w:t>FOMO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be kicking in soon, and the people who didn't buy this will be mad because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pretty much the last chance you've got at buying </w:t>
      </w:r>
      <w:r>
        <w:rPr>
          <w:rFonts w:ascii="Cambria" w:hAnsi="Cambria"/>
          <w:b/>
          <w:i w:val="0"/>
          <w:color w:val="FFFFFF"/>
          <w:sz w:val="20"/>
          <w:u w:val="none"/>
        </w:rPr>
        <w:t>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a some </w:t>
      </w:r>
      <w:r>
        <w:rPr>
          <w:rFonts w:ascii="Cambria" w:hAnsi="Cambria"/>
          <w:b/>
          <w:i w:val="0"/>
          <w:color w:val="FFFFFF"/>
          <w:sz w:val="20"/>
          <w:u w:val="none"/>
        </w:rPr>
        <w:t>''reasonable price''.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sure if you could bo back in time and buy at </w:t>
      </w:r>
      <w:r>
        <w:rPr>
          <w:rFonts w:ascii="Cambria" w:hAnsi="Cambria"/>
          <w:b/>
          <w:i w:val="0"/>
          <w:color w:val="FFFFFF"/>
          <w:sz w:val="20"/>
          <w:u w:val="none"/>
        </w:rPr>
        <w:t>4$ / 40$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 would go all in,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don't miss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again.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you might never see the low 200's ever.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Also I'd like to point out how similar the chart is looking to the previous run up to 75$ from last summer.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isn't financial advice, just common sense.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69252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2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left="20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''awww man.. I wish I would have bought at 200$ but I wasn't sure I mean GME is a dying company on paper, right guys ? '' -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Some fundamental investor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BOLLINGER BANDS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Bollinger bands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help determine whether prices are high or low on a relative basis. They are used in pairs,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both upper and lower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bands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and in conjunction with a moving average. </w:t>
      </w:r>
    </w:p>
    <w:p>
      <w:bookmarkStart w:id="47" w:name="pg4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"/>
      <w:r>
        <w:rPr>
          <w:rFonts w:ascii="Cambria" w:hAnsi="Cambria"/>
          <w:b/>
          <w:i w:val="0"/>
          <w:color w:val="FFFFFF"/>
          <w:sz w:val="20"/>
          <w:u w:val="none"/>
        </w:rPr>
        <w:t>The Squeeze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squeeze is the central concept of Bollinger Bands®. When the bands come close together,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constricting the moving average, it is called a squeeze. A squeeze signals a period of low volatility and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considered by traders to be a potential sign of future increased volatility and possible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opportunities.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superstonk is about to go </w:t>
      </w:r>
      <w:r>
        <w:rPr>
          <w:rFonts w:ascii="Cambria" w:hAnsi="Cambria"/>
          <w:b/>
          <w:i w:val="0"/>
          <w:color w:val="FFFFFF"/>
          <w:sz w:val="20"/>
          <w:u w:val="none"/>
        </w:rPr>
        <w:t>BRRRRRRRRRRRRRRRRRR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,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chart is screaming BUY 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alot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will miss out on life changing money because </w:t>
      </w:r>
      <w:r>
        <w:rPr>
          <w:rFonts w:ascii="Cambria" w:hAnsi="Cambria"/>
          <w:b/>
          <w:i w:val="0"/>
          <w:color w:val="FFFFFF"/>
          <w:sz w:val="20"/>
          <w:u w:val="none"/>
        </w:rPr>
        <w:t>''mUh DyInG BrIcK aNd MoRtaR StorE'' 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18376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HVP by Bali Purr (Historical Volatility Percentile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my theory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DFV and many big traders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used this signal as a confirmation to buy </w:t>
      </w:r>
      <w:r>
        <w:rPr>
          <w:rFonts w:ascii="Cambria" w:hAnsi="Cambria"/>
          <w:b/>
          <w:i w:val="0"/>
          <w:color w:val="FFFFFF"/>
          <w:sz w:val="20"/>
          <w:u w:val="none"/>
        </w:rPr>
        <w:t>Gamestop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summer, it rarely gives a signal so when it happens it's huge.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it gave a signal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last month !!!!!!!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usually it takes a few weeks to breakout add a few more weeks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to reach a </w:t>
      </w:r>
      <w:r>
        <w:rPr>
          <w:rFonts w:ascii="Cambria" w:hAnsi="Cambria"/>
          <w:b/>
          <w:i w:val="0"/>
          <w:color w:val="FFFFFF"/>
          <w:sz w:val="20"/>
          <w:u w:val="none"/>
        </w:rPr>
        <w:t>peak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 w:val="0"/>
          <w:i/>
          <w:color w:val="FFFFFF"/>
          <w:sz w:val="20"/>
          <w:u w:val="none"/>
        </w:rPr>
        <w:t>As we know volatility is key for us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 broke out!!!! SO.. in a few weeks we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will MOST LIKELY SEE a HUGE SPIKE in volatility A.K.A TENDIES.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🍗🍗🍗🍗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8" w:name="pg47"/>
      <w:pPr>
        <w:keepLines w:val="0"/>
        <w:pageBreakBefore/>
        <w:widowControl w:val="0"/>
        <w:spacing w:before="0" w:after="0"/>
        <w:jc w:val="center"/>
      </w:pPr>
      <w:bookmarkEnd w:id="48"/>
      <w:r>
        <w:drawing>
          <wp:inline xmlns:a="http://schemas.openxmlformats.org/drawingml/2006/main" xmlns:pic="http://schemas.openxmlformats.org/drawingml/2006/picture">
            <wp:extent cx="5943600" cy="411797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7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HOLY FUCKING MOLY, this is it. Cherry on top of the sundae :D </w:t>
      </w:r>
    </w:p>
    <w:p>
      <w:pPr>
        <w:keepLines w:val="0"/>
        <w:widowControl w:val="0"/>
        <w:spacing w:before="384" w:after="0" w:lineRule="exact" w:line="373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3 : FINAL WORD AND TLDR </w:t>
      </w: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🌙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are doubting Techical Analysis let me give you a quote from the book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trading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zone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r>
        <w:rPr>
          <w:rFonts w:ascii="Cambria" w:hAnsi="Cambria"/>
          <w:b/>
          <w:i w:val="0"/>
          <w:color w:val="FFFFFF"/>
          <w:sz w:val="20"/>
          <w:u w:val="none"/>
        </w:rPr>
        <w:t>Mark Douglas 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'' Individuals develop behavior patterns, and a group of individuals interacting with one another on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consistent basis form collective behavior patterns. These behaviors are observable and quantifiable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they repeat themselves with statistical reliability. -- in a sense technical analysis allow you get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mind of the market. As a method for projecting future price movement, technical analysis as turned out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be far superior to a purely fundamental approach. '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EVERY INDICATOR IS SCREAMING BUYYYYYYYYYYYYYYYYY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I said in the intro I feel like everything is going as it should right now. If you are anxious or feeling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fudy, just know that everything is gearing for a move that is gonna literally break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space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-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time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continuum.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 is a buy right now,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EVERYTHING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We're past the point (I THINK) where we'll 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</w:t>
      </w:r>
      <w:r>
        <w:rPr>
          <w:rFonts w:ascii="Cambria" w:hAnsi="Cambria"/>
          <w:b/>
          <w:i w:val="0"/>
          <w:color w:val="FFFFFF"/>
          <w:sz w:val="20"/>
          <w:u w:val="none"/>
        </w:rPr>
        <w:t>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a cheap price . </w:t>
      </w:r>
      <w:r>
        <w:rPr>
          <w:rFonts w:ascii="Cambria" w:hAnsi="Cambria"/>
          <w:b/>
          <w:i w:val="0"/>
          <w:color w:val="FFFFFF"/>
          <w:sz w:val="20"/>
          <w:u w:val="none"/>
        </w:rPr>
        <w:t>Buy if you can HODL if you can't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could go back in time and tell my past self to buy more at 40$ trust I would but I won't have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regret of not going all in at </w:t>
      </w:r>
      <w:r>
        <w:rPr>
          <w:rFonts w:ascii="Cambria" w:hAnsi="Cambria"/>
          <w:b/>
          <w:i w:val="0"/>
          <w:color w:val="FFFFFF"/>
          <w:sz w:val="20"/>
          <w:u w:val="none"/>
        </w:rPr>
        <w:t>200$ , I just maxed out.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XX hodler till infinity.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9" w:name="pg48"/>
      <w:pPr>
        <w:keepLines w:val="0"/>
        <w:pageBreakBefore/>
        <w:widowControl w:val="0"/>
        <w:spacing w:before="71" w:after="0" w:lineRule="exact" w:line="247"/>
        <w:ind w:left="0" w:right="-60"/>
      </w:pPr>
      <w:bookmarkEnd w:id="4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see ya'll on the moon very soon.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❤️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EGGS out -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EDIT : I want to thank everyone from the bottom of my heart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💖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 </w:t>
      </w:r>
      <w:r>
        <w:rPr>
          <w:rFonts w:ascii="Cambria" w:hAnsi="Cambria"/>
          <w:b/>
          <w:i/>
          <w:color w:val="FFFFFF"/>
          <w:sz w:val="20"/>
          <w:u w:val="none"/>
        </w:rPr>
        <w:t>X to XXXX hodlers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for all the work you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guys have put in to build-up this amazing community. </w:t>
      </w:r>
    </w:p>
    <w:p>
      <w:pPr>
        <w:keepLines w:val="0"/>
        <w:widowControl w:val="0"/>
        <w:spacing w:before="33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Sun Never Sets On Citadel -- Part 1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2" w:after="0" w:lineRule="exact" w:line="252"/>
        <w:ind w:left="0" w:right="-60"/>
      </w:pPr>
      <w:hyperlink r:id="rId201">
        <w:r>
          <w:rPr>
            <w:rFonts w:ascii="Calibri" w:hAnsi="Calibri"/>
            <w:sz w:val="20"/>
            <w:color w:val="00B0F0"/>
            <w:u/>
          </w:rPr>
          <w:t>Hello Superstonk</w:t>
        </w:r>
      </w:hyperlink>
      <w:hyperlink r:id="rId20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became bothered by a question a few months ago. The GME saga started with MAJOR fight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landscape between Team Citadel vs. Team Other (Blackrock, Vanguard, etc.), and Superstonk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now because of Team Other getting Ryan Cohen on the board at GME, then “retail” landed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scene, now Apes, etc. But this ONE question always bothered me: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What did Citadel do to piss everyone off? WHY would they want to give Citadel the most epic beat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down in financial history?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 spent some time looking into that because it </w:t>
      </w:r>
      <w:r>
        <w:rPr>
          <w:rFonts w:ascii="Cambria" w:hAnsi="Cambria"/>
          <w:b w:val="0"/>
          <w:i/>
          <w:color w:val="FFFFFF"/>
          <w:sz w:val="20"/>
          <w:u w:val="none"/>
        </w:rPr>
        <w:t>must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good and...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HO BOY, GET YOUR POPCORN, I’VE GOT SOME GOODS TO SHARE WITH YOU AND IT’S GONNA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JUICY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14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Note: this is a strategy post.  </w:t>
      </w:r>
      <w:hyperlink r:id="rId202">
        <w:r>
          <w:rPr>
            <w:rFonts w:ascii="Calibri" w:hAnsi="Calibri"/>
            <w:sz w:val="20"/>
            <w:color w:val="00B0F0"/>
            <w:u/>
          </w:rPr>
          <w:t>u/atobitt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hyperlink r:id="rId203">
        <w:r>
          <w:rPr>
            <w:rFonts w:ascii="Calibri" w:hAnsi="Calibri"/>
            <w:sz w:val="20"/>
            <w:color w:val="00B0F0"/>
            <w:u/>
          </w:rPr>
          <w:t>u/criand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focus on macro topics about Citadel’s structure in the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overall market, but this series is going to be about financial industry strategy. I have a master’s degree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business and specialize in strategy and operations. While I don’t have direct experience in finance per 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really enjoy finding the “hows” and “whys” behind what businesses do.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I’ll give shout outs to the Apes who did relevant DD before this. Parts of this are my own discovery,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parts are building on the work of those who came before :) This is an overall picture.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Symbol indicators: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[] - request for link to relevant DD (</w:t>
      </w:r>
      <w:hyperlink r:id="rId204">
        <w:r>
          <w:rPr>
            <w:rFonts w:ascii="Calibri" w:hAnsi="Calibri"/>
            <w:sz w:val="20"/>
            <w:color w:val="00B0F0"/>
            <w:u/>
          </w:rPr>
          <w:t>r/Superstonk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DD posts or legitimate sources) </w:t>
      </w:r>
    </w:p>
    <w:p>
      <w:pPr>
        <w:keepLines w:val="0"/>
        <w:widowControl w:val="0"/>
        <w:spacing w:before="57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1.0: Introduction </w:t>
      </w:r>
    </w:p>
    <w:p>
      <w:pPr>
        <w:keepLines w:val="0"/>
        <w:widowControl w:val="0"/>
        <w:spacing w:before="182" w:after="0" w:lineRule="exact" w:line="252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Price of $GME is artificial.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Prior posts (</w:t>
      </w:r>
      <w:hyperlink r:id="rId205">
        <w:r>
          <w:rPr>
            <w:rFonts w:ascii="Calibri" w:hAnsi="Calibri"/>
            <w:sz w:val="20"/>
            <w:color w:val="00B0F0"/>
            <w:u/>
          </w:rPr>
          <w:t>1</w:t>
        </w:r>
      </w:hyperlink>
      <w:hyperlink r:id="rId206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206">
        <w:r>
          <w:rPr>
            <w:rFonts w:ascii="Calibri" w:hAnsi="Calibri"/>
            <w:sz w:val="20"/>
            <w:color w:val="00B0F0"/>
            <w:u/>
          </w:rPr>
          <w:t>2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have covered how Citadel and other players in the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have greedily, illegally conspired to change the price of stocks for their own profit. While </w:t>
      </w:r>
    </w:p>
    <w:p>
      <w:bookmarkStart w:id="50" w:name="pg4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Citadel’s criminal price manipulation of GME represents a failed scheme to fabricate shares for profit,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 only a small corner of a much larger body of activity. 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Citadel’s overall activity shows a plan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monopolize markets worldwide and control securities transactions at the exchange level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Buckle up :)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Key Term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Market Maker (or “MM”)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– a special role in a stock exchanges around the world. An MM’s primary role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to provide liquidity, or “to make sure there are shares available to buy if people want them” as well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“make sure there is a buyer if people want to sell.” Exchanges need it: liquidity makes for easy buying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selling.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MM is the intermediary for almost any securities transaction. It is positioned between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exchange and the brokers/dealers/funds that do not have access to the exchange, or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use the MM to do the buying work for them, lol. Or the MM is positioned on the other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side of a transaction, supplying the securities in demand.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MM is always in a position of risk. They are constantly in a place to be on the losing side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 transaction if they “guess” wrong.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Note: Citadel has many branches, but it’s two major branches are its hedge fund and its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MM. I will be referring only to its MM activity.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1.1: Plus Ultra </w:t>
      </w:r>
    </w:p>
    <w:p>
      <w:pPr>
        <w:keepLines w:val="0"/>
        <w:widowControl w:val="0"/>
        <w:spacing w:before="181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moment to marvel at how Citadel has installed themselves in </w:t>
      </w:r>
      <w:hyperlink r:id="rId207">
        <w:r>
          <w:rPr>
            <w:rFonts w:ascii="Calibri" w:hAnsi="Calibri"/>
            <w:sz w:val="20"/>
            <w:color w:val="00B0F0"/>
            <w:u/>
          </w:rPr>
          <w:t xml:space="preserve">so many markets around the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207">
        <w:r>
          <w:rPr>
            <w:rFonts w:ascii="Calibri" w:hAnsi="Calibri"/>
            <w:sz w:val="20"/>
            <w:color w:val="00B0F0"/>
            <w:u/>
          </w:rPr>
          <w:t>world</w:t>
        </w:r>
      </w:hyperlink>
      <w:hyperlink r:id="rId207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are Market Makers and/or liquidity providers in nearly every major exchange on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earth: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</w:t>
      </w:r>
      <w:r>
        <w:rPr>
          <w:rFonts w:ascii="Cambria" w:hAnsi="Cambria"/>
          <w:b w:val="0"/>
          <w:i/>
          <w:color w:val="FFFFFF"/>
          <w:sz w:val="20"/>
          <w:u w:val="none"/>
        </w:rPr>
        <w:t>Note: my undersrtanding of a liquidity provider is that it’s a bit like a less-powerful MM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208">
        <w:r>
          <w:rPr>
            <w:rFonts w:ascii="Calibri" w:hAnsi="Calibri"/>
            <w:sz w:val="20"/>
            <w:color w:val="00B0F0"/>
            <w:u/>
          </w:rPr>
          <w:t>Citadel Securities own splash page</w:t>
        </w:r>
      </w:hyperlink>
      <w:hyperlink r:id="rId20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US/North America: NYSE, NASDAQ, CBOE (not even going to bother with links here, you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 they’re there), </w:t>
      </w:r>
      <w:hyperlink r:id="rId209">
        <w:r>
          <w:rPr>
            <w:rFonts w:ascii="Calibri" w:hAnsi="Calibri"/>
            <w:sz w:val="20"/>
            <w:color w:val="00B0F0"/>
            <w:u/>
          </w:rPr>
          <w:t>Toronto</w:t>
        </w:r>
      </w:hyperlink>
      <w:hyperlink r:id="rId20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Europe: </w:t>
      </w:r>
      <w:hyperlink r:id="rId210">
        <w:r>
          <w:rPr>
            <w:rFonts w:ascii="Calibri" w:hAnsi="Calibri"/>
            <w:sz w:val="20"/>
            <w:color w:val="00B0F0"/>
            <w:u/>
          </w:rPr>
          <w:t>London/Ireland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Amsterdam[], Frankfurt[] </w:t>
      </w:r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Asia/Pacific: Hong Kong, </w:t>
      </w:r>
      <w:hyperlink r:id="rId211">
        <w:r>
          <w:rPr>
            <w:rFonts w:ascii="Calibri" w:hAnsi="Calibri"/>
            <w:sz w:val="20"/>
            <w:color w:val="00B0F0"/>
            <w:u/>
          </w:rPr>
          <w:t>Singapore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Sydney [], Shanghai []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(Apologies on missing links, I’ve saved so many links through this whole drama that I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can’t find some of my sources anymore. And this is not the full list, this is only what I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put together for this post.)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is truly an intmidating company based on the position it occupies in markets worldwide.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1.2: E Pluribus Unum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WHY has Citadel strived to achieve such a large footprint across the globe?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Because there is a flaw in the markets across the world: it depends on Market Makers.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 are set up to have several Market Makers providing liquidity.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 Market Maker has responsibilities for supply and demand of a given security. </w:t>
      </w:r>
    </w:p>
    <w:p>
      <w:bookmarkStart w:id="51" w:name="pg50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51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an essential service so exchanges empower MMs with exclusive powers and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responsibilities.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look at the exclusive powers the NYSE gives its DMMs (like a “Super” Market Maker): </w:t>
      </w:r>
      <w:hyperlink r:id="rId212">
        <w:r>
          <w:rPr>
            <w:rFonts w:ascii="Calibri" w:hAnsi="Calibri"/>
            <w:sz w:val="20"/>
            <w:color w:val="00B0F0"/>
            <w:u/>
          </w:rPr>
          <w:t xml:space="preserve">From the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212">
        <w:r>
          <w:rPr>
            <w:rFonts w:ascii="Calibri" w:hAnsi="Calibri"/>
            <w:sz w:val="20"/>
            <w:color w:val="00B0F0"/>
            <w:u/>
          </w:rPr>
          <w:t>NYSE DMM page</w:t>
        </w:r>
      </w:hyperlink>
      <w:hyperlink r:id="rId21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MMs have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Superpowers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wield immense control over securities.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 rely on incentives for winning bids (coupons) as a way of creating competition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fair prices at the exchange.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MMs are intended to be balanced by competing against each other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...so that the customers (brokers) can get the best value, and the Market Makers are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financially rewarded for their service...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…but that means the MMs are competing for as many transactions as possible on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exchange. As much as their risk can allow.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the better the MMs are at managing risk, the more control they have over the exchange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(because they capture more of the transactions)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there are advantages for MMs who perform better and capture more volume – they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leverage the volume to achieve better prices and capture even </w:t>
      </w:r>
      <w:r>
        <w:rPr>
          <w:rFonts w:ascii="Cambria" w:hAnsi="Cambria"/>
          <w:b w:val="0"/>
          <w:i/>
          <w:color w:val="FFFFFF"/>
          <w:sz w:val="20"/>
          <w:u w:val="none"/>
        </w:rPr>
        <w:t>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transactions.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You’ve probably seen this chart, but it shows the size that MMs have become: </w:t>
      </w:r>
      <w:hyperlink r:id="rId213">
        <w:r>
          <w:rPr>
            <w:rFonts w:ascii="Calibri" w:hAnsi="Calibri"/>
            <w:sz w:val="20"/>
            <w:color w:val="00B0F0"/>
            <w:u/>
          </w:rPr>
          <w:t xml:space="preserve">Citadel is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213">
        <w:r>
          <w:rPr>
            <w:rFonts w:ascii="Calibri" w:hAnsi="Calibri"/>
            <w:sz w:val="20"/>
            <w:color w:val="00B0F0"/>
            <w:u/>
          </w:rPr>
          <w:t>almost as big as the CBOE – the main options exchange for the US</w:t>
        </w:r>
      </w:hyperlink>
      <w:hyperlink r:id="rId21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(Citadel, Virtu, and G1 are all MMs.)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important part about that graphic is the NYSE, NASDAQ, and CBOE volumes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include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transactions with Citadel and Virtu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MMs are becoming (or already are) bigger than the exchanges themselves.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exchanges depend on them.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the exchange is limited – to a certain location, structure, set of regluations,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list of securities, etc. Almost all exchanges are for profit.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if the exchange provides no security that can’t be bought on another exchange, then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exchange needs to compete on best price - or else it's revenue goes away.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exactly </w:t>
      </w:r>
      <w:r>
        <w:rPr>
          <w:rFonts w:ascii="Cambria" w:hAnsi="Cambria"/>
          <w:b w:val="0"/>
          <w:i/>
          <w:color w:val="FFFFFF"/>
          <w:sz w:val="20"/>
          <w:u w:val="none"/>
        </w:rPr>
        <w:t>who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the exchange offers the best price?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a Market Maker is free to engage in </w:t>
      </w:r>
      <w:r>
        <w:rPr>
          <w:rFonts w:ascii="Cambria" w:hAnsi="Cambria"/>
          <w:b/>
          <w:i w:val="0"/>
          <w:color w:val="FFFFFF"/>
          <w:sz w:val="20"/>
          <w:u w:val="none"/>
        </w:rPr>
        <w:t>multiple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exchanges. So if a financial product 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available in one exchange, but not another, and an MM is in both exchanges, then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 can offer it because it a separate entity (if it legally can).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Market Maker is free offer their best price at multiple exchanges, or even directly.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What advantage does the exchange itself have? They can’t provide </w:t>
      </w:r>
      <w:r>
        <w:rPr>
          <w:rFonts w:ascii="Cambria" w:hAnsi="Cambria"/>
          <w:b/>
          <w:i/>
          <w:color w:val="FFFFFF"/>
          <w:sz w:val="20"/>
          <w:u w:val="none"/>
        </w:rPr>
        <w:t>anything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 that the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Makers themselves can’t/don’t provide.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As an analogy, if you are used to shopping for separate items across several stores – food at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 farmers market, clothes at the mall, etc. – a company like Amazon or WalMart will have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/>
          <w:color w:val="FFFFFF"/>
          <w:sz w:val="20"/>
          <w:u w:val="none"/>
        </w:rPr>
        <w:t>an advantage by selling the same items for a comparable price in one convenient place.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“malls” vs. “Target/WalMart/Amazon/Costco” all over. We all know who won that one.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1.3: Man o' War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mentioned “volume” earlier – that is going to be key here. </w:t>
      </w:r>
    </w:p>
    <w:p>
      <w:bookmarkStart w:id="52" w:name="pg51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52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Making is already very risky, but the size of the established players make it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prohibitive for new entrants. A new MM would need significant advantages to compete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against Citadel, Susquehanna, and Virtu who will have superior positioning, expertise,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technology, market understanding, funding, risk tolerance…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“The way to think about Citadel is as the Amazon of trading,” says Spencer Mindlin, a capital markets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technology analyst at Aite Group. In an industry that relies heavily on technology, Citadel has forged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ahead by playing “a game of scale. </w:t>
      </w:r>
      <w:r>
        <w:rPr>
          <w:rFonts w:ascii="Cambria" w:hAnsi="Cambria"/>
          <w:b/>
          <w:i w:val="0"/>
          <w:color w:val="FFFFFF"/>
          <w:sz w:val="20"/>
          <w:u w:val="none"/>
        </w:rPr>
        <w:t>You reach a point where it’s impossible for others to compete,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says. [emphasis mine] - </w:t>
      </w:r>
      <w:hyperlink r:id="rId214">
        <w:r>
          <w:rPr>
            <w:rFonts w:ascii="Calibri" w:hAnsi="Calibri"/>
            <w:sz w:val="20"/>
            <w:color w:val="00B0F0"/>
            <w:u/>
          </w:rPr>
          <w:t>Quartz</w:t>
        </w:r>
      </w:hyperlink>
      <w:hyperlink r:id="rId21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Backstory: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early 2010’s Ken tired to make Citadel an investment bank and failed (lol)....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...but it ended up being one of those “lemons to lemonade” things for him. Because Ken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realized that other MMs were </w:t>
      </w:r>
      <w:r>
        <w:rPr>
          <w:rFonts w:ascii="Cambria" w:hAnsi="Cambria"/>
          <w:b w:val="0"/>
          <w:i/>
          <w:color w:val="FFFFFF"/>
          <w:sz w:val="20"/>
          <w:u w:val="none"/>
        </w:rPr>
        <w:t>banks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were a major disadvantage. You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see, </w:t>
      </w:r>
      <w:r>
        <w:rPr>
          <w:rFonts w:ascii="Cambria" w:hAnsi="Cambria"/>
          <w:b w:val="0"/>
          <w:i/>
          <w:color w:val="FFFFFF"/>
          <w:sz w:val="20"/>
          <w:u w:val="none"/>
        </w:rPr>
        <w:t>Banks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were encumbered with “regulations”, “capital requirements” and stupid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“investors”. But Market Makers didn’t need a bank, so they didn't need to have those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pesky constraints.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Ken stopped trying to be a bank. Which meant he could capture the MM market.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went on to buy out competing Market Maker assets from </w:t>
      </w:r>
      <w:hyperlink r:id="rId215">
        <w:r>
          <w:rPr>
            <w:rFonts w:ascii="Calibri" w:hAnsi="Calibri"/>
            <w:sz w:val="20"/>
            <w:color w:val="00B0F0"/>
            <w:u/>
          </w:rPr>
          <w:t>Citi</w:t>
        </w:r>
      </w:hyperlink>
      <w:hyperlink r:id="rId216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216">
        <w:r>
          <w:rPr>
            <w:rFonts w:ascii="Calibri" w:hAnsi="Calibri"/>
            <w:sz w:val="20"/>
            <w:color w:val="00B0F0"/>
            <w:u/>
          </w:rPr>
          <w:t>Goldman Sachs/IMC</w:t>
        </w:r>
      </w:hyperlink>
      <w:hyperlink r:id="rId216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  <w:hyperlink r:id="rId217">
        <w:r>
          <w:rPr>
            <w:rFonts w:ascii="Calibri" w:hAnsi="Calibri"/>
            <w:sz w:val="20"/>
            <w:color w:val="00B0F0"/>
            <w:u/>
          </w:rPr>
          <w:t>KCG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grow his market share and reduce compeition.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now,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Market Maker field is NOT competitive.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number of DMMs in NYSE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</w:t>
      </w:r>
      <w:r>
        <w:rPr>
          <w:rFonts w:ascii="Cambria" w:hAnsi="Cambria"/>
          <w:b/>
          <w:i w:val="0"/>
          <w:color w:val="FFFFFF"/>
          <w:sz w:val="20"/>
          <w:u w:val="none"/>
        </w:rPr>
        <w:t>decreased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over the years.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has heavily “leveled-up” and is bar none THE biggest player on the field.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why Citadel is in so many exchanges. Successful practices can be copied from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exchange to the next, with market advantages and rewards that scale.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Why shouldn’t Citadel be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MM in every major exchange on earth?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you realize what this means, right?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The exchanges have become commodities.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are necessary for fulfilling their role as a securites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 venue, but have no unique value to themselves.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”</w:t>
      </w:r>
      <w:r>
        <w:rPr>
          <w:rFonts w:ascii="Cambria" w:hAnsi="Cambria"/>
          <w:b/>
          <w:i w:val="0"/>
          <w:color w:val="FFFFFF"/>
          <w:sz w:val="20"/>
          <w:u w:val="none"/>
        </w:rPr>
        <w:t>We already have 16 stock exchanges, over 30 ATSs and handful of market maker SDPs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do we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need the banks to further fragment liquidity?” [emphasis mine] - </w:t>
      </w:r>
      <w:hyperlink r:id="rId218">
        <w:r>
          <w:rPr>
            <w:rFonts w:ascii="Calibri" w:hAnsi="Calibri"/>
            <w:sz w:val="20"/>
            <w:color w:val="00B0F0"/>
            <w:u/>
          </w:rPr>
          <w:t>Themis Trading</w:t>
        </w:r>
      </w:hyperlink>
      <w:hyperlink r:id="rId21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TRUE value to the market is a firm that spans multiple exchanges and offers the breadth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 available at competitive prices.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1.4: The Commonwealth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But, but -- what about compeition? What about Virtu, G1, and the MMs in other countries? I thought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you said this was a cOmPEtITivE field.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true, Virtu &amp; G1 do “compete” against Citadel. But they have an... “interesting” relationship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prompts some theories and requires further investigation.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Citadel needs to maintain the appearance of a free market to avoid antitrust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lawsuits. They also need other Market Makers to offload the transactions that they 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unwilling to take. A duopoloy or even triopoly is fine as long as they control the market. </w:t>
      </w:r>
    </w:p>
    <w:p>
      <w:bookmarkStart w:id="53" w:name="pg52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53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Second, from Virtu’s perspective (</w:t>
      </w:r>
      <w:r>
        <w:rPr>
          <w:rFonts w:ascii="Cambria" w:hAnsi="Cambria"/>
          <w:b w:val="0"/>
          <w:i/>
          <w:color w:val="FFFFFF"/>
          <w:sz w:val="20"/>
          <w:u w:val="none"/>
        </w:rPr>
        <w:t>they’re the largest competitor so I’ll use them here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it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doesn’t make sense to go head-to-head directly with Citadel on transactions – Citadel has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better positioning and a technological edge.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directly competing with a superior opponent would be expensive for Virtu. However,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would stand to </w:t>
      </w:r>
      <w:r>
        <w:rPr>
          <w:rFonts w:ascii="Cambria" w:hAnsi="Cambria"/>
          <w:b/>
          <w:i w:val="0"/>
          <w:color w:val="FFFFFF"/>
          <w:sz w:val="20"/>
          <w:u w:val="none"/>
        </w:rPr>
        <w:t>profit from joining with Citadel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they took the same positions as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wouldn’t you know it, Apes have discovered that Virtu and Citadel are doing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 w:val="0"/>
          <w:i/>
          <w:color w:val="FFFFFF"/>
          <w:sz w:val="20"/>
          <w:u w:val="none"/>
        </w:rPr>
        <w:t>exact same things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across many tickers. Here are 2 famous ones: </w:t>
      </w:r>
      <w:hyperlink r:id="rId219">
        <w:r>
          <w:rPr>
            <w:rFonts w:ascii="Calibri" w:hAnsi="Calibri"/>
            <w:sz w:val="20"/>
            <w:color w:val="00B0F0"/>
            <w:u/>
          </w:rPr>
          <w:t>MAX-D</w:t>
        </w:r>
      </w:hyperlink>
      <w:hyperlink r:id="rId220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220">
        <w:r>
          <w:rPr>
            <w:rFonts w:ascii="Calibri" w:hAnsi="Calibri"/>
            <w:sz w:val="20"/>
            <w:color w:val="00B0F0"/>
            <w:u/>
          </w:rPr>
          <w:t>GME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[Any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Apes want to do asset comparison between Citadel &amp; Virtu? CALLING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SUPERSTONKS MOST QUANTED] (s/o to </w:t>
      </w:r>
      <w:hyperlink r:id="rId221">
        <w:r>
          <w:rPr>
            <w:rFonts w:ascii="Calibri" w:hAnsi="Calibri"/>
            <w:sz w:val="20"/>
            <w:color w:val="00B0F0"/>
            <w:u/>
          </w:rPr>
          <w:t>u/BadassTrader</w:t>
        </w:r>
      </w:hyperlink>
      <w:hyperlink r:id="rId222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222">
        <w:r>
          <w:rPr>
            <w:rFonts w:ascii="Calibri" w:hAnsi="Calibri"/>
            <w:sz w:val="20"/>
            <w:color w:val="00B0F0"/>
            <w:u/>
          </w:rPr>
          <w:t>u/JustBeingPunny</w:t>
        </w:r>
      </w:hyperlink>
      <w:hyperlink r:id="rId223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223">
        <w:r>
          <w:rPr>
            <w:rFonts w:ascii="Calibri" w:hAnsi="Calibri"/>
            <w:sz w:val="20"/>
            <w:color w:val="00B0F0"/>
            <w:u/>
          </w:rPr>
          <w:t>u/Sti8man7</w:t>
        </w:r>
      </w:hyperlink>
      <w:hyperlink r:id="rId223">
        <w:r>
          <w:rPr>
            <w:rFonts w:ascii="Cambria" w:hAnsi="Cambria"/>
            <w:sz w:val="20"/>
            <w:color w:val="FFFFFF"/>
            <w:u/>
          </w:rPr>
          <w:t xml:space="preserve">)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said, Virtu could still compete </w:t>
      </w:r>
      <w:r>
        <w:rPr>
          <w:rFonts w:ascii="Cambria" w:hAnsi="Cambria"/>
          <w:b w:val="0"/>
          <w:i/>
          <w:color w:val="FFFFFF"/>
          <w:sz w:val="20"/>
          <w:u w:val="none"/>
        </w:rPr>
        <w:t>indirectly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they would need to find a niche where they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gain an advantage and separate themselves from Citadel… </w:t>
      </w:r>
    </w:p>
    <w:p>
      <w:pPr>
        <w:keepLines w:val="0"/>
        <w:widowControl w:val="0"/>
        <w:tabs>
          <w:tab w:pos="721" w:val="left"/>
          <w:tab w:pos="1081" w:val="left"/>
        </w:tabs>
        <w:spacing w:before="58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...and oh look Virtu seems </w:t>
      </w:r>
      <w:hyperlink r:id="rId224">
        <w:r>
          <w:rPr>
            <w:rFonts w:ascii="Calibri" w:hAnsi="Calibri"/>
            <w:sz w:val="20"/>
            <w:color w:val="00B0F0"/>
            <w:u/>
          </w:rPr>
          <w:t>very focused on client experience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where Citadel is focused on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product and market position.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Virtu is disincentivized to directly compete against Citadel, and is incentivized to coordinate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with and complement Citadel.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Monopoly much?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1.5: The Crown Jewel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STILL believe that being a Market Maker IS competitive and that exchanges are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commoditized, and that Virtu and Citadel are taking the same positions for non-collusive reasons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(“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Exchanges are the pumping heart of a free economy! Of course EXCHANGES have control and NOT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Market Makers, the Market Makers are just making the plays they see are winners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”), and you need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convincing… I have bad news.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About 9 months ago the MEMX exchange opened.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Why is that a big deal? Who opened the exchange?</w:t>
      </w:r>
      <w:hyperlink r:id="rId225">
        <w:r>
          <w:rPr>
            <w:rFonts w:ascii="Cambria" w:hAnsi="Cambria"/>
            <w:sz w:val="20"/>
            <w:color w:val="FFFFFF"/>
            <w:u/>
          </w:rPr>
          <w:t xml:space="preserve">  </w:t>
        </w:r>
      </w:hyperlink>
      <w:hyperlink r:id="rId225">
        <w:r>
          <w:rPr>
            <w:rFonts w:ascii="Cambria" w:hAnsi="Cambria"/>
            <w:sz w:val="20"/>
            <w:color w:val="FFFFFF"/>
            <w:i/>
            <w:u/>
          </w:rPr>
          <w:t>Let’s check the MEMX website...</w:t>
        </w:r>
      </w:hyperlink>
      <w:hyperlink r:id="rId22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226">
        <w:r>
          <w:rPr>
            <w:rFonts w:ascii="Calibri" w:hAnsi="Calibri"/>
            <w:sz w:val="20"/>
            <w:color w:val="00B0F0"/>
            <w:u/>
          </w:rPr>
          <w:t>Oh.</w:t>
        </w:r>
      </w:hyperlink>
      <w:hyperlink r:id="rId22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Citadel and Virtu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(and some other players you might recognize)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OPENED THEIR OWN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EXCHANGE.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227">
        <w:r>
          <w:rPr>
            <w:rFonts w:ascii="Calibri" w:hAnsi="Calibri"/>
            <w:sz w:val="20"/>
            <w:color w:val="00B0F0"/>
            <w:u/>
          </w:rPr>
          <w:t>Yeah.</w:t>
        </w:r>
      </w:hyperlink>
      <w:hyperlink r:id="rId22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“</w:t>
      </w:r>
      <w:r>
        <w:rPr>
          <w:rFonts w:ascii="Cambria" w:hAnsi="Cambria"/>
          <w:b w:val="0"/>
          <w:i/>
          <w:color w:val="FFFFFF"/>
          <w:sz w:val="20"/>
          <w:u w:val="none"/>
        </w:rPr>
        <w:t>But, but – they wouldn’t open their own exchange to profit at the expense of the market, would they?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228">
        <w:r>
          <w:rPr>
            <w:rFonts w:ascii="Cambria" w:hAnsi="Cambria"/>
            <w:sz w:val="20"/>
            <w:color w:val="FFFFFF"/>
            <w:i/>
            <w:u/>
          </w:rPr>
          <w:t>On the MEMX own splash page</w:t>
        </w:r>
      </w:hyperlink>
      <w:hyperlink r:id="rId22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“</w:t>
      </w:r>
      <w:r>
        <w:rPr>
          <w:rFonts w:ascii="Cambria" w:hAnsi="Cambria"/>
          <w:b w:val="0"/>
          <w:i/>
          <w:color w:val="FFFFFF"/>
          <w:sz w:val="20"/>
          <w:u w:val="none"/>
        </w:rPr>
        <w:t>MEMX will represent the interests of its founders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- MEMX.com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</w:t>
      </w:r>
      <w:r>
        <w:rPr>
          <w:rFonts w:ascii="Cambria" w:hAnsi="Cambria"/>
          <w:b/>
          <w:i w:val="0"/>
          <w:color w:val="FFFFFF"/>
          <w:sz w:val="20"/>
          <w:u w:val="none"/>
        </w:rPr>
        <w:t>founders first, everybody else after.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FROM. THEIR. OWN. FUCKING. SPLASH. PAGE.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“</w:t>
      </w:r>
      <w:r>
        <w:rPr>
          <w:rFonts w:ascii="Cambria" w:hAnsi="Cambria"/>
          <w:b w:val="0"/>
          <w:i/>
          <w:color w:val="FFFFFF"/>
          <w:sz w:val="20"/>
          <w:u w:val="none"/>
        </w:rPr>
        <w:t>But, but – maybe it’s just a small side thing and it’s not really going anywhere?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229">
        <w:r>
          <w:rPr>
            <w:rFonts w:ascii="Calibri" w:hAnsi="Calibri"/>
            <w:sz w:val="20"/>
            <w:color w:val="00B0F0"/>
            <w:u/>
          </w:rPr>
          <w:t>Right. Yeah. Sure.</w:t>
        </w:r>
      </w:hyperlink>
      <w:hyperlink r:id="rId22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“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But, but – wouldn’t that piss off the other exchanges? They would want to attack the MEMX founders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some way, right?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</w:t>
      </w:r>
    </w:p>
    <w:p>
      <w:pPr>
        <w:keepLines w:val="0"/>
        <w:widowControl w:val="0"/>
        <w:tabs>
          <w:tab w:pos="721" w:val="left"/>
          <w:tab w:pos="1081" w:val="left"/>
        </w:tabs>
        <w:spacing w:before="58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230">
        <w:r>
          <w:rPr>
            <w:rFonts w:ascii="Calibri" w:hAnsi="Calibri"/>
            <w:sz w:val="20"/>
            <w:color w:val="00B0F0"/>
            <w:u/>
          </w:rPr>
          <w:t>Yup.</w:t>
        </w:r>
      </w:hyperlink>
      <w:hyperlink r:id="rId23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54" w:name="pg5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4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Exchanges have become so commoditized and Market Makers have such an entrenched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advantage that the dominant Market Makers have opened their own exchange, MEMX, whose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primary purpose is to serve their interests at the expense of other exchanges.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"Free market."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TL;DR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Citadel is/was moving to monopolize securities transactions at the exchange level.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have the most control over transactions at exchanges.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Citadel is the largest Market Maker across exchanges worldwide (</w:t>
      </w:r>
      <w:r>
        <w:rPr>
          <w:rFonts w:ascii="Cambria" w:hAnsi="Cambria"/>
          <w:b w:val="0"/>
          <w:i/>
          <w:color w:val="FFFFFF"/>
          <w:sz w:val="20"/>
          <w:u w:val="none"/>
        </w:rPr>
        <w:t>can't find the sauce []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has more power than the exchanges do, offering more products, more ways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purchase them, in more venues than the exchanges.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has even started its own exchange in September 2020, which is growing rapidly.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MM Competition is deterred from directly competing with Citadel - they have too much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influence, and competitors are incentivized to coordinate with Citadel, not compete.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MMs have decreased in major exchanges while Citadel's market share is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Structurally speaking, Citadel is in a position to directly control the price of many securities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transactions at the exchange level.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And that's not even all of it. Part 2 coming soon... </w:t>
      </w:r>
    </w:p>
    <w:p>
      <w:pPr>
        <w:keepLines w:val="0"/>
        <w:widowControl w:val="0"/>
        <w:spacing w:before="416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Sun Never Sets on Citadel -- Part 2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2" w:after="0" w:lineRule="exact" w:line="252"/>
        <w:ind w:left="0" w:right="-60"/>
      </w:pPr>
      <w:hyperlink r:id="rId20">
        <w:r>
          <w:rPr>
            <w:rFonts w:ascii="Calibri" w:hAnsi="Calibri"/>
            <w:sz w:val="20"/>
            <w:color w:val="00B0F0"/>
            <w:u/>
          </w:rPr>
          <w:t>Part 1</w:t>
        </w:r>
      </w:hyperlink>
      <w:hyperlink r:id="rId20">
        <w:r>
          <w:rPr>
            <w:rFonts w:ascii="Cambria" w:hAnsi="Cambria"/>
            <w:sz w:val="20"/>
            <w:color w:val="D7DADC"/>
            <w:u/>
          </w:rPr>
          <w:t xml:space="preserve"> </w:t>
        </w:r>
      </w:hyperlink>
    </w:p>
    <w:p>
      <w:pPr>
        <w:keepLines w:val="0"/>
        <w:widowControl w:val="0"/>
        <w:spacing w:before="34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Apes, I’m stunned. I’ve rewritten this post several times because of what I’ve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discovered. I haven’t seen it anywhere else on Superstonk.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of this is intertwined. I won’t be able to get to all of the pieces of Citadel in this part so this DD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continue… and build… into Part 3.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fucking ride.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Preface, part 1: Kudos </w:t>
      </w:r>
    </w:p>
    <w:p>
      <w:pPr>
        <w:keepLines w:val="0"/>
        <w:widowControl w:val="0"/>
        <w:spacing w:before="181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I’d like to follow up on some key critiques from </w:t>
      </w:r>
      <w:hyperlink r:id="rId20">
        <w:r>
          <w:rPr>
            <w:rFonts w:ascii="Calibri" w:hAnsi="Calibri"/>
            <w:sz w:val="20"/>
            <w:color w:val="00B0F0"/>
            <w:u/>
          </w:rPr>
          <w:t>Part 1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give kudos:.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2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EU MMs – MAJOR kudos to </w:t>
      </w:r>
      <w:hyperlink r:id="rId231">
        <w:r>
          <w:rPr>
            <w:rFonts w:ascii="Calibri" w:hAnsi="Calibri"/>
            <w:sz w:val="20"/>
            <w:color w:val="00B0F0"/>
            <w:u/>
          </w:rPr>
          <w:t>u/NoughtyNought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did digging on finding </w:t>
      </w:r>
      <w:hyperlink r:id="rId232">
        <w:r>
          <w:rPr>
            <w:rFonts w:ascii="Calibri" w:hAnsi="Calibri"/>
            <w:sz w:val="20"/>
            <w:color w:val="00B0F0"/>
            <w:u/>
          </w:rPr>
          <w:t xml:space="preserve">the list of EU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232">
        <w:r>
          <w:rPr>
            <w:rFonts w:ascii="Calibri" w:hAnsi="Calibri"/>
            <w:sz w:val="20"/>
            <w:color w:val="00B0F0"/>
            <w:u/>
          </w:rPr>
          <w:t>MMs</w:t>
        </w:r>
      </w:hyperlink>
      <w:hyperlink r:id="rId23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2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 markets – MAJOR kudos to </w:t>
      </w:r>
      <w:hyperlink r:id="rId233">
        <w:r>
          <w:rPr>
            <w:rFonts w:ascii="Calibri" w:hAnsi="Calibri"/>
            <w:sz w:val="20"/>
            <w:color w:val="00B0F0"/>
            <w:u/>
          </w:rPr>
          <w:t>u/LNhamburg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has been looking into European markets </w:t>
      </w:r>
    </w:p>
    <w:p>
      <w:pPr>
        <w:keepLines w:val="0"/>
        <w:widowControl w:val="0"/>
        <w:spacing w:before="63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February and even followed up on my post with an </w:t>
      </w:r>
      <w:hyperlink r:id="rId234">
        <w:r>
          <w:rPr>
            <w:rFonts w:ascii="Calibri" w:hAnsi="Calibri"/>
            <w:sz w:val="20"/>
            <w:color w:val="00B0F0"/>
            <w:u/>
          </w:rPr>
          <w:t>awesome post of their own</w:t>
        </w:r>
      </w:hyperlink>
      <w:hyperlink r:id="rId234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bookmarkStart w:id="55" w:name="pg5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first, I need to apologize.  </w:t>
      </w:r>
      <w:r>
        <w:rPr>
          <w:rFonts w:ascii="Cambria" w:hAnsi="Cambria"/>
          <w:b/>
          <w:i w:val="0"/>
          <w:color w:val="FFFFFF"/>
          <w:sz w:val="20"/>
          <w:u w:val="none"/>
        </w:rPr>
        <w:t>I erroneously said Citadel was an MM across the EU in Part 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found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conflicting sources, and Citadel </w:t>
      </w:r>
      <w:r>
        <w:rPr>
          <w:rFonts w:ascii="Cambria" w:hAnsi="Cambria"/>
          <w:b w:val="0"/>
          <w:i/>
          <w:color w:val="FFFFFF"/>
          <w:sz w:val="20"/>
          <w:u w:val="none"/>
        </w:rPr>
        <w:t>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 MM in Ireland, but I should have clarified. I’ll explain more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“how” and “why” I missed this later, but props to these Apes above who did their Due Due Diligience,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am in your debt. (</w:t>
      </w:r>
      <w:r>
        <w:rPr>
          <w:rFonts w:ascii="Cambria" w:hAnsi="Cambria"/>
          <w:b w:val="0"/>
          <w:i/>
          <w:color w:val="FFFFFF"/>
          <w:sz w:val="20"/>
          <w:u w:val="none"/>
        </w:rPr>
        <w:t>“To err is human...”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Several users also pointed out: MEMX lists several “friendly” institutions, including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BlackRock and Fidelity, as founders, not just Citadel and Virtu.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true! Kudos to the several users who broght this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up: </w:t>
      </w:r>
      <w:hyperlink r:id="rId235">
        <w:r>
          <w:rPr>
            <w:rFonts w:ascii="Calibri" w:hAnsi="Calibri"/>
            <w:sz w:val="20"/>
            <w:color w:val="00B0F0"/>
            <w:u/>
          </w:rPr>
          <w:t>u/mattlukinhapilydrunk</w:t>
        </w:r>
      </w:hyperlink>
      <w:hyperlink r:id="rId236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236">
        <w:r>
          <w:rPr>
            <w:rFonts w:ascii="Calibri" w:hAnsi="Calibri"/>
            <w:sz w:val="20"/>
            <w:color w:val="00B0F0"/>
            <w:u/>
          </w:rPr>
          <w:t>u/Robin_Squeeze</w:t>
        </w:r>
      </w:hyperlink>
      <w:hyperlink r:id="rId23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should we make of Citadel being at MEMX? 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Does Citadel really control MEMX – or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monopolize the market – if Blackrock, Virtu, and Fidelity are there too?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2.0: Introduction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of $GME is artificial. Prior posts have shown how $GME is being illegally manipulated by key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players to the financial system, namely Citadel. These companies abuse their legitimate privileges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 themselves at the expense of the market and investors. But it goes much deeper: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is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positioned to do more than just monopolize securities transactions. Citadel is positioned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market for securities transactions.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Wait, what?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Buckle up.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2.1: KING, I </w:t>
      </w:r>
    </w:p>
    <w:p>
      <w:pPr>
        <w:keepLines w:val="0"/>
        <w:widowControl w:val="0"/>
        <w:spacing w:before="19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Citadel’s influence on the market is all due to one quality:  </w:t>
      </w:r>
      <w:r>
        <w:rPr>
          <w:rFonts w:ascii="Cambria" w:hAnsi="Cambria"/>
          <w:b/>
          <w:i w:val="0"/>
          <w:color w:val="FFFFFF"/>
          <w:sz w:val="20"/>
          <w:u w:val="none"/>
        </w:rPr>
        <w:t>Volume.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Volume is king.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no way to understate it. Remember </w:t>
      </w:r>
      <w:hyperlink r:id="rId213">
        <w:r>
          <w:rPr>
            <w:rFonts w:ascii="Calibri" w:hAnsi="Calibri"/>
            <w:sz w:val="20"/>
            <w:color w:val="00B0F0"/>
            <w:u/>
          </w:rPr>
          <w:t>this chart?</w:t>
        </w:r>
      </w:hyperlink>
      <w:hyperlink r:id="rId213">
        <w:r>
          <w:rPr>
            <w:rFonts w:ascii="Cambria" w:hAnsi="Cambria"/>
            <w:sz w:val="20"/>
            <w:color w:val="FFFFFF"/>
            <w:u/>
          </w:rPr>
          <w:t xml:space="preserve"> 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and Virtu’s combined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volume being larger than ANY exchange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only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beginning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it’s our </w:t>
      </w:r>
      <w:r>
        <w:rPr>
          <w:rFonts w:ascii="Cambria" w:hAnsi="Cambria"/>
          <w:b w:val="0"/>
          <w:i/>
          <w:color w:val="FFFFFF"/>
          <w:sz w:val="20"/>
          <w:u w:val="none"/>
        </w:rPr>
        <w:t>starting point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you want to know why it’s taking so long to MOASS?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 at this </w:t>
      </w:r>
      <w:hyperlink r:id="rId237">
        <w:r>
          <w:rPr>
            <w:rFonts w:ascii="Calibri" w:hAnsi="Calibri"/>
            <w:sz w:val="20"/>
            <w:color w:val="00B0F0"/>
            <w:u/>
          </w:rPr>
          <w:t>tweet estimating the fees the MMs make off of volume.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 </w:t>
      </w:r>
      <w:hyperlink r:id="rId238">
        <w:r>
          <w:rPr>
            <w:rFonts w:ascii="Calibri" w:hAnsi="Calibri"/>
            <w:sz w:val="20"/>
            <w:color w:val="00B0F0"/>
            <w:u/>
          </w:rPr>
          <w:t>sauce</w:t>
        </w:r>
      </w:hyperlink>
      <w:hyperlink r:id="rId23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MMs made an estimated $350M+ in </w:t>
      </w:r>
      <w:r>
        <w:rPr>
          <w:rFonts w:ascii="Cambria" w:hAnsi="Cambria"/>
          <w:b/>
          <w:i w:val="0"/>
          <w:color w:val="FFFFFF"/>
          <w:sz w:val="20"/>
          <w:u w:val="none"/>
        </w:rPr>
        <w:t>four days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January 27 (the “sneeze”) </w:t>
      </w:r>
      <w:hyperlink r:id="rId239">
        <w:r>
          <w:rPr>
            <w:rFonts w:ascii="Calibri" w:hAnsi="Calibri"/>
            <w:sz w:val="20"/>
            <w:color w:val="00B0F0"/>
            <w:u/>
          </w:rPr>
          <w:t xml:space="preserve">volume was 24.8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239">
        <w:r>
          <w:rPr>
            <w:rFonts w:ascii="Calibri" w:hAnsi="Calibri"/>
            <w:sz w:val="20"/>
            <w:color w:val="00B0F0"/>
            <w:u/>
          </w:rPr>
          <w:t>billion equities traded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a </w:t>
      </w:r>
      <w:r>
        <w:rPr>
          <w:rFonts w:ascii="Cambria" w:hAnsi="Cambria"/>
          <w:b/>
          <w:i w:val="0"/>
          <w:color w:val="FFFFFF"/>
          <w:sz w:val="20"/>
          <w:u w:val="none"/>
        </w:rPr>
        <w:t>single day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(we now know the MMs also took the full income of the shares they sold since they were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 pledged shares and never delivered)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illustrates how the MMs generate revenue off of any volume. They do this with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nearly any security or transaction they make a market for.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So the same activities that empower Apes to create the MOASS also provide the MMs with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resources to prolong the arrival of MOASS.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 fuckin’ paradox. </w:t>
      </w:r>
    </w:p>
    <w:p>
      <w:bookmarkStart w:id="56" w:name="pg55"/>
      <w:pPr>
        <w:keepLines w:val="0"/>
        <w:pageBreakBefore/>
        <w:widowControl w:val="0"/>
        <w:spacing w:before="457" w:after="0" w:lineRule="exact" w:line="368"/>
        <w:ind w:left="0" w:right="-60"/>
      </w:pPr>
      <w:bookmarkEnd w:id="56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2.2: Kneel before the crown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Volume is king.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Once a firm hits a critical mass of transactions, it become impossible NOT to deal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firm. For example: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Exchanges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NYSE &amp; Nasdaq view Citadel/MEMX as a threat. Look at this article posted on the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Nasdaq website </w:t>
      </w:r>
      <w:hyperlink r:id="rId240">
        <w:r>
          <w:rPr>
            <w:rFonts w:ascii="Calibri" w:hAnsi="Calibri"/>
            <w:sz w:val="20"/>
            <w:color w:val="00B0F0"/>
            <w:u/>
          </w:rPr>
          <w:t>regarding MEMX</w:t>
        </w:r>
      </w:hyperlink>
      <w:hyperlink r:id="rId240">
        <w:r>
          <w:rPr>
            <w:rFonts w:ascii="Cambria" w:hAnsi="Cambria"/>
            <w:sz w:val="20"/>
            <w:color w:val="FFFFFF"/>
            <w:u/>
          </w:rPr>
          <w:t xml:space="preserve">: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“MEMX will provide market makers with the ability to bypass the exchanges entirely.” (</w:t>
      </w:r>
      <w:r>
        <w:rPr>
          <w:rFonts w:ascii="Cambria" w:hAnsi="Cambria"/>
          <w:b w:val="0"/>
          <w:i/>
          <w:color w:val="FFFFFF"/>
          <w:sz w:val="20"/>
          <w:u w:val="none"/>
        </w:rPr>
        <w:t>lol, so pissy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(credit to </w:t>
      </w:r>
      <w:hyperlink r:id="rId241">
        <w:r>
          <w:rPr>
            <w:rFonts w:ascii="Calibri" w:hAnsi="Calibri"/>
            <w:sz w:val="20"/>
            <w:color w:val="00B0F0"/>
            <w:u/>
          </w:rPr>
          <w:t>u/Fantasybroke</w:t>
        </w:r>
      </w:hyperlink>
      <w:hyperlink r:id="rId242">
        <w:r>
          <w:rPr>
            <w:rFonts w:ascii="Cambria" w:hAnsi="Cambria"/>
            <w:sz w:val="20"/>
            <w:color w:val="FFFFFF"/>
            <w:i/>
            <w:u/>
          </w:rPr>
          <w:t xml:space="preserve"> for their awesome comment)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much as these exchanges might be “frenemies” with Citadel, they still need to function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businesses.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pandemic posed a major issue for the NYSE: </w:t>
      </w:r>
      <w:r>
        <w:rPr>
          <w:rFonts w:ascii="Cambria" w:hAnsi="Cambria"/>
          <w:b w:val="0"/>
          <w:i/>
          <w:color w:val="FFFFFF"/>
          <w:sz w:val="20"/>
          <w:u w:val="none"/>
        </w:rPr>
        <w:t>how could they do IPOs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– a critical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function for exchanges – </w:t>
      </w:r>
      <w:r>
        <w:rPr>
          <w:rFonts w:ascii="Cambria" w:hAnsi="Cambria"/>
          <w:b w:val="0"/>
          <w:i/>
          <w:color w:val="FFFFFF"/>
          <w:sz w:val="20"/>
          <w:u w:val="none"/>
        </w:rPr>
        <w:t>when all traders were remote?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relied on Citadel.  </w:t>
      </w:r>
      <w:hyperlink r:id="rId243">
        <w:r>
          <w:rPr>
            <w:rFonts w:ascii="Calibri" w:hAnsi="Calibri"/>
            <w:sz w:val="20"/>
            <w:color w:val="00B0F0"/>
            <w:u/>
          </w:rPr>
          <w:t>Nine times</w:t>
        </w:r>
      </w:hyperlink>
      <w:hyperlink r:id="rId243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was </w:t>
      </w:r>
      <w:r>
        <w:rPr>
          <w:rFonts w:ascii="Cambria" w:hAnsi="Cambria"/>
          <w:b w:val="0"/>
          <w:i/>
          <w:color w:val="FFFFFF"/>
          <w:sz w:val="20"/>
          <w:u w:val="none"/>
        </w:rPr>
        <w:t>no other firm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had the capability to execute. Only Citadel.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Brokers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Awhile back there was a post about how a broker sent notice to clients saying in effect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they wouldn’t know how to source their transactions in the event of Citadel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defaulting. Users should expect delays in transactions if that happened.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(</w:t>
      </w:r>
      <w:r>
        <w:rPr>
          <w:rFonts w:ascii="Cambria" w:hAnsi="Cambria"/>
          <w:b w:val="0"/>
          <w:i/>
          <w:color w:val="FFFFFF"/>
          <w:sz w:val="20"/>
          <w:u w:val="none"/>
        </w:rPr>
        <w:t>eToro? WeBull? Schwab? TDA?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Superstonk I need the source, help![]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confirmed, this implies major brokerages are becoming or already are reliant on Citadel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basic, essential functions.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244">
        <w:r>
          <w:rPr>
            <w:rFonts w:ascii="Calibri" w:hAnsi="Calibri"/>
            <w:sz w:val="20"/>
            <w:color w:val="00B0F0"/>
            <w:u/>
          </w:rPr>
          <w:t>WHAT. THE. FUCK.</w:t>
        </w:r>
      </w:hyperlink>
      <w:hyperlink r:id="rId24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Let me it say again another way: we are at a point where MAJOR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BROKERAGES AND EVEN EXCHANGES DO NOT KNOW HOW TO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FUNCTION WITHOUT CITADEL.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it’s bigger than that – it’s not just key players in the market that are reliant on Citadel.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first.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2.3: The Four Corners </w:t>
      </w:r>
    </w:p>
    <w:p>
      <w:pPr>
        <w:keepLines w:val="0"/>
        <w:widowControl w:val="0"/>
        <w:spacing w:before="191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We... manufacture money.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– Ken Griffin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Ken Griffin quote stood out to me, I have a background in operations with experience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manufacturing &amp; logistics. “Manufacture” implies </w:t>
      </w:r>
      <w:r>
        <w:rPr>
          <w:rFonts w:ascii="Cambria" w:hAnsi="Cambria"/>
          <w:b/>
          <w:i w:val="0"/>
          <w:color w:val="FFFFFF"/>
          <w:sz w:val="20"/>
          <w:u w:val="none"/>
        </w:rPr>
        <w:t>certainty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output, given the correct inputs.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Citadel’s actions in the context of manufacturing - supply and demand – we can reverse engineer the </w:t>
      </w:r>
    </w:p>
    <w:p>
      <w:bookmarkStart w:id="57" w:name="pg5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7"/>
      <w:r>
        <w:rPr>
          <w:rFonts w:ascii="Cambria" w:hAnsi="Cambria"/>
          <w:b w:val="0"/>
          <w:i w:val="0"/>
          <w:color w:val="FFFFFF"/>
          <w:sz w:val="20"/>
          <w:u w:val="none"/>
        </w:rPr>
        <w:t>strategy. Understand how we got here. Let's go. (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This is important groundwork, but if you need to skip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you can jump to "2.4: Corner 3: Buyer"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Overview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think of the financial industry as one that manufactures “transactions”, in the same way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automotive industry manufactures “vehicles” of all varieties.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To manufacture a transaction requires a buyer, a seller, a product, </w:t>
      </w:r>
    </w:p>
    <w:p>
      <w:pPr>
        <w:keepLines w:val="0"/>
        <w:widowControl w:val="0"/>
        <w:spacing w:before="25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and is produced in a venue (a.k.a. a “Transaction factory”).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national “supply” comes from the collection of the different “factories”: exchanges,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ATS’s (Dark Pools), SDP’s (single-company terminals), etc. Each of the venues produces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slice of the overall Transactions pie chart.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Supply of “raw materials” (lol) - buyers and sellers with products - flow into the various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factories. Exchanges have been the primary “Transaction factories” for centuries. NYSE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Nasdaq still produce a large portion of US transactions every year.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exchanges employ Market Makers as a permanent stand-in buyer, seller, or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provider of products at the exchanges – whatever is needed. Exchanges charter MMs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 the missing pieces to complete the transactions, and provide the MMs with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special abilities to do so. Because exchanges benefit from having MMs.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So...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if you were a Market Maker, and you already provide the raw materials for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buyer, seller, and product pieces of “production,” what would you want to do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next if you wanted to grow?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would want a </w:t>
      </w:r>
      <w:r>
        <w:rPr>
          <w:rFonts w:ascii="Cambria" w:hAnsi="Cambria"/>
          <w:b/>
          <w:i w:val="0"/>
          <w:color w:val="FFFFFF"/>
          <w:sz w:val="20"/>
          <w:u w:val="none"/>
        </w:rPr>
        <w:t>venue.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Then you could manufacture transactions independently. </w:t>
      </w:r>
    </w:p>
    <w:p>
      <w:pPr>
        <w:keepLines w:val="0"/>
        <w:widowControl w:val="0"/>
        <w:spacing w:before="32" w:after="0" w:lineRule="exact" w:line="268"/>
        <w:ind w:left="0" w:right="-60"/>
      </w:pPr>
      <w:r>
        <w:rPr>
          <w:rFonts w:ascii="Arial" w:hAnsi="Arial"/>
          <w:b w:val="0"/>
          <w:i w:val="0"/>
          <w:color w:val="FFFFFF"/>
          <w:sz w:val="23"/>
          <w:u w:val="none"/>
        </w:rPr>
        <w:t xml:space="preserve">So guess what Citadel wants to do? </w:t>
      </w:r>
    </w:p>
    <w:p>
      <w:pPr>
        <w:keepLines w:val="0"/>
        <w:widowControl w:val="0"/>
        <w:spacing w:before="7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– is Citadel is ready? Do they really have enough </w:t>
      </w:r>
      <w:r>
        <w:rPr>
          <w:rFonts w:ascii="Cambria" w:hAnsi="Cambria"/>
          <w:b/>
          <w:i w:val="0"/>
          <w:color w:val="FFFFFF"/>
          <w:sz w:val="20"/>
          <w:u w:val="none"/>
        </w:rPr>
        <w:t>Products, Sellers, and Buyers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supply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“factory” of their own?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2.2: Corner 1: PRODUCT </w:t>
      </w:r>
    </w:p>
    <w:p>
      <w:pPr>
        <w:keepLines w:val="0"/>
        <w:widowControl w:val="0"/>
        <w:spacing w:before="19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Product is about range.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Range of available products is CRITICAL feature demanded by clients, as well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the necessary volume.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Storytime: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few months back a reddit user commented about their experience working at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financial firm (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for the love of everything I can’t find the comment now – Superstonk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/>
          <w:color w:val="FFFFFF"/>
          <w:sz w:val="20"/>
          <w:u w:val="none"/>
        </w:rPr>
        <w:t>help again!?[]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I don’t remember the username, probably something like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“stocksniffer42” or whatevs, lol. Let’s call him “Greg.”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Greg would occasionally need to make securities transactions at a nearby terminal,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couple times a week. Price wasn’t really important to Greg.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what WAS significant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availability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Greg had providers he preferred because they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what he needed. When they didn’t it was super inconvenient for him because THEN </w:t>
      </w:r>
    </w:p>
    <w:p>
      <w:bookmarkStart w:id="58" w:name="pg57"/>
      <w:pPr>
        <w:keepLines w:val="0"/>
        <w:pageBreakBefore/>
        <w:widowControl w:val="0"/>
        <w:spacing w:before="71" w:after="0" w:lineRule="exact" w:line="246"/>
        <w:ind w:left="1081" w:right="-60"/>
      </w:pPr>
      <w:bookmarkEnd w:id="5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Greg would have to search through enough providers to find what he needed.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more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“availability” that a certain provider offered, the more likely Greg used them.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pretty much the Amazon/WalMart/Target strategy. You’re more likely to buy from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since they have everything. Even if it’s not the lowest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 have a limited offering – CBOE doesn’t offer the same products as NYSE and vice-versa.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Huh, look at that. Citadel is a MM for multiple exchanges - CBOE, NYSE, and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NASDAQ. Looks like Citadel can offer options, securities, bonds, </w:t>
      </w:r>
      <w:hyperlink r:id="rId245">
        <w:r>
          <w:rPr>
            <w:rFonts w:ascii="Calibri" w:hAnsi="Calibri"/>
            <w:sz w:val="20"/>
            <w:color w:val="00B0F0"/>
            <w:u/>
          </w:rPr>
          <w:t>swaps</w:t>
        </w:r>
      </w:hyperlink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, and </w:t>
      </w:r>
    </w:p>
    <w:p>
      <w:pPr>
        <w:keepLines w:val="0"/>
        <w:widowControl w:val="0"/>
        <w:spacing w:before="30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pretty much </w:t>
      </w:r>
      <w:hyperlink r:id="rId246">
        <w:r>
          <w:rPr>
            <w:rFonts w:ascii="Calibri" w:hAnsi="Calibri"/>
            <w:sz w:val="20"/>
            <w:color w:val="00B0F0"/>
            <w:u/>
          </w:rPr>
          <w:t>any product under the sun</w:t>
        </w:r>
      </w:hyperlink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Seems like they have “Product” pretty well sorted. What about the other pieces?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2.3: Corner 2: SELLER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Generally, Sellers are interested in only </w:t>
      </w:r>
      <w:r>
        <w:rPr>
          <w:rFonts w:ascii="Cambria" w:hAnsi="Cambria"/>
          <w:b/>
          <w:i w:val="0"/>
          <w:color w:val="FFFFFF"/>
          <w:sz w:val="20"/>
          <w:u w:val="none"/>
        </w:rPr>
        <w:t>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However, price is the LEAST important aspect of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demand, believe it or not. (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Note: we’ll assume some interests overlap between buyer and seller because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same party can alternate roles.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is supported market-wide by a sense of trust and pre-arranged transaction costs: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is set nationally by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NBBO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– </w:t>
      </w:r>
      <w:hyperlink r:id="rId247">
        <w:r>
          <w:rPr>
            <w:rFonts w:ascii="Calibri" w:hAnsi="Calibri"/>
            <w:sz w:val="20"/>
            <w:color w:val="00B0F0"/>
            <w:u/>
          </w:rPr>
          <w:t>the National Best Bid and Offer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 national price </w:t>
      </w:r>
    </w:p>
    <w:p>
      <w:pPr>
        <w:keepLines w:val="0"/>
        <w:widowControl w:val="0"/>
        <w:spacing w:before="63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range that establishes trust with buyers and sellers. Everybody abides by it. </w:t>
      </w:r>
      <w:hyperlink r:id="rId248">
        <w:r>
          <w:rPr>
            <w:rFonts w:ascii="Calibri" w:hAnsi="Calibri"/>
            <w:sz w:val="20"/>
            <w:color w:val="00B0F0"/>
            <w:u/>
          </w:rPr>
          <w:t xml:space="preserve">Nobody will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248">
        <w:r>
          <w:rPr>
            <w:rFonts w:ascii="Calibri" w:hAnsi="Calibri"/>
            <w:sz w:val="20"/>
            <w:color w:val="00B0F0"/>
            <w:u/>
          </w:rPr>
          <w:t>be scamming anyone on price in the NBBO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Because...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Venues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(like exchanges) don’t make money off price, they make it from member fees, or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sub-penny fees.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Product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prices can vary quickly, so it’s somewhat relative. Precision pricing isn’t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concern for the vast majority of non-HFT trades.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Buyers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proceed if the price is within their acceptable range and doesn’t have an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undue markup.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Market Makers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make very little money on individual transactions, usually.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(We individual retail investors may want maximum profit through a single transaction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(*</w:t>
      </w:r>
      <w:r>
        <w:rPr>
          <w:rFonts w:ascii="Cambria" w:hAnsi="Cambria"/>
          <w:b w:val="0"/>
          <w:i/>
          <w:color w:val="FFFFFF"/>
          <w:sz w:val="20"/>
          <w:u w:val="none"/>
        </w:rPr>
        <w:t>cough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* DIAMOND HANDS *</w:t>
      </w:r>
      <w:r>
        <w:rPr>
          <w:rFonts w:ascii="Cambria" w:hAnsi="Cambria"/>
          <w:b w:val="0"/>
          <w:i/>
          <w:color w:val="FFFFFF"/>
          <w:sz w:val="20"/>
          <w:u w:val="none"/>
        </w:rPr>
        <w:t>cough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*)... but not Market Makers.)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institutional sellers have an </w:t>
      </w:r>
      <w:r>
        <w:rPr>
          <w:rFonts w:ascii="Cambria" w:hAnsi="Cambria"/>
          <w:b/>
          <w:i w:val="0"/>
          <w:color w:val="FFFFFF"/>
          <w:sz w:val="20"/>
          <w:u w:val="none"/>
        </w:rPr>
        <w:t>additional price agenda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sellers don’t want to flood the market of their given security, dropping the price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 as they sell. They want to offload the asset in a price-friendly way.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Strategic sellers don’t want the marketplace to know that they changed a position, they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keep their transactions private.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sellers would want a venue that won’t affect the public price and remains private.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</w:t>
      </w:r>
      <w:r>
        <w:rPr>
          <w:rFonts w:ascii="Cambria" w:hAnsi="Cambria"/>
          <w:b/>
          <w:i w:val="0"/>
          <w:color w:val="FFFFFF"/>
          <w:sz w:val="20"/>
          <w:u w:val="none"/>
        </w:rPr>
        <w:t>price agenda is relative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it’s up to each party to decide their interests. At the point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 </w:t>
      </w:r>
      <w:r>
        <w:rPr>
          <w:rFonts w:ascii="Cambria" w:hAnsi="Cambria"/>
          <w:b/>
          <w:i w:val="0"/>
          <w:color w:val="FFFFFF"/>
          <w:sz w:val="20"/>
          <w:u w:val="none"/>
        </w:rPr>
        <w:t>price is either pre-negotiated (for volume sells), or else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precise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price does not matter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for non-HFT transactions.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</w:t>
      </w:r>
      <w:r>
        <w:rPr>
          <w:rFonts w:ascii="Cambria" w:hAnsi="Cambria"/>
          <w:b w:val="0"/>
          <w:i/>
          <w:color w:val="FFFFFF"/>
          <w:sz w:val="20"/>
          <w:u w:val="none"/>
        </w:rPr>
        <w:t>Would you sell $XYZ at $220.05 but NOT at $220.02?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Strategically, if Citadel wanted to increase its volume of sellers it would need: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ability to absorb large volumes of securities (i.e. buy a lot at a competitive price)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source a large volume of buyers to match with the sellers. </w:t>
      </w:r>
    </w:p>
    <w:p>
      <w:bookmarkStart w:id="59" w:name="pg58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59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 private transaction venue to attract sellers of any volume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Interesting. Seems like Citadel is probably already doing a lot of this activity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through the exchanges or Dark Pools they might be connected to.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about the last piece?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2.4: Corner 3: BUYER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Buyer is interested in one thing: </w:t>
      </w:r>
      <w:r>
        <w:rPr>
          <w:rFonts w:ascii="Cambria" w:hAnsi="Cambria"/>
          <w:b/>
          <w:i w:val="0"/>
          <w:color w:val="FFFFFF"/>
          <w:sz w:val="20"/>
          <w:u w:val="none"/>
        </w:rPr>
        <w:t>EASE OF ACCESS.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Like Greg, a buyer wants easy access to a range of securities, acceptable prices, and easy access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to sellers.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can be all of these and/or provide them, but, wait –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How exactly can clients BUY from Citadel?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Maybe clients can buy from Citadel on the public exchanges?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True, but Citadel could still lose the bid. Or pay additional fees, or lose on the bid-ask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spread.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that’s no good for Citadel. It means the clients are coming to the exchanges, which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the venues Citadel is trying to compete against.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Perhaps their target clients are institutions that want the kind of lower-cost, lower-visibility option that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Dark Pool offers? Can clients buy from Citadel on one of the many Dark Pools/ATSs?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Yes, but the Dark Pools can be “pinged” by HFTs to reveal positions and interest. Someone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else could front run the transaction.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again, the venue would be making the transaction, not Citadel.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So why doesn’t Citadel do their own Dark Pool then? Why should the US’s largest Market Maker pay to 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someone else’s Dark Pool?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let’s check if Citadel Has their own ATS. Hmmm… that’s weird. There is </w:t>
      </w:r>
      <w:hyperlink r:id="rId249">
        <w:r>
          <w:rPr>
            <w:rFonts w:ascii="Calibri" w:hAnsi="Calibri"/>
            <w:sz w:val="20"/>
            <w:color w:val="00B0F0"/>
            <w:u/>
          </w:rPr>
          <w:t xml:space="preserve">no ATS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249">
        <w:r>
          <w:rPr>
            <w:rFonts w:ascii="Calibri" w:hAnsi="Calibri"/>
            <w:sz w:val="20"/>
            <w:color w:val="00B0F0"/>
            <w:u/>
          </w:rPr>
          <w:t>registered to Citadel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 </w:t>
      </w:r>
      <w:r>
        <w:rPr>
          <w:rFonts w:ascii="Cambria" w:hAnsi="Cambria"/>
          <w:b/>
          <w:i/>
          <w:color w:val="FFFFFF"/>
          <w:sz w:val="20"/>
          <w:u w:val="none"/>
        </w:rPr>
        <w:t>Anywhere.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(Dark Pools have to </w:t>
      </w:r>
      <w:hyperlink r:id="rId250">
        <w:r>
          <w:rPr>
            <w:rFonts w:ascii="Calibri" w:hAnsi="Calibri"/>
            <w:sz w:val="20"/>
            <w:color w:val="00B0F0"/>
            <w:u/>
          </w:rPr>
          <w:t>register through form ATS-N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due to SEC regulation ATS)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So if Citadel has to compete for buyers in exchanges, and they pay to go through Dark Pools,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why, or how, do clients buy from Citadel? How does Citadel get its volume?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Easy. </w:t>
      </w:r>
    </w:p>
    <w:p>
      <w:pPr>
        <w:keepLines w:val="0"/>
        <w:widowControl w:val="0"/>
        <w:spacing w:before="344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Citadel Connect.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Wait, what?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8" w:after="0" w:lineRule="exact" w:line="352"/>
        <w:ind w:left="0" w:right="-60"/>
      </w:pPr>
      <w:hyperlink r:id="rId251">
        <w:r>
          <w:rPr>
            <w:rFonts w:ascii="Cambria" w:hAnsi="Cambria"/>
            <w:sz w:val="29"/>
            <w:color w:val="FFFFFF"/>
            <w:b/>
            <w:u/>
          </w:rPr>
          <w:t>Citadel Connect</w:t>
        </w:r>
      </w:hyperlink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That’s right. You’ve been in these subs for 6 months and you haven’t heard of </w:t>
      </w:r>
      <w:r>
        <w:rPr>
          <w:rFonts w:ascii="Cambria" w:hAnsi="Cambria"/>
          <w:b/>
          <w:i w:val="0"/>
          <w:color w:val="FFFFFF"/>
          <w:sz w:val="20"/>
          <w:u w:val="none"/>
        </w:rPr>
        <w:t>Citadel Connect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? Citadel’s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“not a Dark Pool” Dark Pool? (That’s not by coincidence, btw). </w:t>
      </w:r>
    </w:p>
    <w:p>
      <w:pPr>
        <w:keepLines w:val="0"/>
        <w:widowControl w:val="0"/>
        <w:spacing w:before="324" w:after="0" w:lineRule="exact" w:line="352"/>
        <w:ind w:left="0" w:right="-60"/>
      </w:pPr>
      <w:hyperlink r:id="rId252">
        <w:r>
          <w:rPr>
            <w:rFonts w:ascii="Cambria" w:hAnsi="Cambria"/>
            <w:sz w:val="29"/>
            <w:color w:val="FFFFFF"/>
            <w:b/>
            <w:i/>
            <w:u/>
          </w:rPr>
          <w:t>MOTHERFUCKER WHAT?!?!</w:t>
        </w:r>
      </w:hyperlink>
      <w:hyperlink r:id="rId252">
        <w:r>
          <w:rPr>
            <w:rFonts w:ascii="Arial" w:hAnsi="Arial"/>
            <w:sz w:val="29"/>
            <w:color w:val="FFFFFF"/>
            <w:u/>
          </w:rPr>
          <w:t xml:space="preserve"> </w:t>
        </w:r>
      </w:hyperlink>
    </w:p>
    <w:p>
      <w:bookmarkStart w:id="60" w:name="pg5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Connect is an SDP, not an ATS. The difference is the reporting requirements. SDPs do not have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the disclosures that either the exchanges or even the ATSs (a.k.a. Dark Pools) have to.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8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(FINRA once took a look at </w:t>
      </w:r>
      <w:hyperlink r:id="rId253">
        <w:r>
          <w:rPr>
            <w:rFonts w:ascii="Calibri" w:hAnsi="Calibri"/>
            <w:sz w:val="20"/>
            <w:color w:val="00B0F0"/>
            <w:u/>
          </w:rPr>
          <w:t>regulating SDPs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but decided </w:t>
      </w:r>
      <w:hyperlink r:id="rId254">
        <w:r>
          <w:rPr>
            <w:rFonts w:ascii="Calibri" w:hAnsi="Calibri"/>
            <w:sz w:val="20"/>
            <w:color w:val="00B0F0"/>
            <w:u/>
          </w:rPr>
          <w:t>not to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</w:t>
      </w:r>
    </w:p>
    <w:p>
      <w:pPr>
        <w:keepLines w:val="0"/>
        <w:widowControl w:val="0"/>
        <w:spacing w:before="378" w:after="0" w:lineRule="exact" w:line="252"/>
        <w:ind w:left="0" w:right="-60"/>
      </w:pPr>
      <w:hyperlink r:id="rId255">
        <w:r>
          <w:rPr>
            <w:rFonts w:ascii="Calibri" w:hAnsi="Calibri"/>
            <w:sz w:val="20"/>
            <w:color w:val="00B0F0"/>
            <w:u/>
          </w:rPr>
          <w:t>Yep.</w:t>
        </w:r>
      </w:hyperlink>
      <w:hyperlink r:id="rId25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a laughable amount of search results for Citadel Connect on Google. There are no images of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 could find. I believe it is an API-type feed that plugs into existing order systems. But I couldn’t tell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based on searches. I found no documentation – just allusions to its features.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when the SEC regulated ATSs in 2015, Ken shut down Citadel’s actual Dark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Pool, </w:t>
      </w:r>
      <w:hyperlink r:id="rId256">
        <w:r>
          <w:rPr>
            <w:rFonts w:ascii="Calibri" w:hAnsi="Calibri"/>
            <w:sz w:val="20"/>
            <w:color w:val="00B0F0"/>
            <w:u/>
          </w:rPr>
          <w:t>Apogee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in order to avoid visibility altogether. Citadel started routing </w:t>
      </w:r>
    </w:p>
    <w:p>
      <w:pPr>
        <w:keepLines w:val="0"/>
        <w:widowControl w:val="0"/>
        <w:spacing w:before="63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</w:t>
      </w:r>
      <w:hyperlink r:id="rId257">
        <w:r>
          <w:rPr>
            <w:rFonts w:ascii="Calibri" w:hAnsi="Calibri"/>
            <w:sz w:val="20"/>
            <w:color w:val="00B0F0"/>
            <w:u/>
          </w:rPr>
          <w:t>through Citadel Connect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instead.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Connect doesn’t meet the definition of an ATS. There is no competition – no bids,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intent of interest, no disclosures – nothing. It is one order type from one company.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Order type is IOC (Immediate Or Cancel), and the output is binary – a type of “yes” or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“no”. You deal only with Citadel.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“Citadel, here’s 420 shares of $DOOK, will you buy at $6.969?”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“YES” --&gt; </w:t>
      </w:r>
      <w:r>
        <w:rPr>
          <w:rFonts w:ascii="Cambria" w:hAnsi="Cambria"/>
          <w:b w:val="0"/>
          <w:i/>
          <w:color w:val="FFFFFF"/>
          <w:sz w:val="20"/>
          <w:u w:val="none"/>
        </w:rPr>
        <w:t>transaction complete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or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“NO” --&gt; </w:t>
      </w:r>
      <w:r>
        <w:rPr>
          <w:rFonts w:ascii="Cambria" w:hAnsi="Cambria"/>
          <w:b w:val="0"/>
          <w:i/>
          <w:color w:val="FFFFFF"/>
          <w:sz w:val="20"/>
          <w:u w:val="none"/>
        </w:rPr>
        <w:t>end transaction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it’s private, the only information that comes out of the transaction is what’s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reported to the tape, 10 seconds after the transaction.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Okay, so you’re just buying from a single company, that doesn’t seem like a big deal. And aren’t there are a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18">
        <w:r>
          <w:rPr>
            <w:rFonts w:ascii="Cambria" w:hAnsi="Cambria"/>
            <w:sz w:val="20"/>
            <w:color w:val="FFFFFF"/>
            <w:i/>
            <w:u/>
          </w:rPr>
          <w:t>lot of other SDPs? So why is this a problem?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itself? Not a problem. Buyers and sellers love it, I’m sure.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However…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2.5: KING, II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Volume is king.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Citadel does such volume that it is considered a “</w:t>
      </w:r>
      <w:r>
        <w:rPr>
          <w:rFonts w:ascii="Cambria" w:hAnsi="Cambria"/>
          <w:b/>
          <w:i w:val="0"/>
          <w:color w:val="FFFFFF"/>
          <w:sz w:val="20"/>
          <w:u w:val="none"/>
        </w:rPr>
        <w:t>securities wholesaler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”, one of only a few in the US.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Costco, or any wholesale business, it deals in bulk. But Citadel can deal in small transactions, too.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has a massive network of sales connections through its Market Maker presence at US exchanges.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capitalizes on the relationships through Citadel Connect, turning them into clients.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Citadel has a market advantage with its volume of clients.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Connect integrates into existing ATSs and client dashboards (here’s an example from </w:t>
      </w:r>
      <w:hyperlink r:id="rId258">
        <w:r>
          <w:rPr>
            <w:rFonts w:ascii="Calibri" w:hAnsi="Calibri"/>
            <w:sz w:val="20"/>
            <w:color w:val="00B0F0"/>
            <w:u/>
          </w:rPr>
          <w:t xml:space="preserve">BNP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258">
        <w:r>
          <w:rPr>
            <w:rFonts w:ascii="Calibri" w:hAnsi="Calibri"/>
            <w:sz w:val="20"/>
            <w:color w:val="00B0F0"/>
            <w:u/>
          </w:rPr>
          <w:t>Paribas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</w:t>
      </w:r>
      <w:hyperlink r:id="rId259">
        <w:r>
          <w:rPr>
            <w:rFonts w:ascii="Calibri" w:hAnsi="Calibri"/>
            <w:sz w:val="20"/>
            <w:color w:val="00B0F0"/>
            <w:u/>
          </w:rPr>
          <w:t>sauce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Like Greg’s testimonial, I suspect it’s easy for just about any financial firm to deal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directly with Citadel.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Citadel has an ease of access advantage.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given Citadel’s wide range of products it conducts business in and is a Market Maker for, I’m sure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is an attractive option for just about anyone in the financial industry who wants to buy or sell a </w:t>
      </w:r>
    </w:p>
    <w:p>
      <w:bookmarkStart w:id="61" w:name="pg6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product of any kind. Competitive prices. Whether in bulk or in small batches. Whether privately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publicly. However frequently, or whatever the dollar amount might be.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Citadel has a privacy and pricing advantage.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Amazon, WalMart, and Target, Citadel is offering </w:t>
      </w:r>
      <w:r>
        <w:rPr>
          <w:rFonts w:ascii="Cambria" w:hAnsi="Cambria"/>
          <w:b w:val="0"/>
          <w:i/>
          <w:color w:val="FFFFFF"/>
          <w:sz w:val="20"/>
          <w:u w:val="none"/>
        </w:rPr>
        <w:t>everything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a wide range of products, nearly 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volume, effortless ease of access, the additional powers of an MM, and a nearly ubiquitous presence.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Doing so lets Citadel capture a massive amount of market share. So much that it is prohibitive to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players, relegating them to smaller niche offerings and/or a smaller footprint.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Citadel has market presence advantage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2.6: The Final Piece: VENUE </w:t>
      </w:r>
    </w:p>
    <w:p>
      <w:pPr>
        <w:keepLines w:val="0"/>
        <w:widowControl w:val="0"/>
        <w:spacing w:before="153" w:after="0" w:lineRule="exact" w:line="268"/>
        <w:ind w:left="0" w:right="-60"/>
      </w:pPr>
      <w:r>
        <w:rPr>
          <w:rFonts w:ascii="Arial" w:hAnsi="Arial"/>
          <w:b w:val="0"/>
          <w:i w:val="0"/>
          <w:color w:val="FFFFFF"/>
          <w:sz w:val="23"/>
          <w:u w:val="none"/>
        </w:rPr>
        <w:t xml:space="preserve">So guess what Citadel wants to do? </w:t>
      </w:r>
    </w:p>
    <w:p>
      <w:pPr>
        <w:keepLines w:val="0"/>
        <w:widowControl w:val="0"/>
        <w:spacing w:before="19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But… do you get it? Have you figured it out?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doesn’t need to </w:t>
      </w:r>
      <w:r>
        <w:rPr>
          <w:rFonts w:ascii="Cambria" w:hAnsi="Cambria"/>
          <w:b/>
          <w:i w:val="0"/>
          <w:color w:val="FFFFFF"/>
          <w:sz w:val="20"/>
          <w:u w:val="none"/>
        </w:rPr>
        <w:t>get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venue.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</w:t>
      </w:r>
      <w:r>
        <w:rPr>
          <w:rFonts w:ascii="Cambria" w:hAnsi="Cambria"/>
          <w:b/>
          <w:i/>
          <w:color w:val="FFFFFF"/>
          <w:sz w:val="20"/>
          <w:u w:val="none"/>
        </w:rPr>
        <w:t>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venue. </w:t>
      </w:r>
    </w:p>
    <w:p>
      <w:pPr>
        <w:keepLines w:val="0"/>
        <w:widowControl w:val="0"/>
        <w:spacing w:before="374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is </w:t>
      </w:r>
      <w:hyperlink r:id="rId260">
        <w:r>
          <w:rPr>
            <w:rFonts w:ascii="Calibri" w:hAnsi="Calibri"/>
            <w:sz w:val="20"/>
            <w:color w:val="00B0F0"/>
            <w:u/>
          </w:rPr>
          <w:t>internalizing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substantial volume of transactions from the marketplace. It’s conducting the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inside its own walls, acting AS the venue in itself.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Said another way, Citadel is “black box”-ing the transaction market, and it’s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doing so at a </w:t>
      </w:r>
      <w:hyperlink r:id="rId261">
        <w:r>
          <w:rPr>
            <w:rFonts w:ascii="Calibri" w:hAnsi="Calibri"/>
            <w:sz w:val="20"/>
            <w:color w:val="00B0F0"/>
            <w:u/>
          </w:rPr>
          <w:t>massive volume</w:t>
        </w:r>
      </w:hyperlink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 - </w:t>
      </w:r>
      <w:hyperlink r:id="rId262">
        <w:r>
          <w:rPr>
            <w:rFonts w:ascii="Calibri" w:hAnsi="Calibri"/>
            <w:sz w:val="20"/>
            <w:color w:val="00B0F0"/>
            <w:u/>
          </w:rPr>
          <w:t>sauce</w:t>
        </w:r>
      </w:hyperlink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Okay, so it sounds like Citadel is just buying and selling from multiple parties, and making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profit off the spread. Every firm does that, though, right? It’s just arbitrage, it doesn’t make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them an exchange.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is offering the features of an exchange, or even benefiting from existing exchanges (i.e. the NBBO,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MM powers across multiple exchanges) without any of the regulations of an exchange. It can offer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products, more easily, more quickly, more cheaply, and more privately than an exchange could. It’s so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non-competitive that IEX - yeah, the exchange - </w:t>
      </w:r>
      <w:hyperlink r:id="rId263">
        <w:r>
          <w:rPr>
            <w:rFonts w:ascii="Calibri" w:hAnsi="Calibri"/>
            <w:sz w:val="20"/>
            <w:color w:val="00B0F0"/>
            <w:u/>
          </w:rPr>
          <w:t>wrote about the decline of exchanges</w:t>
        </w:r>
      </w:hyperlink>
      <w:hyperlink r:id="rId263">
        <w:r>
          <w:rPr>
            <w:rFonts w:ascii="Cambria" w:hAnsi="Cambria"/>
            <w:sz w:val="20"/>
            <w:color w:val="FFFFFF"/>
            <w:u/>
          </w:rPr>
          <w:t xml:space="preserve">: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“...trends of the past decade have seen a sharp increase in costs to trade on exchanges, a sharp decrease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number of exchange broker members, and a steady erosion in the ability of smaller or new firms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compete for business.”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doing this at the same time that brokers and even exchanges are relying on Citadel more and more.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And, by the way - </w:t>
      </w:r>
      <w:r>
        <w:rPr>
          <w:rFonts w:ascii="Cambria" w:hAnsi="Cambria"/>
          <w:b w:val="0"/>
          <w:i/>
          <w:color w:val="FFFFFF"/>
          <w:sz w:val="20"/>
          <w:u w:val="none"/>
        </w:rPr>
        <w:t>why are they so reliant on Citadel in the first place?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Glad you asked.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Volume is limited.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So the more volume Citadel takes...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...the less volume there is for the competition.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...the more reliant the other players are on Citadel for buying and selling.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...the less profit for competitors, so the more expensive their services have to be.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“rich-get-richer” advantage is known as a “virtuous cycle” (hah – “virtuous”) – one of the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sought-after business advantages. </w:t>
      </w:r>
    </w:p>
    <w:p>
      <w:bookmarkStart w:id="62" w:name="pg6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2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is capturing and internalizing more and more transactions, driving up costs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exchanges and making the competition smaller and smaller while also making them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dependent on Citadel to conduct critical business operations.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“Free market”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2.7: “...to forgive, devine.”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I told you I would follow up on “how” and “why” I missed on Citadel not being an MM across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EU.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EU marketplace is structured differently than the American markets, with different rules and roles. I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knew Citadel had a massive presence in the EU, I just missed the role. I think you can put together </w:t>
      </w:r>
      <w:hyperlink r:id="rId264">
        <w:r>
          <w:rPr>
            <w:rFonts w:ascii="Calibri" w:hAnsi="Calibri"/>
            <w:sz w:val="20"/>
            <w:color w:val="00B0F0"/>
            <w:u/>
          </w:rPr>
          <w:t>why</w:t>
        </w:r>
      </w:hyperlink>
      <w:hyperlink r:id="rId264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57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2.8: TL;DR </w:t>
      </w:r>
    </w:p>
    <w:p>
      <w:pPr>
        <w:keepLines w:val="0"/>
        <w:widowControl w:val="0"/>
        <w:spacing w:before="19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is moving beyond monopolizing the MM role, it has captured a massive portion of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securities transactions and is moving them off-exchange. For an undisclosed portion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transactions, Citadel IS the market.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positioned itself to provide every piece required to provide transactions – buyers,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sellers, product – at an unrivaled scale, allowing it to be a wholesale internalizer.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(“Internalizing” here is shorthand for “one company acting as a private exchange without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 regulations or oversight”).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does this through an SDP called “Citadel Connect,” which is a type of Dark Pool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doesn’t require disclosure.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Citadel's overall volume and market position are prohibitive to new competition and also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drives away all but the largest competitors.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exchanges are losing volume to Citadel's OTC market share, threatening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exchanges’ position in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is capturing more and more of the transactions market, experiencing less competition,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it enjoys more and more entrenched advantages, at the expense of the market and the investor.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groundwork that will set us up for Part 3. </w:t>
      </w:r>
    </w:p>
    <w:p>
      <w:pPr>
        <w:keepLines w:val="0"/>
        <w:widowControl w:val="0"/>
        <w:spacing w:before="57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3 coming soon... </w:t>
      </w:r>
    </w:p>
    <w:p>
      <w:pPr>
        <w:keepLines w:val="0"/>
        <w:widowControl w:val="0"/>
        <w:spacing w:before="577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EPILOGUE: Dieu et mon droit </w:t>
      </w:r>
    </w:p>
    <w:p>
      <w:pPr>
        <w:keepLines w:val="0"/>
        <w:widowControl w:val="0"/>
        <w:spacing w:before="19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"But it’s bigger than that – it’s not just key players in the market that are reliant on Citadel."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Including this after the TL;DR for all to see. This is why I was delayed. </w:t>
      </w:r>
    </w:p>
    <w:p>
      <w:bookmarkStart w:id="63" w:name="pg62"/>
      <w:pPr>
        <w:keepLines w:val="0"/>
        <w:pageBreakBefore/>
        <w:widowControl w:val="0"/>
        <w:spacing w:before="61" w:after="0" w:lineRule="exact" w:line="252"/>
        <w:ind w:left="0" w:right="-60"/>
      </w:pPr>
      <w:bookmarkEnd w:id="6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2 minute video from Citadel’s own page.  </w:t>
      </w:r>
      <w:hyperlink r:id="rId265">
        <w:r>
          <w:rPr>
            <w:rFonts w:ascii="Calibri" w:hAnsi="Calibri"/>
            <w:sz w:val="20"/>
            <w:color w:val="00B0F0"/>
            <w:u/>
          </w:rPr>
          <w:t>Watch it.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It blew me away when I saw it, and I'll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explain why below. Transcription mine (streamlined version):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Mary Erodes: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That’s a really important shift. The groups that used to make markets, i.e. step in when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else was there, were the banks. They have shrunk by law. So when we need liquidity in the future…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[points at Ken] He’s has a fiduciary obligation to care only about his shareholders and his investors.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doesn’t have an obligation to step in to make markets for the sake of making markets. It will be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very different playbook when we go through the liquidity crunch that eventually will come.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Ken Griffin: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think this is very interesting, ”what is the role [Citadel] will play in the next great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correction?” …[In financial crashes] no one buys the asset that represents the falling knife. The role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maker is to maximize the availability of liquidity to all participants. Because the perception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and reality that you create liquidity helps to calm the markets. We worked with NYSE and the SEC to re-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architect trading protocols…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role of large investment banks has been supplanted by not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Securities, but by a whole ecosystem of statistical arbitrage that will absorb risk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comes to market quickly.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[emphasis mine]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 me summarize. Mary and Ken commented that: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old way of stabilizing financial crises was through multiple banks negotiating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solution to stabilize the economy.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can no longer do this due to regulations and their position in the market.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(Ken) sees a Market Maker’s role as a stabilizer, to make sure there are no violent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swings.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worked with NYSE and SEC to re-architect the markets/economy on this belief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MMs will stablize and calm markets.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IF this is true, and IF what Ken spoke of is an accurate reflection of how the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market is now structured, then here is the subtext and implications: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Makers, specifically Citadel and Virtu, are now the ECONOMY’S “immune system,”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first and best line of defense against catastrophic collapse.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function is to make sure that no single security or asset class can expose the market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overwhelming risk.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manage this risk through statistical arbitrage and coordination with authorities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(NYSE &amp; SEC) on behalf of the market.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worked with the oversight organizations to influence the structure of the overall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Going deeper: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in this room knew about naked shorting. And that Citadel was a primary culprit.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implies that somewhere, at some point, a deal was reached, tacitly or explicitly. The NYSE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were in on it (at the time):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Citadel/MM’s get to control securities prices with relative impunity. Naked shorting and all. </w:t>
      </w:r>
    </w:p>
    <w:p>
      <w:bookmarkStart w:id="64" w:name="pg6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 return, Citadel is responsible for making sure that no more crashes happen. </w:t>
      </w:r>
    </w:p>
    <w:p>
      <w:pPr>
        <w:keepLines w:val="0"/>
        <w:widowControl w:val="0"/>
        <w:spacing w:before="335" w:after="0" w:lineRule="exact" w:line="368"/>
        <w:ind w:left="0" w:right="-60"/>
      </w:pPr>
      <w:hyperlink r:id="rId266">
        <w:r>
          <w:rPr>
            <w:rFonts w:ascii="Calibri" w:hAnsi="Calibri"/>
            <w:sz w:val="20"/>
            <w:color w:val="00B0F0"/>
            <w:u/>
          </w:rPr>
          <w:t>WHAT THE FUCK.</w:t>
        </w:r>
      </w:hyperlink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I have no words.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this is true, the implications for the MOASS are...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defaulting is the equivalent of the entire economy getting full blown AIDS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spinal cancer at the same time. Knocking out the immune system and the functional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response chain of the market.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leaves the market vulnerable to violent price swings that can instantly bankrupt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players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...which is why the DTCC is so concerned about member defaulting and transferring of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assets…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...and another reason why the MOASS is taking so long: every player in the economy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needs Citadel’s assets need to remain intact, to stabilize the market and continue acting as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immune system.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video is from 2018. It has been over 2 years since then, at the time of this writing.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Buy. Hodl. </w:t>
      </w:r>
    </w:p>
    <w:p>
      <w:pPr>
        <w:keepLines w:val="0"/>
        <w:widowControl w:val="0"/>
        <w:spacing w:before="617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 1: </w:t>
      </w:r>
      <w:hyperlink r:id="rId267">
        <w:r>
          <w:rPr>
            <w:rFonts w:ascii="Calibri" w:hAnsi="Calibri"/>
            <w:sz w:val="20"/>
            <w:color w:val="00B0F0"/>
            <w:u/>
          </w:rPr>
          <w:t>u/dlauer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you're reading this I'd like to connect re:part 3 - HMU with chat (DMs are off)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 2: If you guys find the links I couldn't find (i.e. "Greg", and the brokerage letter saying 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 would delay their transactions) - comment and I'll update!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 3: Apes, I've seen responses to part one that end in despair.  </w:t>
      </w:r>
      <w:r>
        <w:rPr>
          <w:rFonts w:ascii="Cambria" w:hAnsi="Cambria"/>
          <w:b/>
          <w:i w:val="0"/>
          <w:color w:val="FFFFFF"/>
          <w:sz w:val="20"/>
          <w:u w:val="none"/>
        </w:rPr>
        <w:t>Be encouraged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regulators (NYSE,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SEC, et. al) don't seem to like the current setup anymore. Gary Gensler's speech last month was laser-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focused on Citadel and Virtu (and also confirms this DD):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Further, wholesalers have many advantages when it comes to pricing compared to exchange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makers. The two types of market makers are operating under very different rules. [...]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the off-exchange market maker space, we are seeing concentration. One firm has publicly stated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it executes nearly half of all retail volume.[2] There are many reasons behind this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concentration — from payment for order flow to the growing impact of data, both of which I’ll discuss.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concentration can deter healthy competition and limit innovation. It also can increase potential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system-wide risks, should any single incumbent with significant size or market share fail.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don't think the guy likes Citadel very much lol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I'm seeing some responses that think this post implies Citadel is all powerful or controls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everything. Very much not the case. Apes have them by the balls. Buy and Hodl, as always. But it helps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 exactly </w:t>
      </w:r>
      <w:r>
        <w:rPr>
          <w:rFonts w:ascii="Cambria" w:hAnsi="Cambria"/>
          <w:b w:val="0"/>
          <w:i/>
          <w:color w:val="FFFFFF"/>
          <w:sz w:val="20"/>
          <w:u w:val="none"/>
        </w:rPr>
        <w:t>what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 are up against, and </w:t>
      </w:r>
      <w:r>
        <w:rPr>
          <w:rFonts w:ascii="Cambria" w:hAnsi="Cambria"/>
          <w:b w:val="0"/>
          <w:i/>
          <w:color w:val="FFFFFF"/>
          <w:sz w:val="20"/>
          <w:u w:val="none"/>
        </w:rPr>
        <w:t>why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MOASS is taking time. Also, we don't really want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to just change the name on the building and get a new CEO - that doesn't really solve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problem, does it?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65" w:name="pg64"/>
      <w:pPr>
        <w:keepLines w:val="0"/>
        <w:pageBreakBefore/>
        <w:widowControl w:val="0"/>
        <w:spacing w:before="681" w:after="0" w:lineRule="exact" w:line="480"/>
        <w:ind w:left="0" w:right="-60"/>
      </w:pPr>
      <w:bookmarkEnd w:id="65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New OCC rule passed to fuck the large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financial institutions out of using derivatives to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pass their tests.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u/leisure_rules has pointed me to the OCC - something that I should have been taking a look at since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beginning of my journey into the workings of the Fed.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 decided to look deeper.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68">
        <w:r>
          <w:rPr>
            <w:rFonts w:ascii="Cambria" w:hAnsi="Cambria"/>
            <w:sz w:val="20"/>
            <w:color w:val="FFFFFF"/>
            <w:u/>
          </w:rPr>
          <w:t>OP: https://www.reddit.com/r/Superstonk/comments/ocfcfi/occ_rule_in_effect_7121_net_stable_fundi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268">
        <w:r>
          <w:rPr>
            <w:rFonts w:ascii="Cambria" w:hAnsi="Cambria"/>
            <w:sz w:val="20"/>
            <w:color w:val="FFFFFF"/>
            <w:u/>
          </w:rPr>
          <w:t xml:space="preserve">ng_ratio/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 start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and this is not short, as the document is close to 10k pages, with this section of 102 pages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alone;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the recent test, it looks like the Fed shat themselves. A new rule was rushed to be introduced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self-regulating fucks for the banks and split NFSR into 4 categories of application. Despite the rule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having been in plan since 2016 and kind of in play, but has a ton of mentions of ‘08 crash.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179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Fed looking back at the '08 crash - I'll fucking do it again!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the Category II of the banks have submitted a comment that the fucks in Category II will have a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fire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sale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with such strict requirements. Rule passed for more stringent reporting just after the Fed passed </w:t>
      </w:r>
    </w:p>
    <w:p>
      <w:bookmarkStart w:id="66" w:name="pg6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stress test for the banks, allowing them to buy back shares ($12Bn worth, likely the $12Bn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got from gouging their customers on overdraft fees - no joke ($11Bn in 2019)).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 is instituted on July 1st, 2021 - allowing the banks to have 10 business days to provide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response/plan on how to deal with their shitty NFSR ratio - we are likely looking at a few weeks if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NFSR ration is rated as bad in some of the banks. But we can expect some movement in the market next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week - real movement.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these agencies are no longer going to count derivatives towards a positive ASF (Available Stable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Funding) factor. Further, RSF (Required Stable Funding) factor is set to 100% for the derivatives. This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double-banana worthy of Rick!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70">
        <w:r>
          <w:rPr>
            <w:rFonts w:ascii="Cambria" w:hAnsi="Cambria"/>
            <w:sz w:val="20"/>
            <w:color w:val="FFFFFF"/>
            <w:u/>
          </w:rPr>
          <w:t xml:space="preserve">Look at the equation (sauce to u/leisure_rules) : </w:t>
        </w:r>
      </w:hyperlink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4446904" cy="62547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4446904" cy="625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NSFR Ratio calculation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is ASF: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 of carrying values of the banking organization’s liabilities and regulatory capital,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multiplied by a standardized weighting (ASF factor) ranging from 0 to 100%.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72">
        <w:r>
          <w:rPr>
            <w:rFonts w:ascii="Cambria" w:hAnsi="Cambria"/>
            <w:sz w:val="20"/>
            <w:color w:val="FFFFFF"/>
            <w:u/>
          </w:rPr>
          <w:t xml:space="preserve">Here’s the chart of proposed ASF factors: https://www.federalregister.gov/d/2020-26546/p-363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is RSF: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 of the carrying values of its assets, each multiplied by a standardized weighting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(RSF factor) ranging from 0 to 100% to reflect the relative need for funding over a 1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year horizon based on liquidity characteristics of the asset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PLUS RSF amounts based on the banking organization’s committed facilities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derivatives exposure (CRIAND!!!)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73">
        <w:r>
          <w:rPr>
            <w:rFonts w:ascii="Cambria" w:hAnsi="Cambria"/>
            <w:sz w:val="20"/>
            <w:color w:val="FFFFFF"/>
            <w:u/>
          </w:rPr>
          <w:t xml:space="preserve">Here’s the chart of the RSF factors: https://www.federalregister.gov/d/2020-26546/p-481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 end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;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I’d like to put together a summary of what the fuck is going on - its all in plain English, and I suggest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 it yourself to gain more wrinkles: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Introduction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OCC, the Fed, and OCC (agencies) are looking into a 2016 rule to establish NSFR (net stable funding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ratio) for any institution with &gt;=$10Bn of consolidated assets.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two proposals that were being looked into are: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scope of NSFR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Complex Institution Liquidity Monitoring Report (FR 2052a) - to basically get self-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regulating information from the banks (Smells like Goldman’s F3 to anyone?)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Background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‘08 crash, the banks had issues with risk management, specifically how the banks managed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liabilities to fund their assets. </w:t>
      </w:r>
    </w:p>
    <w:p>
      <w:bookmarkStart w:id="67" w:name="pg6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Further, there was an overreliance on short-term, less-stable funding - no shit, they were leveraged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response, Basel Committee on Banking Supervision (BCBS) created 2 liquidity standards: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Liquidity Coverage Ratio (LCR)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for high net cash outflows in a period of stress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NFSR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for banks to not be taking handies behind Wendy's after using their credit cards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play the casino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of the LCR rule was for the banks to hold a specific amount of unencumbered high-quality liquid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(HQLA) that can be easily converted into cash to meet payments for a 30-day stress period.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Along with the “poorly done” Dodd-Frank Act, the board (Fed) decided to adopt an “enhanced prudential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standards rule, which established general risk management, liquidity risk management, and stress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testing requirements for certain bank holding companies and foreign banking organizations.”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PROBLEM: The framework never addressed the relationship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between a banking organization’s funding profile and its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composition of assets and off-balance commitments. NO SHIT!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ANOTHER PROBLEM: The fucking rule was passed AFTER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recent stress test!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Here’s where the margin debt comes in - being 2x that of ‘00 and ‘08 crashes. Coupled with u/CriandDD 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the OCC is realizing how big of a shitshow it has become, and was never dealt with until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started making money and exposing their shit. </w:t>
      </w:r>
    </w:p>
    <w:p>
      <w:bookmarkStart w:id="68" w:name="pg67"/>
      <w:pPr>
        <w:keepLines w:val="0"/>
        <w:pageBreakBefore/>
        <w:widowControl w:val="0"/>
        <w:spacing w:before="0" w:after="0"/>
        <w:jc w:val="center"/>
      </w:pPr>
      <w:bookmarkEnd w:id="68"/>
      <w:r>
        <w:drawing>
          <wp:inline xmlns:a="http://schemas.openxmlformats.org/drawingml/2006/main" xmlns:pic="http://schemas.openxmlformats.org/drawingml/2006/picture">
            <wp:extent cx="5943600" cy="428307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3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Margin Debt w/ S&amp;P500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Overview of the Proposed Rule and Proposed Scope of Application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Proposed Stable Funding Requirement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June ‘16, comments were invited on the rule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 was generally consistent with the Basel NSFR, but has some characteristics of U.S.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Proposed rule: maintaining ratio of ASF equal or greater than the minimum funding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needs (RSF) over a 1 year horizon to be minimum 1.0.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Final Rule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final rule assigns a zero percent RSF factor to unencumbered level 1 liquid asset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 and certain short-term secured lending transactions backed by level 1 liquid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 securities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final rule provides more favorable treatment for certain affiliate sweep deposits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non-deposit retail funding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final rule permits cash variation margin to be eligible to offset a covered company's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exposures under its derivatives transactions even if it does not meet all of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criteria in the agencies' supplementary leverage ratio rule (SLR rule). In addition, </w:t>
      </w:r>
    </w:p>
    <w:p>
      <w:bookmarkStart w:id="69" w:name="pg68"/>
      <w:pPr>
        <w:keepLines w:val="0"/>
        <w:pageBreakBefore/>
        <w:widowControl w:val="0"/>
        <w:spacing w:before="71" w:after="0" w:lineRule="exact" w:line="246"/>
        <w:ind w:left="1201" w:right="-60"/>
      </w:pPr>
      <w:bookmarkEnd w:id="6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variation margin received in the form of rehypothecatable level 1 liquid asset securities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would be eligible to offset a covered company's current exposures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final rule reduces the amount of a covered company's gross derivatives liabilities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will be assigned a 100 percent RSF factor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Application of the final rule.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agencies have decided to break down the application/companies into 4 categories: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Category I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US global systemically important banks (GSIBs) and any of their depository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 subsidiaries with &gt;=$10Bn in consolidated assets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Category II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Top-tier banking organizations, other than US GSIBs, with &gt;=$700Bn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consolidated assets of &gt;=$75Bn in average cross-jurisdiction activity, and to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depository institutions with &gt;=$10Bn in consolidated assets.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Category III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Top-tier banking organizations that have &gt;=$250Bn in consolidated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assets, or that have &gt;$100Bn in consolidated assets and also have &gt;=$75Bn or more in: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Average nonbank assets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Average weighted short-term wholesale funding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Average off-balance sheet exposure (not in Category I or II)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Category IV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Top-tier depository institutions holding companies or US intermediate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holding companies that in each case have &gt;=$100Bn in consolidated assets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&gt;=$50Bn average weighted short-term wholesale funding (not in Category I, II, or III)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NFSR Requirements by Category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Category I: 100%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Category II: 100%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Category III: 85%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Category IV: 70%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Short Sales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 SUGGEST YOU READ THE WHOLE SECTION (IT IS GOLD)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75">
        <w:r>
          <w:rPr>
            <w:rFonts w:ascii="Cambria" w:hAnsi="Cambria"/>
            <w:sz w:val="20"/>
            <w:color w:val="FFFFFF"/>
            <w:u/>
          </w:rPr>
          <w:t xml:space="preserve">(https://www.federalregister.gov/d/2020-26546/p-810) </w:t>
        </w:r>
      </w:hyperlink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70" w:name="pg69"/>
      <w:pPr>
        <w:keepLines w:val="0"/>
        <w:pageBreakBefore/>
        <w:widowControl w:val="0"/>
        <w:spacing w:before="18" w:after="0" w:lineRule="exact" w:line="531"/>
        <w:ind w:left="0" w:right="-60"/>
      </w:pPr>
      <w:bookmarkEnd w:id="70"/>
      <w:r>
        <w:rPr>
          <w:rFonts w:ascii="Times New Roman" w:hAnsi="Times New Roman"/>
          <w:b/>
          <w:i w:val="0"/>
          <w:color w:val="FFFFFF"/>
          <w:sz w:val="48"/>
          <w:u w:val="none"/>
        </w:rPr>
        <w:t xml:space="preserve">The DTCC (Depository That Clears </w:t>
      </w:r>
    </w:p>
    <w:p>
      <w:pPr>
        <w:keepLines w:val="0"/>
        <w:widowControl w:val="0"/>
        <w:spacing w:before="19" w:after="0" w:lineRule="exact" w:line="531"/>
        <w:ind w:left="0" w:right="-60"/>
      </w:pPr>
      <w:r>
        <w:rPr>
          <w:rFonts w:ascii="Times New Roman" w:hAnsi="Times New Roman"/>
          <w:b/>
          <w:i w:val="0"/>
          <w:color w:val="FFFFFF"/>
          <w:sz w:val="48"/>
          <w:u w:val="none"/>
        </w:rPr>
        <w:t xml:space="preserve">Counterfeits) is finished. They covered up the </w:t>
      </w:r>
    </w:p>
    <w:p>
      <w:pPr>
        <w:keepLines w:val="0"/>
        <w:widowControl w:val="0"/>
        <w:spacing w:before="24" w:after="0" w:lineRule="exact" w:line="531"/>
        <w:ind w:left="0" w:right="-60"/>
      </w:pPr>
      <w:r>
        <w:rPr>
          <w:rFonts w:ascii="Times New Roman" w:hAnsi="Times New Roman"/>
          <w:b/>
          <w:i w:val="0"/>
          <w:color w:val="FFFFFF"/>
          <w:sz w:val="48"/>
          <w:u w:val="none"/>
        </w:rPr>
        <w:t xml:space="preserve">fraud that enables naked short selling and </w:t>
      </w:r>
    </w:p>
    <w:p>
      <w:pPr>
        <w:keepLines w:val="0"/>
        <w:widowControl w:val="0"/>
        <w:spacing w:before="24" w:after="0" w:lineRule="exact" w:line="531"/>
        <w:ind w:left="0" w:right="-60"/>
      </w:pPr>
      <w:r>
        <w:rPr>
          <w:rFonts w:ascii="Times New Roman" w:hAnsi="Times New Roman"/>
          <w:b/>
          <w:i w:val="0"/>
          <w:color w:val="FFFFFF"/>
          <w:sz w:val="48"/>
          <w:u w:val="none"/>
        </w:rPr>
        <w:t xml:space="preserve">are why we will MOASS to epic proportions. </w:t>
      </w:r>
    </w:p>
    <w:p>
      <w:pPr>
        <w:keepLines w:val="0"/>
        <w:widowControl w:val="0"/>
        <w:spacing w:before="504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 - Due to my misunderstanding of crypto, NFT dividend has been changed to 'Non-standard'.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point I'm conveying is that a dividend that can't easily be obtained by short sellers to cover.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TL;DR - The naked shorting scandal is much worse than you may have first believed. The 'real'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shares in your account hold the exact same rights as any other, but behind the curtain, the DTCC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has historically covered up the FTDs and mass naked shorting using CEBE (Counterfeit Electronic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Book Entries). This is the DTCC's way of maintaining this reverse Ponzi scheme. This is why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'non-standard' dividend would ruin them, as they can’t ‘cook the books’ for everyone to get one.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DTCC is fuk.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 - If the DTCC wasn't royally fucked...why would they be passing so many rules to push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blame on to the participants? Tits = Jacqued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276">
        <w:r>
          <w:rPr>
            <w:rFonts w:ascii="Cambria" w:hAnsi="Cambria"/>
            <w:sz w:val="20"/>
            <w:color w:val="FFFFFF"/>
            <w:b/>
            <w:u/>
          </w:rPr>
          <w:t>Docs link</w:t>
        </w:r>
      </w:hyperlink>
      <w:hyperlink r:id="rId27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House of Cards was an extraordinary insight to the inner workings of the DTCC. If you haven't read it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you should before you read this post, as it assumes a fundamental knowledge of them. I have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obtained much data here from the naked short selling expert Jim DeCosta. If you haven't read his letters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the SEC, </w:t>
      </w:r>
      <w:r>
        <w:rPr>
          <w:rFonts w:ascii="Cambria" w:hAnsi="Cambria"/>
          <w:b/>
          <w:i w:val="0"/>
          <w:color w:val="FFFFFF"/>
          <w:sz w:val="20"/>
          <w:u w:val="none"/>
        </w:rPr>
        <w:t>I urge you too.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They're long but they were dumbed down so even the SEC could understand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ain't no financial advisor.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________________________________________________________________________________________________________________________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 brief history -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For ease of typing I will be using NSS to refer to Naked Short Selling.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71" w:name="pg70"/>
      <w:pPr>
        <w:keepLines w:val="0"/>
        <w:pageBreakBefore/>
        <w:widowControl w:val="0"/>
        <w:spacing w:before="0" w:after="0"/>
        <w:ind w:left="0"/>
      </w:pPr>
      <w:bookmarkEnd w:id="71"/>
      <w:r>
        <w:drawing>
          <wp:inline xmlns:a="http://schemas.openxmlformats.org/drawingml/2006/main" xmlns:pic="http://schemas.openxmlformats.org/drawingml/2006/picture">
            <wp:extent cx="3227704" cy="251650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227704" cy="2516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NSS has been as systemic issue YEARS before the financial crash of 2008. There were warnings of this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back in 2006 and of course, they did nothing. The small changes they did implement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miniscule in effect, which continued to enable predatory short sellers to cause financial 'death spirals'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bankruptcy.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you know how institutions defended NSS as a necessary evil in the markets? </w:t>
      </w:r>
      <w:r>
        <w:rPr>
          <w:rFonts w:ascii="Cambria" w:hAnsi="Cambria"/>
          <w:b/>
          <w:i w:val="0"/>
          <w:color w:val="FFFFFF"/>
          <w:sz w:val="20"/>
          <w:u w:val="none"/>
        </w:rPr>
        <w:t>Pump and dumps.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NSS was meant to 'curb the fraud' and 'protect investors'. It was argued that pump and dumps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run riot without the ability to sell shares they couldn't borrow. Collectively, these 'shareholder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advocates' are generously offering their services in the fight back against pump and dumps.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offering to step up and volunteer to become a pseudo-sheriff and sell non-existent stocks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hands of 'about to become victims'. They don't own the shares, nor did they check the 'borrowability'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them.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They're generously volunteering to take the investors money in exchange for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CEBE,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artificially raising the supply. This of course, immediately does damage to the investment,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and existing shareholders.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the naked short has been done, what now? Well the 'would be victim' and the 'shareholder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advocate' now fundamentally have goals that are polar opposite. The buyer wants the stock to go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moon. The naked short seller wants the business to bankrupt. It begs the question;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why would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entity volunteering to protect against fraud, still take the money of the investor?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Wouldn't you agree that pump and dumps and NSS go hand in hand? Pump up a stock and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bear raid it into the ground? It was a way to maximize profit on the DOWN in the dump phase.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________________________________________________________________________________________________________________________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1+1 = 3 </w:t>
      </w:r>
    </w:p>
    <w:p>
      <w:bookmarkStart w:id="72" w:name="pg7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maximum amount of shares that can </w:t>
      </w:r>
      <w:r>
        <w:rPr>
          <w:rFonts w:ascii="Cambria" w:hAnsi="Cambria"/>
          <w:b/>
          <w:i w:val="0"/>
          <w:color w:val="FFFFFF"/>
          <w:sz w:val="20"/>
          <w:u w:val="none"/>
        </w:rPr>
        <w:t>LEGALLY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sold short is governed by the number shares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</w:t>
      </w:r>
      <w:r>
        <w:rPr>
          <w:rFonts w:ascii="Cambria" w:hAnsi="Cambria"/>
          <w:b/>
          <w:i w:val="0"/>
          <w:color w:val="FFFFFF"/>
          <w:sz w:val="20"/>
          <w:u w:val="none"/>
        </w:rPr>
        <w:t>LEGALLY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borrowed. NSS ignores this fundamental basic mechanism. In fact, the DTCC enables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further due to the fact a single share can be lent out in multiple directions. This is the reason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in the hundreds of percent.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how does this play into GameStop? How do you know your share is a real share and not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CEBE?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Answer : YOU DON'T, AND IT DOESN’T FUCKING MATTER.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ONE. BIT.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the general public, your share is as good as my share. It holds the same rights as any other. If I hold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 shares of the same 1 share, it doesn’t matter one bit. I have the legal rights to 100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know who it does matter to? The DTCC and its’ participants. They have an accounting nightmare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hands.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the DTCC selling the same lambo 100 times? Those 100 buyers believe they own a lambo,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the title to the lambo, heck they can even use the car as collateral! Well, what happens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Lamborghini decide to issue every single owner with a special keychain?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DTCC can’t replicate this keychain and you as an owner are still legally entitled to receive it.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208654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same situation as GameStop. You thought you were buying shares from a 'real shareholder'.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see a number of shares in your brokerage account. Why would you even think for one second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shares aren't even there?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 see no reason to ask for the validity of the delivery of certificated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shares.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It's also why brokers strongly advocate against clients demanding paper certificates of their </w:t>
      </w:r>
    </w:p>
    <w:p>
      <w:bookmarkStart w:id="73" w:name="pg7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shares. One firm in 1999 urged fellow DTCC participants to hike up fees for share certificates to hinder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demanding proof of purchase.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you bought some shares. You see the number. Where are they? Well, they’re 'conveniently' held in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anonymous 'pool' of all of the other shares. It's like taking a bunch of green skittles (real shares) and 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skittles (naked shares) and throwing them into a bag, mixing em' up and asking a colorblind person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pick one out?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them? It’s any old skittle.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what if all the red skittles all needed to be taken back?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if the bag was FULL of red skittles.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The only person who knew what color went where was the person holding the bag (The DTCC).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(wow irony)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________________________________________________________________________________________________________________________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CEBEs at the DTCC do not represent what you think of as 'shares'. Shares are a 'package of rights'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attached to a public company. I hate to break it but this doesn't include the other millions of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(beyond the public float) that are counterfeit in the system. Real shares also hold the right to 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dividends distributed.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say a company issued dividends that were shares to all shareholders? You hold one share? You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one! The float is 100 million shares. The transfer agent would send a 'real' certificate made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Cede and Co. for another 100 million shares to give to each and every share holder. What happens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an extra 400 million show up as being 'delivered' to shareholders?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Because the DTCC are complicit in ensuring that this fraud is covered up every time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shareholder tries to exercise of the rights attached to only 'real' shares. These CEBEs at the DTCC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are NOT real shares and do not have the rights attached with them. HOWEVER, THEY HAVE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MAINTAIN THE ILLUSION THAT THEY HAVE THESE RIGHTS TO NOT EXPOSE THIS FRAUD.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would they do this? </w:t>
      </w:r>
      <w:r>
        <w:rPr>
          <w:rFonts w:ascii="Cambria" w:hAnsi="Cambria"/>
          <w:b/>
          <w:i w:val="0"/>
          <w:color w:val="FFFFFF"/>
          <w:sz w:val="20"/>
          <w:u w:val="none"/>
        </w:rPr>
        <w:t>THEY HAD TO.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Otherwise, they would have to inform the owners of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300 million shares that what they had was: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non-existent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not actually real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no rights to the dividend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· their money in the pockets of the seller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What happens if you want to sell your share. The DTCC won't turn around and say, '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you can't sell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because we never got good delivery of your purchase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'. The broker would have normally just sold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counterfeit shares to the next naïve investor. Have you ever heard of an investor who got a proxy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solicitation statement that indicated that he or she can't vote his or her shares because they are </w:t>
      </w:r>
    </w:p>
    <w:p>
      <w:bookmarkStart w:id="74" w:name="pg7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counterfeit and there never were any voting rights attached?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DTCC has to maintain this illusion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otherwise the reverse ponzi scheme will be revealed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what happens if a non-standard dividend is issued? The DTCC can’t ‘cook the books’ and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forced to reconcile the float back down to its’ issued amount.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Shorts HAVE to close their positions. They need everyone to sell to cancel out their ‘fake borrow’.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if no one sells? YOU GET THE FUCKING MOASS.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________________________________________________________________________________________________________________________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So what did you actually buy?'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bought the right to sell a Counterfeit Electronic Book Entry.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bought a put option with no expiry date.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You were conned.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Does it matter? Not a fucking bit.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 are entitled to the rights just as much as anyone else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 are going to have a really hard time getting you a dividend that isn’t cash or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if they can’t, they have to buy back your share at a price YOU STATE AND THERE IS NOTHING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THEY CAN DO ABOUT IT.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327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0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irony? For them to cover, you're going to have to sell something that doesn't exist. That is...if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you ever sell...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75" w:name="pg7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5"/>
      <w:r>
        <w:rPr>
          <w:rFonts w:ascii="Cambria" w:hAnsi="Cambria"/>
          <w:b w:val="0"/>
          <w:i w:val="0"/>
          <w:color w:val="FFFFFF"/>
          <w:sz w:val="20"/>
          <w:u w:val="none"/>
        </w:rPr>
        <w:t>________________________________________________________________________________________________________________________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Part two?- How T+0 is the best case for the DTCC, naked short selling and outright fraud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Elliott Waves and The Top Of The Market, Is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This THE TOP?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financial advice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 brief post, I've received so many pings this AM I wanted to address it in a formal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original post is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80">
        <w:r>
          <w:rPr>
            <w:rFonts w:ascii="Cambria" w:hAnsi="Cambria"/>
            <w:sz w:val="20"/>
            <w:color w:val="FFFFFF"/>
            <w:u/>
          </w:rPr>
          <w:t>here: https://www.reddit.com/r/Superstonk/comments/o02fnr/elliot_waves_gme_the_sp_500_wen_m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280">
        <w:r>
          <w:rPr>
            <w:rFonts w:ascii="Cambria" w:hAnsi="Cambria"/>
            <w:sz w:val="20"/>
            <w:color w:val="FFFFFF"/>
            <w:u/>
          </w:rPr>
          <w:t xml:space="preserve">arket_peak_and/?utm_source=share&amp;utm_medium=web2x&amp;context=3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seen a lot of chatter regarding my post saying SPY would peak around 430, and I wanted to add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few more targets for your viewing pleasure.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that post, I believe I gave a target of around high 429, though there are multiple levels to watch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for. Remember, Elliott Wave gives us multiple targets, as we are analyzing many different time frames.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Outlined for your convenience: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6982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98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1hr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gonna zoom out so you can see the super cycle 5 target, as I believe this to be the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valid/important level. I got this target by measure waves 1-3 and bringing the extension down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 of 4 (covid flash crash). </w:t>
      </w:r>
    </w:p>
    <w:p>
      <w:bookmarkStart w:id="76" w:name="pg7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level is the .618 level, next target being the .786.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.618 level was passed long ago, narrowing our top end super cycle target at 432.08 (blue line):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104514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45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super cycle from end of 08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clearly, even though i have a shit ton of borderline aneurism inducing levels, it looks like we are running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 of steam.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for fun, I went and analyzed the grand super cycle of SPX, as the grand super cycle dates back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 of the great depression (roaring twenties)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 briefly, just look and take from the image what you will.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8355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3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monthly </w:t>
      </w:r>
    </w:p>
    <w:p>
      <w:bookmarkStart w:id="77" w:name="pg7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IDK about you, but me thinks the music is about to stop.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first image, I provided a few targets as I am measure multiple different "cycles" if you will, all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are point to a high around low to mid 430s.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no "magic level" per se, but fibs are not wrong. They are nature in essence, the golden ratio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everywhere.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hitting our peak, my guess is around 432 should the peak not be today (nothing surprises 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anymore) we begin our slow bleed. I do believe Gamestop among many other catalyst will cause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relatively harsh "A" wave if you will, on SPY it will likely drop to at least 345 before any significant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pressure comes back, though this point would be the "B" wave. the fakeout. media will likely say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crash is over and its okay to buy. SPY won't dip that hard. come on. be realistic.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LIES!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SPY will come back to at least 250, timeframe for this is really hard to gauge, but based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previous bear markets, I'd guess at least a 2 year bear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we also haven't had an event quite like this before, so as to how long the bear market will ensue,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anyone's guess.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this is our Grand Super cycle completing from the low of the roaring twenties, it really is not crazy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think that we can (and likely will) correct 50% of that move.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IE, it is TOTALLY POSSIBLE for SPX (not spy) to drop down to around 2200 before beginning to recover.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128009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80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SPX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I'll leave you with this. I won't theorize too much on the events that will cause this, I believe everyone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a pretty solid idea of whats about to happen. I just want to lay out the technicals, and how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PERSONALLY believe this will play out. I can be 100% wrong as can anyone else.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well. </w:t>
      </w:r>
    </w:p>
    <w:p>
      <w:bookmarkStart w:id="78" w:name="pg7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7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cynical, but I'm jacked.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market peak close, market will fall hard soon. Media will likely say crash is over at the "B" phase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correction wherein we rebound a bit. Don't fall for it. GME go BOOM soon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MOASS Preparation Guide 2.0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*******************************************************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I'm just gonna start off by saying that this is a sequel to</w:t>
      </w:r>
      <w:hyperlink r:id="rId28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285">
        <w:r>
          <w:rPr>
            <w:rFonts w:ascii="Cambria" w:hAnsi="Cambria"/>
            <w:sz w:val="20"/>
            <w:color w:val="FFFFFF"/>
            <w:i/>
            <w:u/>
          </w:rPr>
          <w:t xml:space="preserve">The MOASS Preparation Guide, a post I wrote a few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months ago. I felt it deserved an updated version considering so much that has happened recently, also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learned a lot since then. This guide will be pretty in depth but don't worry, my view is that when you're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explaining something, always imagine you're talking to a 5 year old (ELI5). So make yourself a cup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coffee, and grab a tasty crayola and enjoy.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subsequent sections are as follows: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Pre-liftoff preparation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D-Day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During the MOASS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Immediate Aftermath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Long term aftermath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*******************************************************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read though this as i believe it is important that we all have an understanding on the game plan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79" w:name="pg78"/>
      <w:pPr>
        <w:keepLines w:val="0"/>
        <w:pageBreakBefore/>
        <w:widowControl w:val="0"/>
        <w:spacing w:before="22" w:after="0" w:lineRule="exact" w:line="368"/>
        <w:ind w:left="0" w:right="-60"/>
      </w:pPr>
      <w:bookmarkEnd w:id="79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Pre-liftoff Preparation </w:t>
      </w:r>
    </w:p>
    <w:p>
      <w:pPr>
        <w:keepLines w:val="0"/>
        <w:widowControl w:val="0"/>
        <w:spacing w:before="76" w:after="0"/>
        <w:ind w:left="1771"/>
      </w:pPr>
      <w:r>
        <w:drawing>
          <wp:inline xmlns:a="http://schemas.openxmlformats.org/drawingml/2006/main" xmlns:pic="http://schemas.openxmlformats.org/drawingml/2006/picture">
            <wp:extent cx="4121911" cy="3297554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4121911" cy="32975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tabs>
          <w:tab w:pos="721" w:val="left"/>
          <w:tab w:pos="1081" w:val="left"/>
        </w:tabs>
        <w:spacing w:before="35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Brokers preparation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 think everyone should take the time to understand the nuances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rules that the broker applies on trading. Some brokers may have some sneaky fine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prints. So you should make sure that nothing can get in the way of you and your tendies.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note of the brokers that previous placed trade restrictions </w:t>
      </w:r>
      <w:hyperlink r:id="rId287">
        <w:r>
          <w:rPr>
            <w:rFonts w:ascii="Calibri" w:hAnsi="Calibri"/>
            <w:sz w:val="20"/>
            <w:color w:val="00B0F0"/>
            <w:u/>
          </w:rPr>
          <w:t>here</w:t>
        </w:r>
      </w:hyperlink>
      <w:hyperlink r:id="rId287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1802" w:val="left"/>
          <w:tab w:pos="2162" w:val="left"/>
        </w:tabs>
        <w:spacing w:before="74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brokers (Trading212 for example) have decided to restrict buying if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you do not agree to their share lending program (</w:t>
      </w:r>
      <w:r>
        <w:rPr>
          <w:rFonts w:ascii="Cambria" w:hAnsi="Cambria"/>
          <w:b w:val="0"/>
          <w:i/>
          <w:color w:val="FFFFFF"/>
          <w:sz w:val="20"/>
          <w:u w:val="none"/>
        </w:rPr>
        <w:t>Do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agree to this.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have all your shares in one of these bad brokers and can't transfer,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sweat it too much. </w:t>
      </w:r>
      <w:r>
        <w:rPr>
          <w:rFonts w:ascii="Cambria" w:hAnsi="Cambria"/>
          <w:b/>
          <w:i w:val="0"/>
          <w:color w:val="FFFFFF"/>
          <w:sz w:val="20"/>
          <w:u w:val="none"/>
        </w:rPr>
        <w:t>JUST DO NOT SELL YOUR SHARES.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message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clear as crystal in January: if they prevent free trade like Robinhood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 then that means they will lose customers and face litigation, so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</w:t>
      </w:r>
      <w:r>
        <w:rPr>
          <w:rFonts w:ascii="Cambria" w:hAnsi="Cambria"/>
          <w:b w:val="0"/>
          <w:i/>
          <w:color w:val="FFFFFF"/>
          <w:sz w:val="20"/>
          <w:u w:val="none"/>
        </w:rPr>
        <w:t>hope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their sake that they have prepared for this.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also wouldn't hurt to email your brokers customer service and ask them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"</w:t>
      </w:r>
      <w:r>
        <w:rPr>
          <w:rFonts w:ascii="Cambria" w:hAnsi="Cambria"/>
          <w:b w:val="0"/>
          <w:i/>
          <w:color w:val="FFFFFF"/>
          <w:sz w:val="20"/>
          <w:u w:val="none"/>
        </w:rPr>
        <w:t>will you prevent me from selling if the price goes to X amount?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Additionally, i would recommend keeping documentation, screenshots and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recordings of your positions just incase f*ckery arises. It's good to create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paper trail just incase you need to bring them to court.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Back up broker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If you can, open up an account as soon as possible on a reputable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and buy at least 1 share. Don't aim to maximize gains but to minimize the regret of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missing out just in case your broker decides to f*ck you. The rule of thumb is usually that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commission based boomer brokers with horrible user interfaces are the most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trustworthy. See the "good brokers" in the link above. </w:t>
      </w:r>
    </w:p>
    <w:p>
      <w:bookmarkStart w:id="80" w:name="pg79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80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Diversify Brokers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can, spread out your holdings across multiple brokers. Also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note of what clearing house they use. You don't want to be caught up in some f*ckery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both brokers wont let you sell because they share the same clearing house.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solution to this could be to transfer shares. Some brokers allow you to transfer shares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others, but small "shit" brokers like eToro for example, do not. If thats the case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</w:t>
      </w:r>
      <w:r>
        <w:rPr>
          <w:rFonts w:ascii="Cambria" w:hAnsi="Cambria"/>
          <w:b/>
          <w:i w:val="0"/>
          <w:color w:val="FFFFFF"/>
          <w:sz w:val="20"/>
          <w:u w:val="none"/>
        </w:rPr>
        <w:t>hold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tight and buy on a different broker, if you wanna buy more shares.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 </w:t>
      </w:r>
      <w:hyperlink r:id="rId288">
        <w:r>
          <w:rPr>
            <w:rFonts w:ascii="Calibri" w:hAnsi="Calibri"/>
            <w:sz w:val="20"/>
            <w:color w:val="00B0F0"/>
            <w:u/>
          </w:rPr>
          <w:t>list of some brokerages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 respective clearing houses they </w:t>
      </w:r>
    </w:p>
    <w:p>
      <w:pPr>
        <w:keepLines w:val="0"/>
        <w:widowControl w:val="0"/>
        <w:spacing w:before="74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 list of </w:t>
      </w:r>
      <w:hyperlink r:id="rId287">
        <w:r>
          <w:rPr>
            <w:rFonts w:ascii="Calibri" w:hAnsi="Calibri"/>
            <w:sz w:val="20"/>
            <w:color w:val="00B0F0"/>
            <w:u/>
          </w:rPr>
          <w:t>brokers who placed restrictions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a follow up post i made.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73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Trading212 for example: they're becoming Robinhood 2.0 now as they </w:t>
      </w:r>
    </w:p>
    <w:p>
      <w:pPr>
        <w:keepLines w:val="0"/>
        <w:widowControl w:val="0"/>
        <w:spacing w:before="59" w:after="0" w:lineRule="exact" w:line="252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decided </w:t>
      </w:r>
      <w:hyperlink r:id="rId289">
        <w:r>
          <w:rPr>
            <w:rFonts w:ascii="Calibri" w:hAnsi="Calibri"/>
            <w:sz w:val="20"/>
            <w:color w:val="00B0F0"/>
            <w:u/>
          </w:rPr>
          <w:t>to place buy restrictions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don't agree to their share lending </w:t>
      </w:r>
    </w:p>
    <w:p>
      <w:pPr>
        <w:keepLines w:val="0"/>
        <w:widowControl w:val="0"/>
        <w:spacing w:before="73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program. Admittedly, I am a Trading212 customer. So this is why you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diversify brokers, you never know when they are going to pull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shady shit.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side-note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I would stay away from brokers that use Apex Clearing, they're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shady as shit.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Order Routing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Order routing is when an order to buy or sell a stock is sent from your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to an exchange. There are two kinds of exchanges: </w:t>
      </w:r>
      <w:r>
        <w:rPr>
          <w:rFonts w:ascii="Cambria" w:hAnsi="Cambria"/>
          <w:b/>
          <w:i/>
          <w:color w:val="FFFFFF"/>
          <w:sz w:val="20"/>
          <w:u w:val="none"/>
        </w:rPr>
        <w:t>Lit pools and Dark pools.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 do not display prices at which participants are willing to trade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(</w:t>
      </w:r>
      <w:r>
        <w:rPr>
          <w:rFonts w:ascii="Cambria" w:hAnsi="Cambria"/>
          <w:b/>
          <w:i w:val="0"/>
          <w:color w:val="FFFFFF"/>
          <w:sz w:val="20"/>
          <w:u w:val="none"/>
        </w:rPr>
        <w:t>ie; in the dark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whereas lit pools do show these various bids and offers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stocks. It's been said that the naked shorting gang pay millions to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brokers to have millions of orders routed through their own dark pools, to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they can perform shady business (skimming cents off the spread of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order, suppressing buying pressure etc).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This brings me to my point: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are thinking about buying some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shares, you should route it through IEX, which is an exchange that was </w:t>
      </w:r>
    </w:p>
    <w:p>
      <w:pPr>
        <w:keepLines w:val="0"/>
        <w:widowControl w:val="0"/>
        <w:spacing w:before="59" w:after="0" w:lineRule="exact" w:line="252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made in order to mitigate the affects of high frequency trading. </w:t>
      </w:r>
      <w:hyperlink r:id="rId290">
        <w:r>
          <w:rPr>
            <w:rFonts w:ascii="Calibri" w:hAnsi="Calibri"/>
            <w:sz w:val="20"/>
            <w:color w:val="00B0F0"/>
            <w:u/>
          </w:rPr>
          <w:t xml:space="preserve">Oh hey, </w:t>
        </w:r>
      </w:hyperlink>
    </w:p>
    <w:p>
      <w:pPr>
        <w:keepLines w:val="0"/>
        <w:widowControl w:val="0"/>
        <w:spacing w:before="63" w:after="0" w:lineRule="exact" w:line="252"/>
        <w:ind w:left="2162" w:right="-60"/>
      </w:pPr>
      <w:hyperlink r:id="rId290">
        <w:r>
          <w:rPr>
            <w:rFonts w:ascii="Calibri" w:hAnsi="Calibri"/>
            <w:sz w:val="20"/>
            <w:color w:val="00B0F0"/>
            <w:u/>
          </w:rPr>
          <w:t>look! Our friends at Citadel don't like IEX</w:t>
        </w:r>
      </w:hyperlink>
      <w:hyperlink r:id="rId290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Cash account, not margin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haven't already, request your broker to change your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from a margin account to a cash account. This way your shares are entirely your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own and aren't being lent out to short sellers. Note that you need to have no options or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active with your account before you do this. If you are reluctant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switching your account then make sure that you have no withstanding deficits in your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so you don't get margin called and your broker automatically closes positions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your consent. Yes, this has happened to people before.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Online Security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If you have learned anything from all this it's that you should not trust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anyone. Take the time to enable two-factor authentication on your bank/broker accounts.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you should have a different password for each account, preferably 20+ characters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mixture of alphanumeric characters and symbols.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 use public wifi to log into your broker account.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 a VPN when possible. </w:t>
      </w:r>
    </w:p>
    <w:p>
      <w:bookmarkStart w:id="81" w:name="pg80"/>
      <w:pPr>
        <w:keepLines w:val="0"/>
        <w:pageBreakBefore/>
        <w:widowControl w:val="0"/>
        <w:tabs>
          <w:tab w:pos="721" w:val="left"/>
          <w:tab w:pos="1081" w:val="left"/>
        </w:tabs>
        <w:spacing w:before="60" w:after="0" w:lineRule="exact" w:line="253"/>
        <w:ind w:left="0" w:right="-60"/>
      </w:pPr>
      <w:bookmarkEnd w:id="81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Taxes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It is crucial that you learn about your countries </w:t>
      </w:r>
      <w:hyperlink r:id="rId291">
        <w:r>
          <w:rPr>
            <w:rFonts w:ascii="Calibri" w:hAnsi="Calibri"/>
            <w:sz w:val="20"/>
            <w:color w:val="00B0F0"/>
            <w:u/>
          </w:rPr>
          <w:t>capital gains taxes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would go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deeper into this, However different tax rates apply in different countries depending 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long you are holding the stock. To keep this general for all users i will say Just google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"</w:t>
      </w:r>
      <w:r>
        <w:rPr>
          <w:rFonts w:ascii="Cambria" w:hAnsi="Cambria"/>
          <w:b w:val="0"/>
          <w:i/>
          <w:color w:val="FFFFFF"/>
          <w:sz w:val="20"/>
          <w:u w:val="none"/>
        </w:rPr>
        <w:t>what are the tax laws for stocks in &lt;my country&gt;?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(If you're a smooth brain, dont worry.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the solution for you in immediate aftermath section)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Prepare a personal balance sheet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It may be a good idea to prepare a balance sheet.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balance sheet is a snapshot of net worth and lists all your assets, liabilities, cash etc. This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will make your life (</w:t>
      </w:r>
      <w:r>
        <w:rPr>
          <w:rFonts w:ascii="Cambria" w:hAnsi="Cambria"/>
          <w:b w:val="0"/>
          <w:i/>
          <w:color w:val="FFFFFF"/>
          <w:sz w:val="20"/>
          <w:u w:val="none"/>
        </w:rPr>
        <w:t>and your accountants life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easier when you need an accountant. If you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a better understanding of balance sheets see this </w:t>
      </w:r>
      <w:hyperlink r:id="rId292">
        <w:r>
          <w:rPr>
            <w:rFonts w:ascii="Calibri" w:hAnsi="Calibri"/>
            <w:sz w:val="20"/>
            <w:color w:val="00B0F0"/>
            <w:u/>
          </w:rPr>
          <w:t>video here</w:t>
        </w:r>
      </w:hyperlink>
      <w:hyperlink r:id="rId29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Mental preparation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one isn't so obvious, but please prepare yourself for seeing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life changing money in your possession. Have a long think what you are going to do with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money. And as a side note: try to not tell too people you're invested, the less people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 the easier your life will be.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D-Day </w:t>
      </w:r>
    </w:p>
    <w:p>
      <w:pPr>
        <w:keepLines w:val="0"/>
        <w:widowControl w:val="0"/>
        <w:spacing w:before="95" w:after="0" w:lineRule="exact" w:line="218"/>
        <w:ind w:left="0" w:right="-60"/>
      </w:pPr>
      <w:r>
        <w:rPr>
          <w:rFonts w:ascii="Verdana" w:hAnsi="Verdana"/>
          <w:b w:val="0"/>
          <w:i w:val="0"/>
          <w:color w:val="FFFFFF"/>
          <w:sz w:val="17"/>
          <w:u w:val="none"/>
        </w:rPr>
        <w:t xml:space="preserve">0:00 </w:t>
      </w:r>
    </w:p>
    <w:p>
      <w:pPr>
        <w:keepLines w:val="0"/>
        <w:widowControl w:val="0"/>
        <w:spacing w:before="97" w:after="0" w:lineRule="exact" w:line="218"/>
        <w:ind w:left="0" w:right="-60"/>
      </w:pPr>
      <w:r>
        <w:rPr>
          <w:rFonts w:ascii="Verdana" w:hAnsi="Verdana"/>
          <w:b w:val="0"/>
          <w:i w:val="0"/>
          <w:color w:val="FFFFFF"/>
          <w:sz w:val="17"/>
          <w:u w:val="none"/>
        </w:rPr>
        <w:t xml:space="preserve">0:08 </w:t>
      </w:r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Take care of your health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Firstly, on the day of lift off you will definitely feel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overwhelmed with emotions and anxiety. You're probably going to feel a little dizzy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seeing the price increase exponentially. Please sit down when you are checking the price.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last thing i want to hear is that a fellow ape fainted and cracked their head because of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overwhelmed with emotions. In my opinion, deep slow </w:t>
      </w:r>
      <w:hyperlink r:id="rId293">
        <w:r>
          <w:rPr>
            <w:rFonts w:ascii="Calibri" w:hAnsi="Calibri"/>
            <w:sz w:val="20"/>
            <w:color w:val="00B0F0"/>
            <w:u/>
          </w:rPr>
          <w:t xml:space="preserve">diaphragmatic 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293">
        <w:r>
          <w:rPr>
            <w:rFonts w:ascii="Calibri" w:hAnsi="Calibri"/>
            <w:sz w:val="20"/>
            <w:color w:val="00B0F0"/>
            <w:u/>
          </w:rPr>
          <w:t>breathing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really helps to slow down your heart rate and reduce anxiety.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Expect Trading Halts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There is a difference between trading suspension and trading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halt. Securities exchanges have the power to temporarily </w:t>
      </w:r>
      <w:hyperlink r:id="rId294">
        <w:r>
          <w:rPr>
            <w:rFonts w:ascii="Calibri" w:hAnsi="Calibri"/>
            <w:sz w:val="20"/>
            <w:color w:val="00B0F0"/>
            <w:u/>
          </w:rPr>
          <w:t>halt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in the middle of the trading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day, or delay, at the beginning of the trading day, trading on a stock. halts and delays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usually last less than one hour. As opposed to suspensions, which can last two weeks.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Suspensions are enforced by the SEC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In the case of trading halt: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NYSE may stop trading if the price rises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 quickly. This is usually done to prevent massive impulse waves and let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calm down for a few minutes. But this is futile in the setting of a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squeeze, because all shorts must cover regardless. You can also </w:t>
      </w:r>
    </w:p>
    <w:p>
      <w:pPr>
        <w:keepLines w:val="0"/>
        <w:widowControl w:val="0"/>
        <w:spacing w:before="59" w:after="0" w:lineRule="exact" w:line="252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when GME is halted </w:t>
      </w:r>
      <w:hyperlink r:id="rId295">
        <w:r>
          <w:rPr>
            <w:rFonts w:ascii="Calibri" w:hAnsi="Calibri"/>
            <w:sz w:val="20"/>
            <w:color w:val="00B0F0"/>
            <w:u/>
          </w:rPr>
          <w:t>here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Do not freak out if the graph flatlines.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74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In the case of trading suspension: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believe that if the infinity pool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happens, meaning shorts literally will not be able to cover the potentially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billions of synthetic shares they have created, driving the price to literally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infinity, that the SEC most likely implement a trading suspension. We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won't know unless it happens. But, who knows? They might not. You can </w:t>
      </w:r>
    </w:p>
    <w:p>
      <w:pPr>
        <w:keepLines w:val="0"/>
        <w:widowControl w:val="0"/>
        <w:spacing w:before="59" w:after="0" w:lineRule="exact" w:line="252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 about trading suspensions </w:t>
      </w:r>
      <w:hyperlink r:id="rId296">
        <w:r>
          <w:rPr>
            <w:rFonts w:ascii="Calibri" w:hAnsi="Calibri"/>
            <w:sz w:val="20"/>
            <w:color w:val="00B0F0"/>
            <w:u/>
          </w:rPr>
          <w:t>here</w:t>
        </w:r>
      </w:hyperlink>
      <w:hyperlink r:id="rId296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BOTS, BOTS EVERYWHERE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could go two ways: either the shorts don't have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anymore money to pay shills or we will have a massive influx of bots/shills on here and </w:t>
      </w:r>
    </w:p>
    <w:p>
      <w:bookmarkStart w:id="82" w:name="pg81"/>
      <w:pPr>
        <w:keepLines w:val="0"/>
        <w:pageBreakBefore/>
        <w:widowControl w:val="0"/>
        <w:spacing w:before="71" w:after="0" w:lineRule="exact" w:line="246"/>
        <w:ind w:left="1081" w:right="-60"/>
      </w:pPr>
      <w:bookmarkEnd w:id="82"/>
      <w:r>
        <w:rPr>
          <w:rFonts w:ascii="Cambria" w:hAnsi="Cambria"/>
          <w:b w:val="0"/>
          <w:i w:val="0"/>
          <w:color w:val="FFFFFF"/>
          <w:sz w:val="20"/>
          <w:u w:val="none"/>
        </w:rPr>
        <w:t>&lt;</w:t>
      </w:r>
      <w:r>
        <w:rPr>
          <w:rFonts w:ascii="Cambria" w:hAnsi="Cambria"/>
          <w:b w:val="0"/>
          <w:i/>
          <w:color w:val="FFFFFF"/>
          <w:sz w:val="20"/>
          <w:u w:val="none"/>
        </w:rPr>
        <w:t>other stonk subs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&gt; trying to nudge people to sell. They will say something like "wow i sold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3 shares for 30K" and try to create a narrative that below 100K is the peak.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100K is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 the peak.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don't listen to it. we set the price.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Reddit might be down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during the rally from $40 to $90 in February Reddit inexplicably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went offline. It happened a couple of other times before when the price rose considerably.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be due to a DDOS attack or just too much traffic to the site. Either way, if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Reddit does go down don't worry. </w:t>
      </w:r>
      <w:r>
        <w:rPr>
          <w:rFonts w:ascii="Cambria" w:hAnsi="Cambria"/>
          <w:b/>
          <w:i w:val="0"/>
          <w:color w:val="FFFFFF"/>
          <w:sz w:val="20"/>
          <w:u w:val="none"/>
        </w:rPr>
        <w:t>We are all still here.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only call to action would be to go to the </w:t>
      </w:r>
      <w:hyperlink r:id="rId297">
        <w:r>
          <w:rPr>
            <w:rFonts w:ascii="Calibri" w:hAnsi="Calibri"/>
            <w:sz w:val="20"/>
            <w:color w:val="00B0F0"/>
            <w:u/>
          </w:rPr>
          <w:t>SuperStonk youtube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channel, </w:t>
      </w:r>
    </w:p>
    <w:p>
      <w:pPr>
        <w:keepLines w:val="0"/>
        <w:widowControl w:val="0"/>
        <w:spacing w:before="73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the mods said they will do an emergency broadcast when things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kick off. So go there for communication.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Backup places to check out would be the mods twitter pages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hyperlink r:id="rId298">
        <w:r>
          <w:rPr>
            <w:rFonts w:ascii="Calibri" w:hAnsi="Calibri"/>
            <w:sz w:val="20"/>
            <w:color w:val="00B0F0"/>
            <w:u/>
          </w:rPr>
          <w:t>https://twitter.com/rensole</w:t>
        </w:r>
      </w:hyperlink>
      <w:hyperlink r:id="rId29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right="-60"/>
        <w:jc w:val="center"/>
      </w:pPr>
      <w:hyperlink r:id="rId299">
        <w:r>
          <w:rPr>
            <w:rFonts w:ascii="Calibri" w:hAnsi="Calibri"/>
            <w:sz w:val="20"/>
            <w:color w:val="00B0F0"/>
            <w:u/>
          </w:rPr>
          <w:t>https://twitter.com/RedChessQueen99</w:t>
        </w:r>
      </w:hyperlink>
      <w:hyperlink r:id="rId29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right="-60"/>
        <w:jc w:val="center"/>
      </w:pPr>
      <w:hyperlink r:id="rId300">
        <w:r>
          <w:rPr>
            <w:rFonts w:ascii="Calibri" w:hAnsi="Calibri"/>
            <w:sz w:val="20"/>
            <w:color w:val="00B0F0"/>
            <w:u/>
          </w:rPr>
          <w:t>https://twitter.com/PinkCatsOnAcid</w:t>
        </w:r>
      </w:hyperlink>
      <w:hyperlink r:id="rId30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During the MOASS </w:t>
      </w:r>
    </w:p>
    <w:p>
      <w:pPr>
        <w:keepLines w:val="0"/>
        <w:widowControl w:val="0"/>
        <w:spacing w:before="207" w:after="0"/>
        <w:jc w:val="center"/>
      </w:pPr>
      <w:r>
        <w:drawing>
          <wp:inline xmlns:a="http://schemas.openxmlformats.org/drawingml/2006/main" xmlns:pic="http://schemas.openxmlformats.org/drawingml/2006/picture">
            <wp:extent cx="4135754" cy="2306954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4135754" cy="2306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tabs>
          <w:tab w:pos="721" w:val="left"/>
          <w:tab w:pos="1081" w:val="left"/>
        </w:tabs>
        <w:spacing w:before="356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Diamond hands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one i cannot stress enough, the mantra is clear: HOLD! If you sell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early you creating downward pressure against the MOASS. If the short position is in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billions of shares (which has been theorized) then this shouldn't be too much of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problem, but regardless - </w:t>
      </w:r>
      <w:r>
        <w:rPr>
          <w:rFonts w:ascii="Cambria" w:hAnsi="Cambria"/>
          <w:b/>
          <w:i w:val="0"/>
          <w:color w:val="FFFFFF"/>
          <w:sz w:val="20"/>
          <w:u w:val="none"/>
        </w:rPr>
        <w:t>KEEP THOSE HANDS DIAMOND!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squeeze could last a few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days, week or indefinitely. At this point no one knows. Don't feel pressure to sell when it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goes $100K+, if the DD is correct (and it has been so far) then we are not stopping add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measly hundreds of thousands.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</w:t>
      </w:r>
      <w:r>
        <w:rPr>
          <w:rFonts w:ascii="Cambria" w:hAnsi="Cambria"/>
          <w:b/>
          <w:i w:val="0"/>
          <w:color w:val="FFFFFF"/>
          <w:sz w:val="20"/>
          <w:u w:val="none"/>
        </w:rPr>
        <w:t>forced buy-back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differs from a </w:t>
      </w:r>
      <w:r>
        <w:rPr>
          <w:rFonts w:ascii="Cambria" w:hAnsi="Cambria"/>
          <w:b/>
          <w:i w:val="0"/>
          <w:color w:val="FFFFFF"/>
          <w:sz w:val="20"/>
          <w:u w:val="none"/>
        </w:rPr>
        <w:t>Margin call,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which a margin call is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just a notice to "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increase the amount of money in your account before we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close your positions, because you won't be able pay us if this goes any higher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</w:t>
      </w:r>
    </w:p>
    <w:p>
      <w:bookmarkStart w:id="83" w:name="pg82"/>
      <w:pPr>
        <w:keepLines w:val="0"/>
        <w:pageBreakBefore/>
        <w:widowControl w:val="0"/>
        <w:tabs>
          <w:tab w:pos="1802" w:val="left"/>
          <w:tab w:pos="2162" w:val="left"/>
        </w:tabs>
        <w:spacing w:before="71" w:after="0" w:lineRule="exact" w:line="246"/>
        <w:ind w:left="0" w:right="-60"/>
      </w:pPr>
      <w:bookmarkEnd w:id="83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brokers will implement forced buy-back of hedge funds to cover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short positions. This means they will go the open market and buy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for what ever someone is will to sell them for.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stock price = the last price it sold for. If the only sells available were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asking for 1 million, then that means the price will be 1 million. And since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likely there </w:t>
      </w:r>
      <w:r>
        <w:rPr>
          <w:rFonts w:ascii="Cambria" w:hAnsi="Cambria"/>
          <w:b/>
          <w:i w:val="0"/>
          <w:color w:val="FFFFFF"/>
          <w:sz w:val="20"/>
          <w:u w:val="none"/>
        </w:rPr>
        <w:t>aren't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enough shares in existence to cover the amount of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 that went on then theoretically this ape filled rocket could blast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the moon and land on Alpha centauri B.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Whats an exit strategy?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one isn't so obvious because the we don't know what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peak will be, but you should have an exit strategy: Plan out what you need on the day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selling, where do you need to be? think about that day and visualize it so you aren't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overwhelmed with anxiety when it actually happens. As for selling: all i can say on this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matter is do not sell on the way up as it's a bad idea. () Use </w:t>
      </w:r>
      <w:hyperlink r:id="rId94">
        <w:r>
          <w:rPr>
            <w:rFonts w:ascii="Calibri" w:hAnsi="Calibri"/>
            <w:sz w:val="20"/>
            <w:color w:val="00B0F0"/>
            <w:u/>
          </w:rPr>
          <w:t>this exit strategy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instead </w:t>
      </w:r>
    </w:p>
    <w:p>
      <w:pPr>
        <w:keepLines w:val="0"/>
        <w:widowControl w:val="0"/>
        <w:spacing w:before="63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</w:t>
      </w:r>
      <w:hyperlink r:id="rId302">
        <w:r>
          <w:rPr>
            <w:rFonts w:ascii="Calibri" w:hAnsi="Calibri"/>
            <w:sz w:val="20"/>
            <w:color w:val="00B0F0"/>
            <w:u/>
          </w:rPr>
          <w:t>u/gherkinit</w:t>
        </w:r>
      </w:hyperlink>
      <w:hyperlink r:id="rId302">
        <w:r>
          <w:rPr>
            <w:rFonts w:ascii="Cambria" w:hAnsi="Cambria"/>
            <w:sz w:val="20"/>
            <w:color w:val="FFFFFF"/>
            <w:u/>
          </w:rPr>
          <w:t xml:space="preserve">: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Understand the different types of orders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Limit Order, Market Order, Stop Limit Order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Stop Loss Order, explanations on the pro's and cons of each can also be found </w:t>
      </w:r>
      <w:hyperlink r:id="rId94">
        <w:r>
          <w:rPr>
            <w:rFonts w:ascii="Calibri" w:hAnsi="Calibri"/>
            <w:sz w:val="20"/>
            <w:color w:val="00B0F0"/>
            <w:u/>
          </w:rPr>
          <w:t>here</w:t>
        </w:r>
      </w:hyperlink>
      <w:hyperlink r:id="rId9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1802" w:val="left"/>
          <w:tab w:pos="2162" w:val="left"/>
        </w:tabs>
        <w:spacing w:before="73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people have noted that certain brokers have limits on the amount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place an order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online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(in terms of dollar value). Just to be safe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sure you have phone credit and the number for your broker ready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contact them to execute an order if this applies to you.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some brokers may not even limit orders (Revolut as far as i know).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sweat it, this is beyond your control. Just sell on the way down, or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don't. I don't care this is not financial advice.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Sit down when you decide to take gains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When the dust has settled and you decide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gains, again, sit down and drink some water and breath.. because you may faint or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possibly get sick from seeing that you have sold a single share for an ungodly amount.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Don't publish your realised gains publicly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Obvious one, don't be that person who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flaunts the gains online. You are going to cause a lot of fair-weather friends and family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crawl out of the woodwork trying to get their hands on your tendies. It may be tempting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rub it in the faces of the people who doubted you, but just don't. It's not worth it.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T+2 settlement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When you sell a share, it actually doesn't get settled until 2 days after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executed, meaning you don't actually have the money in your brokerage until 2 days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later. Learn about the </w:t>
      </w:r>
      <w:hyperlink r:id="rId303">
        <w:r>
          <w:rPr>
            <w:rFonts w:ascii="Calibri" w:hAnsi="Calibri"/>
            <w:sz w:val="20"/>
            <w:color w:val="00B0F0"/>
            <w:u/>
          </w:rPr>
          <w:t>settlement violations here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before you start going off buying other </w:t>
      </w:r>
    </w:p>
    <w:p>
      <w:pPr>
        <w:keepLines w:val="0"/>
        <w:widowControl w:val="0"/>
        <w:spacing w:before="74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with your gains. This T+2 settlement also gives the SEC the power to reverse any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they seem fit due to violations. Not meant to be FUD, i just thought its useful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know. I doubt they will start reversing transactions during the MOASS, but if it does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occur. </w:t>
      </w:r>
      <w:r>
        <w:rPr>
          <w:rFonts w:ascii="Cambria" w:hAnsi="Cambria"/>
          <w:b/>
          <w:i w:val="0"/>
          <w:color w:val="FFFFFF"/>
          <w:sz w:val="20"/>
          <w:u w:val="none"/>
        </w:rPr>
        <w:t>Hold tight, again: we set the price.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WHAT DO WITH MONEY?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It should be known that your regular current/checking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is only insured up to $250,000 if you're in the </w:t>
      </w:r>
      <w:hyperlink r:id="rId304">
        <w:r>
          <w:rPr>
            <w:rFonts w:ascii="Calibri" w:hAnsi="Calibri"/>
            <w:sz w:val="20"/>
            <w:color w:val="00B0F0"/>
            <w:u/>
          </w:rPr>
          <w:t>US under the FDIC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€100,000 if </w:t>
      </w:r>
    </w:p>
    <w:p>
      <w:pPr>
        <w:keepLines w:val="0"/>
        <w:widowControl w:val="0"/>
        <w:spacing w:before="63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are </w:t>
      </w:r>
      <w:hyperlink r:id="rId305">
        <w:r>
          <w:rPr>
            <w:rFonts w:ascii="Calibri" w:hAnsi="Calibri"/>
            <w:sz w:val="20"/>
            <w:color w:val="00B0F0"/>
            <w:u/>
          </w:rPr>
          <w:t>in the European Union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 its not advised to dump all your money into your bank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straight away. I would wait for T+2 settlement to clear then invest in value </w:t>
      </w:r>
    </w:p>
    <w:p>
      <w:bookmarkStart w:id="84" w:name="pg83"/>
      <w:pPr>
        <w:keepLines w:val="0"/>
        <w:pageBreakBefore/>
        <w:widowControl w:val="0"/>
        <w:spacing w:before="71" w:after="0" w:lineRule="exact" w:line="246"/>
        <w:ind w:left="1081" w:right="-60"/>
      </w:pPr>
      <w:bookmarkEnd w:id="8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stocks, so you're money isn't tied to your broker, should they have issues. This brings me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the next section...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Immediate Aftermath </w:t>
      </w:r>
    </w:p>
    <w:p>
      <w:pPr>
        <w:keepLines w:val="0"/>
        <w:widowControl w:val="0"/>
        <w:spacing w:before="95" w:after="0" w:lineRule="exact" w:line="218"/>
        <w:ind w:left="0" w:right="-60"/>
      </w:pPr>
      <w:r>
        <w:rPr>
          <w:rFonts w:ascii="Verdana" w:hAnsi="Verdana"/>
          <w:b w:val="0"/>
          <w:i w:val="0"/>
          <w:color w:val="FFFFFF"/>
          <w:sz w:val="17"/>
          <w:u w:val="none"/>
        </w:rPr>
        <w:t xml:space="preserve">0:02 </w:t>
      </w:r>
    </w:p>
    <w:p>
      <w:pPr>
        <w:keepLines w:val="0"/>
        <w:widowControl w:val="0"/>
        <w:spacing w:before="97" w:after="0" w:lineRule="exact" w:line="218"/>
        <w:ind w:left="0" w:right="-60"/>
      </w:pPr>
      <w:r>
        <w:rPr>
          <w:rFonts w:ascii="Verdana" w:hAnsi="Verdana"/>
          <w:b w:val="0"/>
          <w:i w:val="0"/>
          <w:color w:val="FFFFFF"/>
          <w:sz w:val="17"/>
          <w:u w:val="none"/>
        </w:rPr>
        <w:t xml:space="preserve">0:02 </w:t>
      </w:r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Assemble a team of legal and financial advisers: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Lawyer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Hire a </w:t>
      </w:r>
      <w:hyperlink r:id="rId306">
        <w:r>
          <w:rPr>
            <w:rFonts w:ascii="Calibri" w:hAnsi="Calibri"/>
            <w:sz w:val="20"/>
            <w:color w:val="00B0F0"/>
            <w:u/>
          </w:rPr>
          <w:t>tax attorney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deal with any problems that may arise </w:t>
      </w:r>
    </w:p>
    <w:p>
      <w:pPr>
        <w:keepLines w:val="0"/>
        <w:widowControl w:val="0"/>
        <w:spacing w:before="74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all of this. Hire a family law or estate planning attorney that can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arrange a Will for your family immediately.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side note: do NOT sign anything, from your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broker/bank/crayon dealer or anyone if you do not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understand it. Make sure you have an attorney read </w:t>
      </w:r>
    </w:p>
    <w:p>
      <w:pPr>
        <w:keepLines w:val="0"/>
        <w:widowControl w:val="0"/>
        <w:spacing w:before="69" w:after="0" w:lineRule="exact" w:line="246"/>
        <w:ind w:left="324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anything you may or may not be asked to sign.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Get an accountant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Get certified public accountant who helps wealthy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families organize their finances and guide you through your finances.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Hire a financial advisor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Make sure you hire a financial advisor that is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sworn to act as a fiduciary (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acting in your best financial interests, not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theirs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preferably with experience managing significant wealth. Make sure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check their certifications and that they aren't trying to push you to buy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insurance policy. The requirements to be a FA aren't concrete so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a lot of snake oil salesmen that really don't have your best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interests at heart. Make sure how you ask how they profit from you being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client and make sure they aren't trying to make commissions. Also,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 out for high fees. Minimum advisor fees based on AUM should not be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1% unless they can justify it with amazing historical returns.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Expect to vilified by MSM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In the case of a financial crisis, i can nearly guarantee that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will try to blame us rather than the hedgies and regulators who caused it. Pay no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mind to mainstream media and stand your ground.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Expect people to say you just got lucky, expect them to speak as though we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ones who caused this. They will lie, twist and corrupt the truth. Expect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friend who paper-handed a few months back and still think's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is dying brick-and-mortar resent you. You don't need to justify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yourself. All of our research has been documented, archived and literally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shouted from the rooftops for months. As Michael brrry would say "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warned, but no one listened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may also try and backtrack to a pro-GME narrative now that it's not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in their interest to side with SHFs. Just remember: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MSM is not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your friend, these people are allows pushing the narrative that they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are paid push. It's literally their business model.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85" w:name="pg84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85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Do nothing with the money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kind of piggy backs off the first point about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assembling a team of advisors, but please don't just cash out and go crazy with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money. Sit and think about it for some time. Let reality settle in and decide how are you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to use this money to help yourself and the people around you. Lambos are great but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won't bring you happiness forever. Don't blow that money down the drain. Educate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yourself on how wealthy people maintain their wealth.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Longer Term aftermath </w:t>
      </w:r>
    </w:p>
    <w:p>
      <w:pPr>
        <w:keepLines w:val="0"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Expect turbulence in the economy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wont be just contained to the world of GME.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going to have a ripple affect across the world economy as the powers-that-be, who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been taking advantage of the system loops holes, finally pay their debt. Here is some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essentials you should check out (in order) if you haven't already, this is 2008 continued: </w:t>
      </w:r>
    </w:p>
    <w:p>
      <w:pPr>
        <w:keepLines w:val="0"/>
        <w:widowControl w:val="0"/>
        <w:spacing w:before="59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307">
        <w:r>
          <w:rPr>
            <w:rFonts w:ascii="Cambria" w:hAnsi="Cambria"/>
            <w:sz w:val="20"/>
            <w:color w:val="FFFFFF"/>
            <w:b/>
            <w:u/>
          </w:rPr>
          <w:t>Inside Job (Full movie)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by </w:t>
      </w:r>
      <w:hyperlink r:id="rId308">
        <w:r>
          <w:rPr>
            <w:rFonts w:ascii="Calibri" w:hAnsi="Calibri"/>
            <w:sz w:val="20"/>
            <w:color w:val="00B0F0"/>
            <w:u/>
          </w:rPr>
          <w:t>Charles Ferguson</w:t>
        </w:r>
      </w:hyperlink>
      <w:hyperlink r:id="rId30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4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44">
        <w:r>
          <w:rPr>
            <w:rFonts w:ascii="Cambria" w:hAnsi="Cambria"/>
            <w:sz w:val="20"/>
            <w:color w:val="FFFFFF"/>
            <w:b/>
            <w:u/>
          </w:rPr>
          <w:t>The Bigger Short. How 2008 is repeating</w:t>
        </w:r>
      </w:hyperlink>
      <w:hyperlink r:id="rId4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hyperlink r:id="rId309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30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310">
        <w:r>
          <w:rPr>
            <w:rFonts w:ascii="Cambria" w:hAnsi="Cambria"/>
            <w:sz w:val="20"/>
            <w:color w:val="FFFFFF"/>
            <w:b/>
            <w:u/>
          </w:rPr>
          <w:t>A House of Cards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by </w:t>
      </w:r>
      <w:hyperlink r:id="rId202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20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311">
        <w:r>
          <w:rPr>
            <w:rFonts w:ascii="Cambria" w:hAnsi="Cambria"/>
            <w:sz w:val="20"/>
            <w:color w:val="FFFFFF"/>
            <w:b/>
            <w:u/>
          </w:rPr>
          <w:t>The EVERYTHING Short</w:t>
        </w:r>
      </w:hyperlink>
      <w:hyperlink r:id="rId31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hyperlink r:id="rId202">
        <w:r>
          <w:rPr>
            <w:rFonts w:ascii="Calibri" w:hAnsi="Calibri"/>
            <w:sz w:val="20"/>
            <w:color w:val="00B0F0"/>
            <w:u/>
          </w:rPr>
          <w:t>u/atobitt</w:t>
        </w:r>
      </w:hyperlink>
      <w:hyperlink r:id="rId20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High/hyper Inflation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 need to talk about </w:t>
      </w:r>
      <w:hyperlink r:id="rId304">
        <w:r>
          <w:rPr>
            <w:rFonts w:ascii="Calibri" w:hAnsi="Calibri"/>
            <w:sz w:val="20"/>
            <w:color w:val="00B0F0"/>
            <w:u/>
          </w:rPr>
          <w:t>inflation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In v1.0 of this guide I mentioned a possibility of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inflation, but as more news has come out it's pretty much a guarantee. Also, I didn't give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recommendations on what to do about it. So, i learned a bit about inflation so you don't have to: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The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What?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governments have moved away from the gold standard, countries </w:t>
      </w:r>
    </w:p>
    <w:p>
      <w:pPr>
        <w:keepLines w:val="0"/>
        <w:widowControl w:val="0"/>
        <w:spacing w:before="59" w:after="0" w:lineRule="exact" w:line="252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the power to create money out of thin air through </w:t>
      </w:r>
      <w:hyperlink r:id="rId312">
        <w:r>
          <w:rPr>
            <w:rFonts w:ascii="Calibri" w:hAnsi="Calibri"/>
            <w:sz w:val="20"/>
            <w:color w:val="00B0F0"/>
            <w:u/>
          </w:rPr>
          <w:t>quantitative easing</w:t>
        </w:r>
      </w:hyperlink>
      <w:hyperlink r:id="rId31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1802" w:val="left"/>
          <w:tab w:pos="2162" w:val="left"/>
        </w:tabs>
        <w:spacing w:before="73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is the annual percentage rise in the cost of living. Okay so what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that really mean? Here is smooth brain explanation: If you have $1 in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2020, and inflation rises 10% in 2021, you still have your $1 but you only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the buying power of $0.90 relative to last year. This is why holding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onto cash is not good in a high inflationary economy.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The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How?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always says its from over-printing of money, but in reality this is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a symptom of a failing economy, and a byproduct of the citizens lack of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confidence in the currency.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counter these rise in prices, the FED (or central bank) will raise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rates, essentially reducing the amount of money in circulation.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chair of the Fed, JPOW himself, said interest rates won't be </w:t>
      </w:r>
      <w:hyperlink r:id="rId313">
        <w:r>
          <w:rPr>
            <w:rFonts w:ascii="Calibri" w:hAnsi="Calibri"/>
            <w:sz w:val="20"/>
            <w:color w:val="00B0F0"/>
            <w:u/>
          </w:rPr>
          <w:t xml:space="preserve">raised until </w:t>
        </w:r>
      </w:hyperlink>
    </w:p>
    <w:p>
      <w:pPr>
        <w:keepLines w:val="0"/>
        <w:widowControl w:val="0"/>
        <w:spacing w:before="63" w:after="0" w:lineRule="exact" w:line="252"/>
        <w:ind w:left="2162" w:right="-60"/>
      </w:pPr>
      <w:hyperlink r:id="rId313">
        <w:r>
          <w:rPr>
            <w:rFonts w:ascii="Calibri" w:hAnsi="Calibri"/>
            <w:sz w:val="20"/>
            <w:color w:val="00B0F0"/>
            <w:u/>
          </w:rPr>
          <w:t>2023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However, fear is arising in the stock market as many speculate we </w:t>
      </w:r>
    </w:p>
    <w:p>
      <w:pPr>
        <w:keepLines w:val="0"/>
        <w:widowControl w:val="0"/>
        <w:spacing w:before="73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high inflation because the massive amount of "free money" initiatives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help the country get back on its feet, but it's just not being seen due to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COVID-19.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it is also noteworthy to say there is a difference between high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and hyperinflation. Hyperinflation is a term to describe rapid,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excessive, and out-of-control general price increases in an economy. While </w:t>
      </w:r>
    </w:p>
    <w:p>
      <w:bookmarkStart w:id="86" w:name="pg85"/>
      <w:pPr>
        <w:keepLines w:val="0"/>
        <w:pageBreakBefore/>
        <w:widowControl w:val="0"/>
        <w:spacing w:before="71" w:after="0" w:lineRule="exact" w:line="246"/>
        <w:ind w:left="2162" w:right="-60"/>
      </w:pPr>
      <w:bookmarkEnd w:id="8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is a measure of the pace of rising prices for goods and services,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hyperinflation is rapidly rising inflation, typically measuring more than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50% per month.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How to protect yourself?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firstly I'd like to note assets to </w:t>
      </w:r>
      <w:r>
        <w:rPr>
          <w:rFonts w:ascii="Cambria" w:hAnsi="Cambria"/>
          <w:b/>
          <w:i w:val="0"/>
          <w:color w:val="FFFFFF"/>
          <w:sz w:val="20"/>
          <w:u w:val="none"/>
        </w:rPr>
        <w:t>avoid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during high inflation: </w:t>
      </w:r>
    </w:p>
    <w:p>
      <w:pPr>
        <w:keepLines w:val="0"/>
        <w:widowControl w:val="0"/>
        <w:spacing w:before="59" w:after="0" w:lineRule="exact" w:line="252"/>
        <w:ind w:left="3242" w:right="-60"/>
      </w:pPr>
      <w:hyperlink r:id="rId314">
        <w:r>
          <w:rPr>
            <w:rFonts w:ascii="Calibri" w:hAnsi="Calibri"/>
            <w:sz w:val="20"/>
            <w:color w:val="00B0F0"/>
            <w:u/>
          </w:rPr>
          <w:t>Fixed rate bonds</w:t>
        </w:r>
      </w:hyperlink>
      <w:hyperlink r:id="rId31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3242" w:right="-60"/>
      </w:pPr>
      <w:hyperlink r:id="rId315">
        <w:r>
          <w:rPr>
            <w:rFonts w:ascii="Calibri" w:hAnsi="Calibri"/>
            <w:sz w:val="20"/>
            <w:color w:val="00B0F0"/>
            <w:u/>
          </w:rPr>
          <w:t>Growth stocks</w:t>
        </w:r>
      </w:hyperlink>
      <w:hyperlink r:id="rId31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4" w:after="0" w:lineRule="exact" w:line="252"/>
        <w:ind w:left="3242" w:right="-60"/>
      </w:pPr>
      <w:hyperlink r:id="rId316">
        <w:r>
          <w:rPr>
            <w:rFonts w:ascii="Calibri" w:hAnsi="Calibri"/>
            <w:sz w:val="20"/>
            <w:color w:val="00B0F0"/>
            <w:u/>
          </w:rPr>
          <w:t>Cash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(yes, that includes the money in your savings account)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73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best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investments during high inflation: </w:t>
      </w:r>
    </w:p>
    <w:p>
      <w:pPr>
        <w:keepLines w:val="0"/>
        <w:widowControl w:val="0"/>
        <w:spacing w:before="59" w:after="0" w:lineRule="exact" w:line="252"/>
        <w:ind w:left="3242" w:right="-60"/>
      </w:pPr>
      <w:hyperlink r:id="rId317">
        <w:r>
          <w:rPr>
            <w:rFonts w:ascii="Calibri" w:hAnsi="Calibri"/>
            <w:sz w:val="20"/>
            <w:color w:val="00B0F0"/>
            <w:u/>
          </w:rPr>
          <w:t>Real estate/land</w:t>
        </w:r>
      </w:hyperlink>
      <w:hyperlink r:id="rId31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right="-60"/>
        <w:jc w:val="center"/>
      </w:pPr>
      <w:hyperlink r:id="rId318">
        <w:r>
          <w:rPr>
            <w:rFonts w:ascii="Calibri" w:hAnsi="Calibri"/>
            <w:sz w:val="20"/>
            <w:color w:val="00B0F0"/>
            <w:u/>
          </w:rPr>
          <w:t>Commodities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(Gold, oil etc.) </w:t>
      </w:r>
    </w:p>
    <w:p>
      <w:pPr>
        <w:keepLines w:val="0"/>
        <w:widowControl w:val="0"/>
        <w:spacing w:before="63" w:after="0" w:lineRule="exact" w:line="252"/>
        <w:ind w:left="3242" w:right="-60"/>
      </w:pPr>
      <w:hyperlink r:id="rId319">
        <w:r>
          <w:rPr>
            <w:rFonts w:ascii="Calibri" w:hAnsi="Calibri"/>
            <w:sz w:val="20"/>
            <w:color w:val="00B0F0"/>
            <w:u/>
          </w:rPr>
          <w:t>Boomer Value Stocks</w:t>
        </w:r>
      </w:hyperlink>
      <w:hyperlink r:id="rId31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How about crypt-0?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can't name certain coins here because of auto-mod, but you know of the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big ones I'm talking about.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assumed that anything with a limited supply will inevitably move with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inflation. the loss in confidence people have in fiat currency is prevented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crypt-0-currency as it has an immutable finite supply.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you also need to bear in mind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utility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asset. Just because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something has a limited supply does not mean it's valuable (</w:t>
      </w:r>
      <w:r>
        <w:rPr>
          <w:rFonts w:ascii="Cambria" w:hAnsi="Cambria"/>
          <w:b w:val="0"/>
          <w:i/>
          <w:color w:val="FFFFFF"/>
          <w:sz w:val="20"/>
          <w:u w:val="none"/>
        </w:rPr>
        <w:t>The 2021 shit-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coin craze being evidence of this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financial nuclear winter event, it may a case that some coins may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become too expensive to mine due to rise in electricity prices, leading to a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disinterest/disincentivization in holding the asset and thus reducing it's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careful if you decide to hedge with these assets as they are yet to be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stress-tested during a financial crisis, some might succeed and many will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side-note: One silver lining i learned about inflation is that the burden of any debt you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have will be softened as the nominal value of the debt stays the same even as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of the currency decreases. What does this mean? if you owe money, lets say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mortgage or student loan, it is easier to pay of that debt as it is assumed you wages will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increase, while the number of dollars you owe stays the same. (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not that you will have a job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after the MOASS anyway ( ͡° ͜ʖ ͡°)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) </w:t>
      </w:r>
    </w:p>
    <w:p>
      <w:bookmarkStart w:id="87" w:name="pg86"/>
      <w:pPr>
        <w:keepLines w:val="0"/>
        <w:pageBreakBefore/>
        <w:widowControl w:val="0"/>
        <w:spacing w:before="337" w:after="0"/>
        <w:jc w:val="center"/>
      </w:pPr>
      <w:bookmarkEnd w:id="87"/>
      <w:r>
        <w:drawing>
          <wp:inline xmlns:a="http://schemas.openxmlformats.org/drawingml/2006/main" xmlns:pic="http://schemas.openxmlformats.org/drawingml/2006/picture">
            <wp:extent cx="3731259" cy="2240914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3731259" cy="2240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Taken during the 2011 Ocupy Wallstreet March (At National i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If there is anything else you think should be in here let me know in the comments. This is just my opinion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and not financial advice. I am just an ape who eats crayons for fun. This will probably be my last DD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valhalla (financially speaking), I'll finish by leaving you with this image (above ^). Remember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happened in 2008 and don't show any mercy. HOLD.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Socrates ( ͡° ͜ʖ ͡°)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🚀🚀🚀🚀🚀🚀🚀🚀🚀🚀🚀🚀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TLDR: no tldr you lazy ape, go read it. Its important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_____________________________________________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- edits 1: Diamond hands section typo : "**</w:t>
      </w:r>
      <w:r>
        <w:rPr>
          <w:rFonts w:ascii="Cambria" w:hAnsi="Cambria"/>
          <w:b/>
          <w:i/>
          <w:color w:val="FFFFFF"/>
          <w:sz w:val="20"/>
          <w:u w:val="none"/>
        </w:rPr>
        <w:t>aren't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enough shares", not "are enough shares"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- edits 2: removed WardenElites exit strategy, added the gherkinit's exit strategy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- edits 3: added mods twitters in Reddit going down section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NYSE threshold list: collapsing shorts and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launching the MOASS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bookmarkStart w:id="88" w:name="pg8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88"/>
      <w:r>
        <w:rPr>
          <w:rFonts w:ascii="Cambria" w:hAnsi="Cambria"/>
          <w:b/>
          <w:i w:val="0"/>
          <w:color w:val="FFFFFF"/>
          <w:sz w:val="20"/>
          <w:u w:val="none"/>
        </w:rPr>
        <w:t>TA;DR: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threshold list killed small shorts in January. Big shorts took on their positions. Threshold list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restrictions coming for big shorts too. Watch for GME being added to the threshold list.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restrictions associated with extended periods of failures to deliver inform the past six months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shenanigans. These restrictions killed the small players who were short GME in January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allowed big players to take on their position. Big players assumed they could use their powers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resources to turn this losing hand into a big win. Apes stopped them. Now, finally, the big players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to find these same restrictions applied to them - watch for GME being added to the threshold list.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Background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New York Stock Exchange provides a list of ‘threshold securities’, which are securities that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regarded as difficult to borrow due to a large number of recent failures to deliver. When a security is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list, there are limits on a market maker's ability to short sell the security in question and obligations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regarding delivery requirements. These restrictions and obligations can increase the longer the security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stays on the list. For further information and some relevant links, please see </w:t>
      </w:r>
      <w:hyperlink r:id="rId321">
        <w:r>
          <w:rPr>
            <w:rFonts w:ascii="Calibri" w:hAnsi="Calibri"/>
            <w:sz w:val="20"/>
            <w:color w:val="00B0F0"/>
            <w:u/>
          </w:rPr>
          <w:t>this comment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hyperlink r:id="rId309">
        <w:r>
          <w:rPr>
            <w:rFonts w:ascii="Calibri" w:hAnsi="Calibri"/>
            <w:sz w:val="20"/>
            <w:color w:val="00B0F0"/>
            <w:u/>
          </w:rPr>
          <w:t>u/Criand</w:t>
        </w:r>
      </w:hyperlink>
      <w:hyperlink r:id="rId309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currently some discussion of this topic because moviestock has been added to the threshold list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recently, </w:t>
      </w:r>
      <w:hyperlink r:id="rId322">
        <w:r>
          <w:rPr>
            <w:rFonts w:ascii="Calibri" w:hAnsi="Calibri"/>
            <w:sz w:val="20"/>
            <w:color w:val="00B0F0"/>
            <w:u/>
          </w:rPr>
          <w:t>this 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hyperlink r:id="rId323">
        <w:r>
          <w:rPr>
            <w:rFonts w:ascii="Calibri" w:hAnsi="Calibri"/>
            <w:sz w:val="20"/>
            <w:color w:val="00B0F0"/>
            <w:u/>
          </w:rPr>
          <w:t>u/OrwellsWarning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presents tweets by </w:t>
      </w:r>
      <w:hyperlink r:id="rId267">
        <w:r>
          <w:rPr>
            <w:rFonts w:ascii="Calibri" w:hAnsi="Calibri"/>
            <w:sz w:val="20"/>
            <w:color w:val="00B0F0"/>
            <w:u/>
          </w:rPr>
          <w:t>u/dlauer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Susanne Trimbath which is a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place to look for discussion of the significance of the threshold list (see the comments).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short, the ability to perform fucketry is diminished when a security is on the threshold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list. </w:t>
      </w:r>
      <w:hyperlink r:id="rId267">
        <w:r>
          <w:rPr>
            <w:rFonts w:ascii="Calibri" w:hAnsi="Calibri"/>
            <w:sz w:val="20"/>
            <w:color w:val="00B0F0"/>
            <w:u/>
          </w:rPr>
          <w:t>u/dlauer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tweets that it might be unusual for companies like GME to make it onto this list (usually it’s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 companies). This rather underappreciated post by </w:t>
      </w:r>
      <w:hyperlink r:id="rId324">
        <w:r>
          <w:rPr>
            <w:rFonts w:ascii="Calibri" w:hAnsi="Calibri"/>
            <w:sz w:val="20"/>
            <w:color w:val="00B0F0"/>
            <w:u/>
          </w:rPr>
          <w:t>u/mlebjerg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provides graphs of the price of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moviestock and GME in relation to their being on the threshold list. Notice that the price of moviestock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not appear to be related to their being on the threshold list. Neither does the price of GME, with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notable exception.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Key point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the restrictions that come with being on the threshold list and its relationship with the historical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prices of the two securities, I suspect the effect of being on the threshold list do not translate to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changes until the security has been on the list for long enough to compromise the ability of those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to manipulate the price. On the below graph I compare the price of GME with the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concurrent days it has been on the threshold list: </w:t>
      </w:r>
    </w:p>
    <w:p>
      <w:bookmarkStart w:id="89" w:name="pg88"/>
      <w:pPr>
        <w:keepLines w:val="0"/>
        <w:pageBreakBefore/>
        <w:widowControl w:val="0"/>
        <w:spacing w:before="0" w:after="0"/>
        <w:jc w:val="center"/>
      </w:pPr>
      <w:bookmarkEnd w:id="89"/>
      <w:r>
        <w:drawing>
          <wp:inline xmlns:a="http://schemas.openxmlformats.org/drawingml/2006/main" xmlns:pic="http://schemas.openxmlformats.org/drawingml/2006/picture">
            <wp:extent cx="5943600" cy="372173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end of December 2020 and into the beginning of February 2021 GME was on the threshold list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39 market days. I believe that this answers an important question that has been outstanding since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February: it explains why they needed to resort to a market halt to stop the January spike but not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gamma.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difference between January and February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</w:t>
      </w:r>
      <w:hyperlink r:id="rId326">
        <w:r>
          <w:rPr>
            <w:rFonts w:ascii="Calibri" w:hAnsi="Calibri"/>
            <w:sz w:val="20"/>
            <w:color w:val="00B0F0"/>
            <w:u/>
          </w:rPr>
          <w:t>this 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April I argue that the unusual market activity during February, the ‘gamma swarm’ or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‘gamma squeeze’, was an attempt to launch the MOASS that failed due to those shorting GME flooding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with ever more short positions, which mitigated attempts to rapidly rise the price. In </w:t>
      </w:r>
      <w:hyperlink r:id="rId327">
        <w:r>
          <w:rPr>
            <w:rFonts w:ascii="Calibri" w:hAnsi="Calibri"/>
            <w:sz w:val="20"/>
            <w:color w:val="00B0F0"/>
            <w:u/>
          </w:rPr>
          <w:t xml:space="preserve">this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327">
        <w:r>
          <w:rPr>
            <w:rFonts w:ascii="Calibri" w:hAnsi="Calibri"/>
            <w:sz w:val="20"/>
            <w:color w:val="00B0F0"/>
            <w:u/>
          </w:rPr>
          <w:t>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May I argue that the changes in order flow indicate that the market center Citadel Securities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used to open a large short position in January and the NASDAQ market center was used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manipulate the price in February. These two arguments leave an unanswered question: if the spike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was prevented by manipulation involving inter-market-center fucketry, why did they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resort to a trading halt to prevent the January spike?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the threshold list answers that question: trading was halted in January because GME had been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threshold list for weeks prior to the spike, which prevented the other methods of price restricting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manipulation available to those shorting GME. After weeks on the threshold list, and in the face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massive buying pressure, they had no winning play left - so they halted trading. I suspect that,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halted, they then brought the minimum number of GME shares required to cover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outstanding failures to deliver which then removed GME from the threshold list. I expect that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actually left them with </w:t>
      </w:r>
      <w:r>
        <w:rPr>
          <w:rFonts w:ascii="Cambria" w:hAnsi="Cambria"/>
          <w:b w:val="0"/>
          <w:i/>
          <w:color w:val="FFFFFF"/>
          <w:sz w:val="20"/>
          <w:u w:val="none"/>
        </w:rPr>
        <w:t>an even bigger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outstanding short position, considering how much it would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expanded during the January spike: they opened a bigger position due tomorrow, to close the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keeping GME on the list today. I think this led to the game they’ve been playing since February. </w:t>
      </w:r>
    </w:p>
    <w:p>
      <w:bookmarkStart w:id="90" w:name="pg8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90"/>
      <w:r>
        <w:rPr>
          <w:rFonts w:ascii="Cambria" w:hAnsi="Cambria"/>
          <w:b/>
          <w:i w:val="0"/>
          <w:color w:val="FFFFFF"/>
          <w:sz w:val="20"/>
          <w:u w:val="none"/>
        </w:rPr>
        <w:t>The story so far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that GME has not returned to the threshold list since early February. I think that this is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parties shorting GME since then have been more competent, better resourced, and more powerful.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suspect that GME went onto the threshold list in December 2020 because a smaller player, perhaps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Melvin Capital, was failing to cover or defer their short positions. Ultimately, this led to the January spike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 more powerful institution capable of the manipulation required to stop the spike stepping 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Essentially, I think at least one smaller player who was short GME collapsed in December and January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undermined the ability of the larger players to control the situation. In response, I suspect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larger players with market maker privileges and influence over market centers took over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collapsing players.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why I think that the short position was </w:t>
      </w:r>
      <w:r>
        <w:rPr>
          <w:rFonts w:ascii="Cambria" w:hAnsi="Cambria"/>
          <w:b w:val="0"/>
          <w:i/>
          <w:color w:val="FFFFFF"/>
          <w:sz w:val="20"/>
          <w:u w:val="none"/>
        </w:rPr>
        <w:t>expanded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January even though I also think some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were covered. As I discuss </w:t>
      </w:r>
      <w:hyperlink r:id="rId328">
        <w:r>
          <w:rPr>
            <w:rFonts w:ascii="Calibri" w:hAnsi="Calibri"/>
            <w:sz w:val="20"/>
            <w:color w:val="00B0F0"/>
            <w:u/>
          </w:rPr>
          <w:t>in my post regarding the 605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data (also linked earlier, the may post),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appears that the market center Citadel Securities was used to expand a short position during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spike. Notice that the restrictions associated with a security being on the threshold list are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applied to all parties equally. This is how shorting took place in January, despite GME having been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list for weeks - it was one of the smaller players failing to deliver that got GME on the list, so the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players were not suffering all of the related restrictions (especially those with influence over their 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center). I suspect that the short position was expanded dramatically in the leadup to the January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spike and then, after the trading halt,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oldest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were covered to resolve those failures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deliver that were keeping GME on the threshold list. In this manner, the short position was moved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 players to the big ones and the overall short position expanded while the reported short position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lowered substantially.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their short position bigger than ever, I suspect that they attempted to crash the price in February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convince everyone that it’s time to sell their GME shares. At this point, their position is likely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quite strong - the short positions opened in January were at a high price per share, which means they’ve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received more money from buyers than the current share price. So, on paper anway, they are in a strong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- yes, they owe an insane amount of GME shares, but the price of GME is now much lower.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as they can </w:t>
      </w:r>
      <w:r>
        <w:rPr>
          <w:rFonts w:ascii="Cambria" w:hAnsi="Cambria"/>
          <w:b w:val="0"/>
          <w:i/>
          <w:color w:val="FFFFFF"/>
          <w:sz w:val="20"/>
          <w:u w:val="none"/>
        </w:rPr>
        <w:t>eventually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convince everyone this is over, they’ll likely come out of this stronger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ever. If they can keep issuing more short positions that they eventually cover at a much lower price,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shareholders give up and move on, they’ll actually have profited over this debacle and gobbled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smaller players. Provided the apes stop buying and move on, they’ve turned an infinite loss position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huge win. Masterstroke.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bold plan, it will turn a massive loss into a huge win. So, they go all in and do an excellent job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it. The trading halt works by allowing them to consolidate the short positions into only those players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to pull this strategy off. Expanding the short position provides an influx of cash from buyers.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 shorting after the trading halt drops the price in early February. The political fallout allows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to announce very publicly that they’ve closed their positions. The media narrative fits perfectly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they need to portray. For the first few weeks of February, it’s working.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Except, it doesn’t work. It’s an excellent play and they executed it well. Regardless, two factors prevent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success. Firstly, millions of weirdos from the internet appear to have disregarded all traditionally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authoritative sources of information and keep buying more shares. Given the complete lack of any </w:t>
      </w:r>
    </w:p>
    <w:p>
      <w:bookmarkStart w:id="91" w:name="pg9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9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evidence to justify this behaviour, it’s understandable that this caught the shorts off guard. At this point,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too late - they’re beyond fully committed to this play, they’ve gambled everything they have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health of the entire financial markets on this. So, they do what they can to undermine this bizarre online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resistance. Unfortunately, for them, they are also facing resistance from other big players who,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whatever reason, are not willing to allow them this victory. This resistance from other big players comes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form of the February gamma, which attempts to launch the squeeze that was prevented with the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trading halt (</w:t>
      </w:r>
      <w:hyperlink r:id="rId326">
        <w:r>
          <w:rPr>
            <w:rFonts w:ascii="Calibri" w:hAnsi="Calibri"/>
            <w:sz w:val="20"/>
            <w:color w:val="00B0F0"/>
            <w:u/>
          </w:rPr>
          <w:t>link to my April post on this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also linked earlier).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sets the stage for everything that follows, March onwards. In January and early February the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win the battles. Smaller players die and cause a massive mess, but this allows the big-shorts to take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positions and expand their short positions at a favorable price point while doing so. They gamble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an extreme play, a trading halt, to crash the price and it works. However, Apes pervert their attempts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motivate selloffs and realize they are being targeted with misinformation - so, they gather together to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defend themselves. Ultimately, this becomes </w:t>
      </w:r>
      <w:hyperlink r:id="rId329">
        <w:r>
          <w:rPr>
            <w:rFonts w:ascii="Calibri" w:hAnsi="Calibri"/>
            <w:sz w:val="20"/>
            <w:color w:val="00B0F0"/>
            <w:u/>
          </w:rPr>
          <w:t>r/SuperStonk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Other big players, perhaps fearing what the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big-shorts have become and are doing, instigate the February gamma which reverses a large portion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crash and exposes the ongoing manipulation. As February draws to a close, the gamma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failed to launch the rocket and the Apes have only a vague understanding of what is happening. It’s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stalemate.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the battles fought in January and February have informed everything that followed. The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players short GME have used their power, influence, and resources to avoid any further restrictions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GME activities. The big players opposing them have done what they can, but can’t launch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rocket. Apes’ might be described as the wildcard, but I think they’re better understood 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battleground. As the months drag on, they grow in sophistication, numbers, and power. Six months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mess, they’re the ones holding the winning hand. It’s the Apes’ whose shares need to be brought: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always needed retail shares, but after six months of endless shorting they now need </w:t>
      </w:r>
      <w:r>
        <w:rPr>
          <w:rFonts w:ascii="Cambria" w:hAnsi="Cambria"/>
          <w:b w:val="0"/>
          <w:i/>
          <w:color w:val="FFFFFF"/>
          <w:sz w:val="20"/>
          <w:u w:val="none"/>
        </w:rPr>
        <w:t>a lot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and, much worse, the retail holders know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my outline, story I guess, is correct, then the outcome is inevitable. At least, assuming Apes hold.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Eventually, especially in the face of tightening restrictions, GME is going to end up back 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threshold list. Once it does, the powers and privileges allowing those short GME to fight will be steadily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stripped away until they can’t do anything except watch as their obligations to the NSCC kick in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attempt to close the infinite loss position they have burdened their peers with begins. I suspect this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the new restrictions are finishing off with ‘rules clarifications’ that limit rehypothecation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prevent a borrowed share from being used to ‘deliver’ an earlier position. Once the failures to deliver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no longer be hidden, GME is going to end up back on that threshold list. Once it’s there, those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outstanding failures to deliver will have their ability to short GME restricted and the big-shorts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caught in the same trap they ‘saved’ the little shorts from in January.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Finally, please note a recent by </w:t>
      </w:r>
      <w:hyperlink r:id="rId330">
        <w:r>
          <w:rPr>
            <w:rFonts w:ascii="Calibri" w:hAnsi="Calibri"/>
            <w:sz w:val="20"/>
            <w:color w:val="00B0F0"/>
            <w:u/>
          </w:rPr>
          <w:t>u/Feeling_Point_5978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yesterday (I can't link, it's on a different subreddit)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discussion of this in the context of Moviestock. For what it’s worth, I think that Moviestock is 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canary in the coal mines on this issue. I suspect that the new restrictions, finally in effect from last week,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result in the failures to deliver GME to being piling up quite soon. If this happens, expect to see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threshold list soon after. Once it’s there, the restrictions escalate until it’s off the list. I suspect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there is only one way GME is getting off that list once it’s back on it, and that’s the MOASS. </w:t>
      </w:r>
    </w:p>
    <w:p>
      <w:bookmarkStart w:id="92" w:name="pg9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9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(Please note that my incompetence limits the reliability of any of the above. I argue, think, and suspect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things; my saying it doesn’t mean much regardless of how I phrase it - read with caution!)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Infinity Pool: How GME Will Break the Laws of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Supply and Demand and Enable the Money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Glitch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Introduction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Welcome to Theoretical Microeconomics for Apes.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will discuss the interactions of fundamental microeconomic principles of supply, demand,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price, and quantity during the MOASS, pose a theoretical example based on a hypothetical Short Interest,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discuss the possible impact of an Infinity Pool depending on its size. One of many reasons that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be studied for centuries is because it will stretch fundamentals of supply and demand to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theoretical limits. There are a handful of terms used repetitively throughout this post, so put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wrinkle-caps on and do some word learnin'. Fortunately, there is no quiz or attendance record.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Section 1: Microeconomic Principles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Section 2: Microeconomic Principles Applied to the MOASS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Section 3: Key Takeaways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Disclaimer: I am by no means an expert, nor am I giving advice. My goal here is to understand and discuss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theoretical microeconomic principles in relation to the MOASS due to my interest in the underlying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mechanics of supply and demand at play. Please refute any incorrect assumptions in the comments and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will amend the post as necessary.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ta;dr: GME is a fascinating experiment of Supply and Demand. Diamond-handed Ape names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for banana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1: MICROECONOMIC PRINCIPLES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provide a brief overview of each concept, with links. It is worthwhile to read the entirety of each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 if you are interested in the topic(s).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are already familiar with these principles, you can skip to the next section.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1.1 Theory of Price</w:t>
      </w:r>
      <w:hyperlink r:id="rId331">
        <w:r>
          <w:rPr>
            <w:rFonts w:ascii="Cambria" w:hAnsi="Cambria"/>
            <w:sz w:val="20"/>
            <w:color w:val="FFFFFF"/>
            <w:u/>
          </w:rPr>
          <w:t xml:space="preserve"> - Link to Article </w:t>
        </w:r>
      </w:hyperlink>
    </w:p>
    <w:p>
      <w:bookmarkStart w:id="93" w:name="pg9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9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theory of price—also referred to as "price theory"—is a microeconomic principle that uses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concept of supply and demand to determine the appropriate price point for a given good or service [or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case of GME, a security].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goal is to achieve the equilibrium where the quantity of the goods or services provided matches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 of the corresponding market and its ability to acquire the good or service. The concept of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theory allows for price adjustments as market conditions change.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Speak: In general, price will go up when demand exceeds supply. When supply = demand, price stay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same. When supply exceeds demand, price go down.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1.2 The Laws of Supply and Demand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Law of Supply</w:t>
      </w:r>
      <w:hyperlink r:id="rId332">
        <w:r>
          <w:rPr>
            <w:rFonts w:ascii="Cambria" w:hAnsi="Cambria"/>
            <w:sz w:val="20"/>
            <w:color w:val="FFFFFF"/>
            <w:u/>
          </w:rPr>
          <w:t xml:space="preserve"> - Link to Article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law of supply is the microeconomic law that states that, all other factors being equal, as the price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good or service increases, the quantity of goods or services that suppliers offer will increase, and vice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versa. The law of supply says that as the price of an item goes up, suppliers will attempt to maximize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profits by increasing the quantity offered for sale.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SUPPLY CURVE: Supply in a market can be depicted as an upward sloping supply curve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that shows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quantity supplied will respond to various prices over a period of time.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Speak: higher prices gradually convince more Apes to sell over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Law of Demand</w:t>
      </w:r>
      <w:hyperlink r:id="rId333">
        <w:r>
          <w:rPr>
            <w:rFonts w:ascii="Cambria" w:hAnsi="Cambria"/>
            <w:sz w:val="20"/>
            <w:color w:val="FFFFFF"/>
            <w:u/>
          </w:rPr>
          <w:t xml:space="preserve"> - Link to Article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law of demand states that quantity purchased varies inversely with price. In other words, the higher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price, the lower the quantity demanded.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 CURVE: A market demand curve expresses the sum of quantity demanded at each price across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consumers in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Changes in price can be reflected in movement along a demand curve, but do not by themselves increase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decrease demand.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4">
        <w:r>
          <w:rPr>
            <w:rFonts w:ascii="Cambria" w:hAnsi="Cambria"/>
            <w:sz w:val="20"/>
            <w:color w:val="FFFFFF"/>
            <w:u/>
          </w:rPr>
          <w:t xml:space="preserve">Ape Speak: Typically, higher prices make people buy fewer of something. </w:t>
        </w:r>
      </w:hyperlink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1.3 Supply and Demand Curves</w:t>
      </w:r>
      <w:hyperlink r:id="rId335">
        <w:r>
          <w:rPr>
            <w:rFonts w:ascii="Cambria" w:hAnsi="Cambria"/>
            <w:sz w:val="20"/>
            <w:color w:val="FFFFFF"/>
            <w:u/>
          </w:rPr>
          <w:t xml:space="preserve"> - Link to Article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Pic#1: Example Supply and Demand Curves plotted together.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demand curve shows the quantities of a particular good or service that buyers will be willing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able to purchase at each price during a specified period. The supply curve shows the quantities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sellers will offer for sale at each price during that same period. By putting the two curves together,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be able to find a price at which the quantity buyers are willing and able to purchase equals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quantity sellers will offer for sale.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 individual point along the Supply or Demand Curve identifies the quantity that will be supplied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demanded at a particular price (i.e.,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Supplied &amp; 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When supply exceeds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demand, there is a </w:t>
      </w:r>
      <w:r>
        <w:rPr>
          <w:rFonts w:ascii="Cambria" w:hAnsi="Cambria"/>
          <w:b w:val="0"/>
          <w:i/>
          <w:color w:val="FFFFFF"/>
          <w:sz w:val="20"/>
          <w:u w:val="none"/>
        </w:rPr>
        <w:t>surplus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When demand exceeds supply, there is a </w:t>
      </w:r>
      <w:r>
        <w:rPr>
          <w:rFonts w:ascii="Cambria" w:hAnsi="Cambria"/>
          <w:b w:val="0"/>
          <w:i/>
          <w:color w:val="FFFFFF"/>
          <w:sz w:val="20"/>
          <w:u w:val="none"/>
        </w:rPr>
        <w:t>shortage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94" w:name="pg9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9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Speak: Typically, demand and supply move in opposite directions in relation to price. When you put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two lines on a graph, they intersect at a specific price and quantity - these graphs are useful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analyzing prices.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1.4 Equilibrium</w:t>
      </w:r>
      <w:hyperlink r:id="rId337">
        <w:r>
          <w:rPr>
            <w:rFonts w:ascii="Cambria" w:hAnsi="Cambria"/>
            <w:sz w:val="20"/>
            <w:color w:val="FFFFFF"/>
            <w:u/>
          </w:rPr>
          <w:t xml:space="preserve"> - Link to Article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Equilibrium (artificial or otherwise) is something GME users have come to know intimately over the last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month. During the MOASS, the price of GME will begin moving wildly towards a new market equilibrium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(extreme rising and dipping), after which prices will stabilize and return to earth.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Equilibrium is the state in which market supply and demand balance each other, and as a result prices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become stable. Generally, an over-supply of goods or services causes prices to go down, which results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higher demand—while an under-supply or shortage causes prices to go up resulting in less demand.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balancing effect of supply and demand results in a state of equilibrium.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Equilibrium is a singular point on a standard graph where two curves intersect, it produces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Equilibrium Price (the Y axis), and an Equilibrium Quantity (the X axis).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market in equilibrium demonstrates three characteristics: the behavior of agents is consistent,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no incentives for agents to change behavior, and a dynamic process governs equilibrium outcome.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This is where Apes combined with astronomical Short Interest throw a wrench into the market machinery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and stretch the mechanics of supply and demand to the limit.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Speak: Equilibrium is reached when quantity supplied = quantity demanded. Equilibrium produces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measurable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 Quantity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Equilibrium = market harmony.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1.5 Price Elasticity of Supply and Price Elasticity of Demand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8">
        <w:r>
          <w:rPr>
            <w:rFonts w:ascii="Cambria" w:hAnsi="Cambria"/>
            <w:sz w:val="20"/>
            <w:color w:val="FFFFFF"/>
            <w:u/>
          </w:rPr>
          <w:t xml:space="preserve">Elasticity vs. Inelasticity - Perfect Elasticity and Zero Elasticity - Inelastic Supply Explained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Elasticity: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this context, elasticity is another way of saying "rate of change" of a curve. Both Supply and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Demand Curves have their own elasticity, which determines exactly how steep the curve is on the graph.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Pic#1. Determining the elasticity of each curve is helpful for understanding where the curves might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intersect to create market equilibrium price and quantity.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Elasticity, expressed mathematically, is: E = (% Change in Quantity (Supplied or Demanded) / % Change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Price). It expresses the relationship of how many units become available from sellers or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demanded by buyers in response to changes in price. In theory, Demand and Supply Curves can reach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extremes of elasticity - either perfect elasticity, or zero elasticity. It is important to note that elasticity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subject to market conditions, and changes over time - this means that Supply and Demand Curves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different slopes at different quantities/prices. (Hint: supply being held by a diamond-handed Ape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market condition that impacts elasticity of supply!)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Perfect elasticity means that your Supply or Demand Curve is completely flat, and that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Quantity Supplied or Demanded changes by an infinite amount in response to any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change in price. (We don't really care about this in the context of GME, except to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extent that it helps us understand the flip-side, zero elasticity). </w:t>
      </w:r>
    </w:p>
    <w:p>
      <w:bookmarkStart w:id="95" w:name="pg94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95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Zero elasticity (E = 0), which is what we care about in our GME example, refers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extreme cases where a % change in price, no matter how large, results in zero change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Quantity Supplied or Demanded. When elasticity is zero, supply and demand are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irresponsive to any change in price, no matter how large.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Speak: Elasticity determines the slope of the Supply and Demand Curves. Low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Elasticity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Supply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that a big change in price has a small impact on the quantity of shares supplied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market. Low/zero </w:t>
      </w:r>
      <w:r>
        <w:rPr>
          <w:rFonts w:ascii="Cambria" w:hAnsi="Cambria"/>
          <w:b w:val="0"/>
          <w:i/>
          <w:color w:val="FFFFFF"/>
          <w:sz w:val="20"/>
          <w:u w:val="none"/>
        </w:rPr>
        <w:t>Elasticity of Demand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means that a big change in price does not impact demand (in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case, the requirement to close a fixed quantity of short positions).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2: MICROECONOMIC PRINCIPLES APPLIED TO THE MOASS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Disclaimer: This is the point of the post at which my understanding of the material presented above collides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with my understanding of the last few months of DD. In other words, the proceeding sections could be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accurately classified as an opinion or educated guess.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9">
        <w:r>
          <w:rPr>
            <w:rFonts w:ascii="Cambria" w:hAnsi="Cambria"/>
            <w:sz w:val="20"/>
            <w:color w:val="FFFFFF"/>
            <w:u/>
          </w:rPr>
          <w:t xml:space="preserve">We're gonna hypothetical them hedgies' clavicles!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Here, I will apply the above-reference microeconomic principles to a MOASS that uses hypothetical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numbers. Short Interest is critical here because it represents the number of shares at which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QUANTITY DEMANDED WILL BE FIXED. (Note: this is not a discussion about the possible short interest.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personally believe that the real SI is much higher than in the example I am about to pose.)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Pic#2: Money Glitch Activated: A Hypothetical GME MOASS Supply &amp; Demand Curve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Important Numbers for this example: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Interest: ~400% (280m shares)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Float: 25m (for ease of calculation)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Float repurchases to cover shorted shares: 11.2 float repurchases (the last ~25m shares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the final whole float repurchase - is important later on)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2.1. GME Demand Curve and Price Elasticity of Demand - Fixed Demand Enables Infinite Losses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GME Demand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shorts must cover and close their positions, they will require a fixed quantity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to do so.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fixed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means that shorts must cover at any price until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Supplied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reaches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GME Price Elasticity of Demand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fixed, </w:t>
      </w:r>
      <w:r>
        <w:rPr>
          <w:rFonts w:ascii="Cambria" w:hAnsi="Cambria"/>
          <w:b w:val="0"/>
          <w:i/>
          <w:color w:val="FFFFFF"/>
          <w:sz w:val="20"/>
          <w:u w:val="none"/>
        </w:rPr>
        <w:t>Price Elasticity of Demand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ZERO - the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Demand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VERTICAL.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not change NO MATTER THE CHANGE IN PRICE.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2.2. GME Supply Curve and Price Elasticity of Supply - The Ceiling is Your Imagination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GME 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96" w:name="pg95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96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GME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the single most important factor for determining the "price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ceiling" of the MOASS.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Demand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vertical line,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determined by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whatever point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intersects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Demand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(in other terms,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Supplied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equals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steeper the slope of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 higher the "price ceiling" of the MOASS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GME Price Elasticity of Supply (PES)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practice, GME </w:t>
      </w:r>
      <w:r>
        <w:rPr>
          <w:rFonts w:ascii="Cambria" w:hAnsi="Cambria"/>
          <w:b w:val="0"/>
          <w:i/>
          <w:color w:val="FFFFFF"/>
          <w:sz w:val="20"/>
          <w:u w:val="none"/>
        </w:rPr>
        <w:t>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(the slope of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will change over time and according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market conditions.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Paperhands lead to higher </w:t>
      </w:r>
      <w:r>
        <w:rPr>
          <w:rFonts w:ascii="Cambria" w:hAnsi="Cambria"/>
          <w:b w:val="0"/>
          <w:i/>
          <w:color w:val="FFFFFF"/>
          <w:sz w:val="20"/>
          <w:u w:val="none"/>
        </w:rPr>
        <w:t>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flatter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whereas Diamond hands lead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near-zero </w:t>
      </w:r>
      <w:r>
        <w:rPr>
          <w:rFonts w:ascii="Cambria" w:hAnsi="Cambria"/>
          <w:b w:val="0"/>
          <w:i/>
          <w:color w:val="FFFFFF"/>
          <w:sz w:val="20"/>
          <w:u w:val="none"/>
        </w:rPr>
        <w:t>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more vertical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(Remember when I said that having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diamond hands is a market condition?)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PES is high, more shares will trade between trading halts. When </w:t>
      </w:r>
      <w:r>
        <w:rPr>
          <w:rFonts w:ascii="Cambria" w:hAnsi="Cambria"/>
          <w:b w:val="0"/>
          <w:i/>
          <w:color w:val="FFFFFF"/>
          <w:sz w:val="20"/>
          <w:u w:val="none"/>
        </w:rPr>
        <w:t>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low, fewer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will be exchanged between trading halts. (Theoretically, as little as a single share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be traded between trading halts).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beginning of the MOASS, </w:t>
      </w:r>
      <w:r>
        <w:rPr>
          <w:rFonts w:ascii="Cambria" w:hAnsi="Cambria"/>
          <w:b w:val="0"/>
          <w:i/>
          <w:color w:val="FFFFFF"/>
          <w:sz w:val="20"/>
          <w:u w:val="none"/>
        </w:rPr>
        <w:t>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be higher as paperhands are tempted to sell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3-6 figure range. (Smaller changes in price will cause higher quantities to become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available)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real squeeze begins when Diamond hands begin setting/lowering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enabling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 prices to exceed 7 figures. (Larger changes in price cause very low quantities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become available)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2.3. GME Theory of Price and Equilibrium - Ape Names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Bringing it back to this graphic: Pic#2: Hypothetical GME MOASS Supply &amp; Demand Curve, you can see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 hypothetical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been established.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Disclaimer: This example does not account for the fact that some amount of the final ~25m shares (the final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float once rehypothecated shares are gone) will be re-circulated and change the Price Elasticity of Supply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as the Supply Curve approaches the Demand Curve. In other words, the Supply Curve could begin to flatten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once Quantity Supplied is one whole float away from Quantity Demanded.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example, a price somewhere between $10m-$100m is sufficient to convince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Diamond-Handed Apes to provide enough supply of shares to meet the demand created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Marge's call and create the required liquidity to close all of the outstanding short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short positions are closed,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been achieved,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Quantity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Supplied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equals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the price begins to stabilize (crash). This does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imply that the peak occurs exactly at the moment that the last short position 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closed. I believe that the peak will occur sometime shortly after the first of the real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enter the market, and liquidity begins to normalize. </w:t>
      </w:r>
    </w:p>
    <w:p>
      <w:bookmarkStart w:id="97" w:name="pg9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97"/>
      <w:r>
        <w:rPr>
          <w:rFonts w:ascii="Cambria" w:hAnsi="Cambria"/>
          <w:b/>
          <w:i w:val="0"/>
          <w:color w:val="FFFFFF"/>
          <w:sz w:val="20"/>
          <w:u w:val="none"/>
        </w:rPr>
        <w:t>2.4. GME MOASS, Infinity Pool Edition - The Forever Shorts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But what happens if the Quantity Supplied never reaches the Quantity Demanded?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It would look something like this: Pic#3: GME MOASS Supply &amp; Demand Curve: INFINITY POOL EDITION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Infinity Pool of any size will reduce </w:t>
      </w:r>
      <w:r>
        <w:rPr>
          <w:rFonts w:ascii="Cambria" w:hAnsi="Cambria"/>
          <w:b w:val="0"/>
          <w:i/>
          <w:color w:val="FFFFFF"/>
          <w:sz w:val="20"/>
          <w:u w:val="none"/>
        </w:rPr>
        <w:t>Price Elasticity of Supply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thus maintaining a more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vertical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even as real shares enter the market for re-circulation.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there is an Infinity Pool that equals or exceeds one whole float (~25m shares +1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share), then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Price Elasticity of Supply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becomes ZERO,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becomes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COMPLETELY VERTICAL and never intersects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Demand Curve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Apes can truly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name whatever price their broker allows them to enter at the time. There is an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absolute </w:t>
      </w:r>
      <w:r>
        <w:rPr>
          <w:rFonts w:ascii="Cambria" w:hAnsi="Cambria"/>
          <w:b w:val="0"/>
          <w:i/>
          <w:color w:val="FFFFFF"/>
          <w:sz w:val="20"/>
          <w:u w:val="none"/>
        </w:rPr>
        <w:t>Shortage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shares.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3: KEY TAKEAWAYS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 believe these key takeaways are reasonable given the information already known and presented here,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these are best classified as opinions/ educated guesses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Current State of Relative Equilibrium: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Currently, so long as shorts create artificial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equilibrium by meeting demand with artificial supply, the market will remain in a state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pseudo-equilibrium. When the downward price pressure of artificial supply inverts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itself into upward price pressure from buying to cover, a wormhole opens. (This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nothing new, but I have yet to hear it expressed in these terms)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Real-time Supply &amp; Demand Curve: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Monitoring activity on the bid/ask spread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between trading halts during the MOASS will provide insight into the current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state of </w:t>
      </w:r>
      <w:r>
        <w:rPr>
          <w:rFonts w:ascii="Cambria" w:hAnsi="Cambria"/>
          <w:b w:val="0"/>
          <w:i/>
          <w:color w:val="FFFFFF"/>
          <w:sz w:val="20"/>
          <w:u w:val="none"/>
        </w:rPr>
        <w:t>Price Elasticity of Supply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At times, the bid/ask spread will be as wide as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brokerage maximum-price limits allow.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When is the Infinity Squeeze phase of the MOASS truly getting started?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 w:val="0"/>
          <w:i/>
          <w:color w:val="FFFFFF"/>
          <w:sz w:val="20"/>
          <w:u w:val="none"/>
        </w:rPr>
        <w:t>Price Elasticity of Supply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stupidly low and getting lower. Assuming that Diamond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Handed Apes own the float, the real squeeze hasn't started until GME is trading over 7-8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digits. Apes will be some of the last sellers to get in line, so any price action prior to Apes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getting in line to name their price is only a buildup to the Infinity Squeeze.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Utility of Volume During MOASS as a Predictor of a Potential Peak: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all likelihood,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 volume is not a reliable indicator of a squeeze peak. You would have to possess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relatively accurate idea of the true size of the short position (a.k.a.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 that there is no additional volume being created by new short positions that open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MOASS, and know the impact of real shares beginning to re-circulate.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Infinity Pool Can Create a True Infinity Squeeze: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Suppose that Apes own the float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two-times over. If each Ape placed half of their shares into the Infinity Pool, then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 ~25m shares will be inaccessible by the market, and the short positions can't be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closed until other sources of liquidity become available. In that scenario, Apes can name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price for the half of their shares that do not go into the Infinity Pool. I cannot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personally fathom what would happen to the price if the entire current float could not </w:t>
      </w:r>
    </w:p>
    <w:p>
      <w:bookmarkStart w:id="98" w:name="pg97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9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re-enter circulation - perhaps institutional sellers would provide liquidity to stabilize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later-on, but I do not know the details of how or how long it would take.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Dips on the way up: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No matter how far the price crashes down on the way up, I will not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convinced that the squeeze has started until the price is rocketing past $100k-$1m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very few shares are exchanging hands between the trading halts. IMO, any dip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$1m-$10m cannot be the true peak, because by that point it is clear that Apes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diamond handing enough shares to allow Apes to name their own price if they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 to hold.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Closing the Last Short Position vs. Timing of the Peak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When the short positions are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closed,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been momentarily achieved, </w:t>
      </w:r>
      <w:r>
        <w:rPr>
          <w:rFonts w:ascii="Cambria" w:hAnsi="Cambria"/>
          <w:b w:val="0"/>
          <w:i/>
          <w:color w:val="FFFFFF"/>
          <w:sz w:val="20"/>
          <w:u w:val="none"/>
        </w:rPr>
        <w:t>Quantity Supplied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equals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Quantity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/>
          <w:color w:val="FFFFFF"/>
          <w:sz w:val="20"/>
          <w:u w:val="none"/>
        </w:rPr>
        <w:t>Demanded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the price begins to move towards a new </w:t>
      </w:r>
      <w:r>
        <w:rPr>
          <w:rFonts w:ascii="Cambria" w:hAnsi="Cambria"/>
          <w:b w:val="0"/>
          <w:i/>
          <w:color w:val="FFFFFF"/>
          <w:sz w:val="20"/>
          <w:u w:val="none"/>
        </w:rPr>
        <w:t>Equilibrium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with different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conditions. This does not imply that the peak or crash occurs exactly at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moment that the last short position is closed. I believe that the peak will occur sometime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shortly after the first of the real shares enter the market, but IDK though.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USE LIMIT ORDERS: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How can an Ape name their price if they let the market name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for them?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As many have said, if everyone waits until backside of the MOASS to sell, there will be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backside.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personal opinion on the matter, which is obviously not financial advice, is that holding all but 1 share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be the optimal way to assure an Infinity Pool is achieved!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ta;dr: GME is a fascinating experiment of Supply and Demand. Diamond-handed Ape names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for banana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Pic #1: Ordinary Supply and Demand Curves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Pic #2: Money Glitch Activated: A Hypothetical GME MOASS Supply &amp; Demand Curve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36">
        <w:r>
          <w:rPr>
            <w:rFonts w:ascii="Cambria" w:hAnsi="Cambria"/>
            <w:sz w:val="20"/>
            <w:color w:val="FFFFFF"/>
            <w:u/>
          </w:rPr>
          <w:t xml:space="preserve">Pic #3: GME MOASS Supply &amp; Demand Curve: INFINITY POOL EDITION </w:t>
        </w:r>
      </w:hyperlink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repost of my content from a month ago. [Further reading on Infinity Pool concept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40">
        <w:r>
          <w:rPr>
            <w:rFonts w:ascii="Cambria" w:hAnsi="Cambria"/>
            <w:sz w:val="20"/>
            <w:color w:val="FFFFFF"/>
            <w:u/>
          </w:rPr>
          <w:t xml:space="preserve">by /u/bluprince can be found here.]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41">
        <w:r>
          <w:rPr>
            <w:rFonts w:ascii="Cambria" w:hAnsi="Cambria"/>
            <w:sz w:val="20"/>
            <w:color w:val="FFFFFF"/>
            <w:u/>
          </w:rPr>
          <w:t>(https://www.reddit.com/r/Superstonk/comments/mpvx9n/the_infinity_pool_naming_a_theoretical_p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osit_for). This is a case of two people independently arriving at the same conclusion using different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methodologies, which ought to jack your tits that much more.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99" w:name="pg98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99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Where and how Citadel/other hedge funds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have been hiding their short positions, and 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true estimate of how many short shares are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currently being hidden.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there fellow apes! I have an interesting theory to share with you today, that if plausible, would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able to explain how Citadel (and maybe even other hedge funds with massively overleveraged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against GME) have been hiding the true extent of their short position, as well as give a good estimate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many shorts they have truly been hiding.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properly explain this, we need to look at another entity that was in a similarly overleveraged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(suffering heavy losses as a result), and who other to perfectly fit the bill than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Archegos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Capital Management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Archegos Capital Management Fiasco: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Archegos, just like Citadel, suffered massive exposure in their positions in the stock market and ended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 collapsing with </w:t>
      </w:r>
      <w:r>
        <w:rPr>
          <w:rFonts w:ascii="Cambria" w:hAnsi="Cambria"/>
          <w:b w:val="0"/>
          <w:i/>
          <w:color w:val="FFFFFF"/>
          <w:sz w:val="20"/>
          <w:u w:val="none"/>
        </w:rPr>
        <w:t>billions in dollars of losses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But what exactly were they doing that lead them on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path to utter destruction? Well, according to a WSJ article,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total return swaps played a large role in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overleverged they were in their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in the goddamn is a total return swap? I'm glad you asked. A total return swap is basically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contract between two parties (such as a hedgefund and a bank) , where one party makes a series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payments to the other, and in exchange they are receiving the full return of the assets being held by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party. In essence, one party is paying another to hold assets for them in exchange for the returns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asset would give them, </w:t>
      </w:r>
      <w:r>
        <w:rPr>
          <w:rFonts w:ascii="Cambria" w:hAnsi="Cambria"/>
          <w:b w:val="0"/>
          <w:i/>
          <w:color w:val="FFFFFF"/>
          <w:sz w:val="20"/>
          <w:u w:val="none"/>
        </w:rPr>
        <w:t>as if they had owned it themselves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WSJ has a nice graphic of the process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behind it here, given that this is happening between a hedgefund and a bank: </w:t>
      </w:r>
    </w:p>
    <w:p>
      <w:bookmarkStart w:id="100" w:name="pg99"/>
      <w:pPr>
        <w:keepLines w:val="0"/>
        <w:pageBreakBefore/>
        <w:widowControl w:val="0"/>
        <w:spacing w:before="0" w:after="0"/>
        <w:jc w:val="center"/>
      </w:pPr>
      <w:bookmarkEnd w:id="100"/>
      <w:r>
        <w:drawing>
          <wp:inline xmlns:a="http://schemas.openxmlformats.org/drawingml/2006/main" xmlns:pic="http://schemas.openxmlformats.org/drawingml/2006/picture">
            <wp:extent cx="5943600" cy="552640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left="19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 this demographic, the hedgefund pays fees to the bank to buy assets for them and gets returns based on the returns of the </w:t>
      </w:r>
    </w:p>
    <w:p>
      <w:pPr>
        <w:keepLines w:val="0"/>
        <w:widowControl w:val="0"/>
        <w:spacing w:before="116" w:after="0" w:lineRule="exact" w:line="199"/>
        <w:ind w:left="57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assets. If the position is highly leveraged, the bank can margin call them and sell their positions if they fail the call.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Archegos' case, they were EXTREMELY overleveraged (as a lot of their positions were concentrated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certain stocks like blue chip stocks), and when they got margin called and couldn't put up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the banks they paid to hold their assets for them sold them into the market, causing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wide sell offs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the positions that they held billions of dollars in. This lead to their downfall, and shows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so many people are against total return swaps, especially if you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don't even have to disclose you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them like Citadel and other hedge funds can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How does this connect with Citadel and friends?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doesn't make sense to say that Citadel or Melvin Capital or any other hedge fund that shorted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had </w:t>
      </w:r>
      <w:r>
        <w:rPr>
          <w:rFonts w:ascii="Cambria" w:hAnsi="Cambria"/>
          <w:b w:val="0"/>
          <w:i/>
          <w:color w:val="FFFFFF"/>
          <w:sz w:val="20"/>
          <w:u w:val="none"/>
        </w:rPr>
        <w:t>total return swaps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because they actually </w:t>
      </w:r>
      <w:r>
        <w:rPr>
          <w:rFonts w:ascii="Cambria" w:hAnsi="Cambria"/>
          <w:b w:val="0"/>
          <w:i/>
          <w:color w:val="FFFFFF"/>
          <w:sz w:val="20"/>
          <w:u w:val="none"/>
        </w:rPr>
        <w:t>were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ownership of their short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as I was scouring the sub, I came across a post (its worth checking out) that had a nice </w:t>
      </w:r>
    </w:p>
    <w:p>
      <w:bookmarkStart w:id="101" w:name="pg10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0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comment by u/taimpeng that goes into detail on how there could be the exact EQUIVALENT of a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using </w:t>
      </w:r>
      <w:r>
        <w:rPr>
          <w:rFonts w:ascii="Cambria" w:hAnsi="Cambria"/>
          <w:b w:val="0"/>
          <w:i/>
          <w:color w:val="FFFFFF"/>
          <w:sz w:val="20"/>
          <w:u w:val="none"/>
        </w:rPr>
        <w:t>synthetic return swaps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return swaps between a synthetic prime brokerage and a hedge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 that hedge funds can use to gain massive leverage (similar to Archegos using total return swaps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gain massive leverage on their positions) , that would effectively allow them to have a short position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</w:t>
      </w:r>
      <w:r>
        <w:rPr>
          <w:rFonts w:ascii="Cambria" w:hAnsi="Cambria"/>
          <w:b w:val="0"/>
          <w:i/>
          <w:color w:val="FFFFFF"/>
          <w:sz w:val="20"/>
          <w:u w:val="none"/>
        </w:rPr>
        <w:t>actually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owning the short position.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96489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6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Seriously, give this man an award! This is gold.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Taimpeng here basically states that through netting by novation, its possible that hedge funds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Citadel, Melvin Capital, and other hedge funds can essentially say that they have "closed their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positions", but effectively just create an equivalent of the short position by entering into a contract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synthetic prime broker to say, "hey, we want you to </w:t>
      </w:r>
      <w:r>
        <w:rPr>
          <w:rFonts w:ascii="Cambria" w:hAnsi="Cambria"/>
          <w:b w:val="0"/>
          <w:i/>
          <w:color w:val="FFFFFF"/>
          <w:sz w:val="20"/>
          <w:u w:val="none"/>
        </w:rPr>
        <w:t>swap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our short shares with OTM put contracts.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We'll hold the OTM puts and we'll pay you to keep hold of our short shares." This would, in effect explain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those 0.5$ strike July 16th puts appear in the options chain, and why it looks like GME isn't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shorted as it </w:t>
      </w:r>
      <w:r>
        <w:rPr>
          <w:rFonts w:ascii="Cambria" w:hAnsi="Cambria"/>
          <w:b/>
          <w:i w:val="0"/>
          <w:color w:val="FFFFFF"/>
          <w:sz w:val="20"/>
          <w:u w:val="none"/>
        </w:rPr>
        <w:t>actually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is. It helps to explain the FTDs to some extent too as a lot of these shares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been nakedly shorted, but put under the veil of these put contracts that makes it look like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actually exist. If this is the case, then we can go down the options chain to all OTM puts of the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find an estimate of the equivalent accumulation of short shares that the hedge funds have worked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 to hide through these OTM put contracts (at least the ones in the option chain that haven't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expired) , so l took the liberty of finding where most of these are (this is using yahoo finance options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44">
        <w:r>
          <w:rPr>
            <w:rFonts w:ascii="Cambria" w:hAnsi="Cambria"/>
            <w:sz w:val="20"/>
            <w:color w:val="FFFFFF"/>
            <w:u/>
          </w:rPr>
          <w:t xml:space="preserve">data): </w:t>
        </w:r>
      </w:hyperlink>
    </w:p>
    <w:p>
      <w:bookmarkStart w:id="102" w:name="pg101"/>
      <w:pPr>
        <w:keepLines w:val="0"/>
        <w:pageBreakBefore/>
        <w:widowControl w:val="0"/>
        <w:spacing w:before="0" w:after="0"/>
        <w:jc w:val="center"/>
      </w:pPr>
      <w:bookmarkEnd w:id="102"/>
      <w:r>
        <w:drawing>
          <wp:inline xmlns:a="http://schemas.openxmlformats.org/drawingml/2006/main" xmlns:pic="http://schemas.openxmlformats.org/drawingml/2006/picture">
            <wp:extent cx="5943600" cy="254127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12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left="3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This is for July 16th. Basically what I'm doing is sorting by open interest and adding up the highest ones (as in thousands of open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interest) on expirations that have suspicious OTM low strikes like there are here.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reference, here is what the puts on a options expiration date is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supposed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look like: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8892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left="17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Here, the open interest shows up low overall on strikes OTM like 10$ and 50$ which don't signify much suspicious activity at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play.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now show you the rest of the dates that these suspicious OTM put open interest appears: </w:t>
      </w:r>
    </w:p>
    <w:p>
      <w:bookmarkStart w:id="103" w:name="pg102"/>
      <w:pPr>
        <w:keepLines w:val="0"/>
        <w:pageBreakBefore/>
        <w:widowControl w:val="0"/>
        <w:spacing w:before="0" w:after="0"/>
        <w:jc w:val="center"/>
      </w:pPr>
      <w:bookmarkEnd w:id="103"/>
      <w:r>
        <w:drawing>
          <wp:inline xmlns:a="http://schemas.openxmlformats.org/drawingml/2006/main" xmlns:pic="http://schemas.openxmlformats.org/drawingml/2006/picture">
            <wp:extent cx="5943600" cy="243586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October 15th, 2021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956559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6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November 19th, 2021 </w:t>
      </w:r>
    </w:p>
    <w:p>
      <w:bookmarkStart w:id="104" w:name="pg103"/>
      <w:pPr>
        <w:keepLines w:val="0"/>
        <w:pageBreakBefore/>
        <w:widowControl w:val="0"/>
        <w:spacing w:before="0" w:after="0"/>
        <w:jc w:val="center"/>
      </w:pPr>
      <w:bookmarkEnd w:id="104"/>
      <w:r>
        <w:drawing>
          <wp:inline xmlns:a="http://schemas.openxmlformats.org/drawingml/2006/main" xmlns:pic="http://schemas.openxmlformats.org/drawingml/2006/picture">
            <wp:extent cx="5943600" cy="575437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4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BIG one for January 21, 2022 </w:t>
      </w:r>
    </w:p>
    <w:p>
      <w:bookmarkStart w:id="105" w:name="pg104"/>
      <w:pPr>
        <w:keepLines w:val="0"/>
        <w:pageBreakBefore/>
        <w:widowControl w:val="0"/>
        <w:spacing w:before="0" w:after="0"/>
        <w:jc w:val="center"/>
      </w:pPr>
      <w:bookmarkEnd w:id="105"/>
      <w:r>
        <w:drawing>
          <wp:inline xmlns:a="http://schemas.openxmlformats.org/drawingml/2006/main" xmlns:pic="http://schemas.openxmlformats.org/drawingml/2006/picture">
            <wp:extent cx="5943600" cy="2120264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January 20, 2023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crunching the numbers, here is a table of what I found: </w:t>
      </w:r>
    </w:p>
    <w:p>
      <w:pPr>
        <w:keepLines w:val="0"/>
        <w:widowControl w:val="0"/>
        <w:tabs>
          <w:tab w:pos="210" w:val="left"/>
          <w:tab w:pos="2612" w:val="left"/>
        </w:tabs>
        <w:spacing w:before="385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Options Expiration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Approximate Suspicious OTM Put Open Interest Total </w:t>
      </w:r>
    </w:p>
    <w:p>
      <w:pPr>
        <w:keepLines w:val="0"/>
        <w:widowControl w:val="0"/>
        <w:tabs>
          <w:tab w:pos="130" w:val="left"/>
          <w:tab w:pos="26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July 16th, 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408,746 put contracts </w:t>
      </w:r>
    </w:p>
    <w:p>
      <w:pPr>
        <w:keepLines w:val="0"/>
        <w:widowControl w:val="0"/>
        <w:tabs>
          <w:tab w:pos="130" w:val="left"/>
          <w:tab w:pos="26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October 15th, 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27,433 put contracts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>November 19th, 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35,689 put contracts </w:t>
      </w:r>
    </w:p>
    <w:p>
      <w:pPr>
        <w:keepLines w:val="0"/>
        <w:widowControl w:val="0"/>
        <w:tabs>
          <w:tab w:pos="130" w:val="left"/>
          <w:tab w:pos="26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21, 2022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267,336 put contracts </w:t>
      </w:r>
    </w:p>
    <w:p>
      <w:pPr>
        <w:keepLines w:val="0"/>
        <w:widowControl w:val="0"/>
        <w:tabs>
          <w:tab w:pos="130" w:val="left"/>
          <w:tab w:pos="26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20, 2023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56,776 put contracts </w:t>
      </w:r>
    </w:p>
    <w:p>
      <w:pPr>
        <w:keepLines w:val="0"/>
        <w:widowControl w:val="0"/>
        <w:tabs>
          <w:tab w:pos="130" w:val="left"/>
          <w:tab w:pos="26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Total: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795,980 put contracts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HOLY SMACKEROOS that's a lot of put contracts, and that's just the ones that I could find! There could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lot more put contracts they spread out that I couldn't find over other expiration dates, these are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put contracts where the put open interest stands out suspiciously on low strikes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For the grand total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 suspicious put contracts being at approximately 795,980 put contracts, in terms of shares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be... </w:t>
      </w:r>
      <w:r>
        <w:rPr>
          <w:rFonts w:ascii="Cambria" w:hAnsi="Cambria"/>
          <w:b/>
          <w:i w:val="0"/>
          <w:color w:val="FFFFFF"/>
          <w:sz w:val="20"/>
          <w:u w:val="none"/>
        </w:rPr>
        <w:t>79,598,000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shares short. Not as high as you would think, but also keep in mind that this does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include the shorts they have covered already through FTD buy ins in the FTD cycle, as well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short they could be hiding through other means that we don't know about. If we were to calculate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 interest based on current data, we would have: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58">
        <w:r>
          <w:rPr>
            <w:rFonts w:ascii="Cambria" w:hAnsi="Cambria"/>
            <w:sz w:val="20"/>
            <w:color w:val="FFFFFF"/>
            <w:u/>
          </w:rPr>
          <w:t xml:space="preserve">79,598,000 shares short / 70,800,000 shares outstanding ≈ 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112% short interest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 edit: This is the short interest based on OTM Put data ALONE. If you were to add the short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currently reported (9.67M according to Finra data) on top of this,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revised calculation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would be: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58">
        <w:r>
          <w:rPr>
            <w:rFonts w:ascii="Cambria" w:hAnsi="Cambria"/>
            <w:sz w:val="20"/>
            <w:color w:val="FFFFFF"/>
            <w:u/>
          </w:rPr>
          <w:t xml:space="preserve">89,268,000 shares short / 70,800,000 shares outstanding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≈ 126% short interest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THIS IS STILL EXCLUDING GOD KNOWS HOW MANY SYNTHETICALLY CREATED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EXIST.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QUICK EDIT AGAIN: I've recently just </w:t>
      </w:r>
    </w:p>
    <w:p>
      <w:pPr>
        <w:keepLines w:val="0"/>
        <w:widowControl w:val="0"/>
        <w:spacing w:before="2" w:after="0" w:lineRule="exact" w:line="387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read </w:t>
      </w:r>
      <w:hyperlink r:id="rId203">
        <w:r>
          <w:rPr>
            <w:rFonts w:ascii="Cambria" w:hAnsi="Cambria"/>
            <w:sz w:val="33"/>
            <w:color w:val="FFFFFF"/>
            <w:u/>
          </w:rPr>
          <w:t>u/criand</w:t>
        </w:r>
      </w:hyperlink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's  </w:t>
      </w:r>
      <w:hyperlink r:id="rId351">
        <w:r>
          <w:rPr>
            <w:rFonts w:ascii="Cambria" w:hAnsi="Cambria"/>
            <w:sz w:val="33"/>
            <w:color w:val="FFFFFF"/>
            <w:u/>
          </w:rPr>
          <w:t>post</w:t>
        </w:r>
      </w:hyperlink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that goes into depth on the deep ITM </w:t>
      </w:r>
    </w:p>
    <w:p>
      <w:bookmarkStart w:id="106" w:name="pg105"/>
      <w:pPr>
        <w:keepLines w:val="0"/>
        <w:pageBreakBefore/>
        <w:widowControl w:val="0"/>
        <w:spacing w:before="22" w:after="0" w:lineRule="exact" w:line="368"/>
        <w:ind w:left="0" w:right="-60"/>
      </w:pPr>
      <w:bookmarkEnd w:id="106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CALL side of options (Side Note: I find it weird that these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contracts were around the same strike prices too for both puts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and calls, makes me think we can get an idea of the strike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prices of their short position based off that, just some food for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thought), and I think everyone should take a look at THAT as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well as it is most definitely a good read. Just for shits and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giggles, I've decided to include the call side of the shares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shorted based on his post to grab a good estimate of the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synthetic shares overall.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According to his post, approximately 1,100,000 calls in open interest were present (this is during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January) , or </w:t>
      </w:r>
      <w:r>
        <w:rPr>
          <w:rFonts w:ascii="Cambria" w:hAnsi="Cambria"/>
          <w:b/>
          <w:i w:val="0"/>
          <w:color w:val="FFFFFF"/>
          <w:sz w:val="20"/>
          <w:u w:val="none"/>
        </w:rPr>
        <w:t>≈ 110,000,000 shares overall on the call side regarding suspicious deep ITM calls.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SO,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add that on top of the already existing shares short we have: </w:t>
      </w:r>
    </w:p>
    <w:p>
      <w:pPr>
        <w:keepLines w:val="0"/>
        <w:widowControl w:val="0"/>
        <w:spacing w:before="0" w:after="0" w:lineRule="exact" w:line="387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199,268,000 shares short / 70,800,000 </w:t>
      </w:r>
      <w:hyperlink r:id="rId158">
        <w:r>
          <w:rPr>
            <w:rFonts w:ascii="Cambria" w:hAnsi="Cambria"/>
            <w:sz w:val="33"/>
            <w:color w:val="FFFFFF"/>
            <w:u/>
          </w:rPr>
          <w:t>shares outstanding</w:t>
        </w:r>
      </w:hyperlink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≈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281% Short Interest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Edit: saw some comments asking to do short % of float so here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it is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79,598,000 shares short / 55,480,000 float  </w:t>
      </w:r>
      <w:r>
        <w:rPr>
          <w:rFonts w:ascii="Cambria" w:hAnsi="Cambria"/>
          <w:b/>
          <w:i w:val="0"/>
          <w:color w:val="FFFFFF"/>
          <w:sz w:val="20"/>
          <w:u w:val="none"/>
        </w:rPr>
        <w:t>≈ 143% of float shorted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Revised calculation: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89,268,000 shares short / 55,480,000 float  </w:t>
      </w:r>
      <w:r>
        <w:rPr>
          <w:rFonts w:ascii="Cambria" w:hAnsi="Cambria"/>
          <w:b/>
          <w:i w:val="0"/>
          <w:color w:val="FFFFFF"/>
          <w:sz w:val="20"/>
          <w:u w:val="none"/>
        </w:rPr>
        <w:t>≈ 160% of float shorted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Calculation including the deep ITM CALL side from </w:t>
      </w:r>
    </w:p>
    <w:p>
      <w:pPr>
        <w:keepLines w:val="0"/>
        <w:widowControl w:val="0"/>
        <w:spacing w:before="2" w:after="0" w:lineRule="exact" w:line="387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criand's </w:t>
      </w:r>
      <w:hyperlink r:id="rId351">
        <w:r>
          <w:rPr>
            <w:rFonts w:ascii="Cambria" w:hAnsi="Cambria"/>
            <w:sz w:val="33"/>
            <w:color w:val="FFFFFF"/>
            <w:u/>
          </w:rPr>
          <w:t>post</w:t>
        </w:r>
      </w:hyperlink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: </w:t>
      </w:r>
    </w:p>
    <w:p>
      <w:pPr>
        <w:keepLines w:val="0"/>
        <w:widowControl w:val="0"/>
        <w:spacing w:before="3" w:after="0" w:lineRule="exact" w:line="387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199,268,000 shares short/ 55,480,000 </w:t>
      </w:r>
      <w:hyperlink r:id="rId158">
        <w:r>
          <w:rPr>
            <w:rFonts w:ascii="Cambria" w:hAnsi="Cambria"/>
            <w:sz w:val="33"/>
            <w:color w:val="FFFFFF"/>
            <w:u/>
          </w:rPr>
          <w:t>float</w:t>
        </w:r>
      </w:hyperlink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≈ 359% of float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shorted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is a MASSIVE amount of short interest, and shows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GME is still very much being manipulated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even if we can't see it on the surface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If they have to buy all of these shares at once when we quite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possibly own the float MULTIPLE times over, they would have to buy approximately 199,268,000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</w:t>
      </w:r>
      <w:r>
        <w:rPr>
          <w:rFonts w:ascii="Cambria" w:hAnsi="Cambria"/>
          <w:b/>
          <w:i/>
          <w:color w:val="FFFFFF"/>
          <w:sz w:val="20"/>
          <w:u w:val="none"/>
        </w:rPr>
        <w:t>MULTIPLE TIMES.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share price would </w:t>
      </w:r>
      <w:r>
        <w:rPr>
          <w:rFonts w:ascii="Cambria" w:hAnsi="Cambria"/>
          <w:b w:val="0"/>
          <w:i/>
          <w:color w:val="FFFFFF"/>
          <w:sz w:val="20"/>
          <w:u w:val="none"/>
        </w:rPr>
        <w:t>definitely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go into the millions in that circumstance (at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least in my opinion), and we KNOW the hedgies can pay it too. </w:t>
      </w:r>
      <w:r>
        <w:rPr>
          <w:rFonts w:ascii="Cambria" w:hAnsi="Cambria"/>
          <w:b/>
          <w:i/>
          <w:color w:val="FFFFFF"/>
          <w:sz w:val="20"/>
          <w:u w:val="none"/>
        </w:rPr>
        <w:t>BUY AND HODL.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Post DD Message: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 you guys again for reading my DD! :) On this DD I felt motivated to find out what the hedgies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hiding in terms of short shares, as I felt left in the dark as to what was happening overall and there was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lack of explanation for </w:t>
      </w:r>
      <w:r>
        <w:rPr>
          <w:rFonts w:ascii="Cambria" w:hAnsi="Cambria"/>
          <w:b w:val="0"/>
          <w:i/>
          <w:color w:val="FFFFFF"/>
          <w:sz w:val="20"/>
          <w:u w:val="none"/>
        </w:rPr>
        <w:t>a lot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things in my mind. This theory only manages to explain a little, but I hope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found was helpful to you guys and maybe give you a little confirmation bias going forward.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hard going against the grain, where there are so many people around you that think "oh GameStop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done" and "the squeeze has been over for months now", so I truly applaud each and every one of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have been hodling with those diamond fucking hands of yours. Anyways, it's getting pretty late right </w:t>
      </w:r>
    </w:p>
    <w:p>
      <w:bookmarkStart w:id="107" w:name="pg10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0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now, so I think that's gonna be about it for this DD. I'll try to hang in the comments before going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bed but I hope you guys have a nice rest of your day!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I've been seeing in the comments that yahoo finance seems to regularly have this phenomenon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their data at night (open interest data resetting). I've removed the images just so the post is a little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cleaner now and doesn't stir confusion regarding the data.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Dark Pools, Price Discovery and Short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Selling/Marking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Recently, and since I've joined this sub-reddit, there have been a ton of questions around the role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 play in US equity market structure. I wanted to put together a post to clarify some things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how they operate, what they do, and what they cannot do.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 were created as part of Regulation ATS (Alternative Trading System) in 1998. Originally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predominantly ECNs (Electronic Crossing Networks), including ones you're familiar with today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 such as Arca and Direct Edge. Ultimately though, most dark pools after Reg NMS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implemented in 2007 were either broker-owned (such as UBS, Goldman, Credit Suisse and JP Morgan,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name the top 4 DPs today) or independent block trading facilities, such as Liquidnet. Note that I am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discussing OTC trading, which is what Citadel and Virtu do to internalize retail trades. I'll talk about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bit.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understand Dark Pools, and what makes them different from exchanges, you need to understand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regulatory nuances, and some market data characteristics. From a regulatory perspective,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easier to get approval for a dark pool (regulated by FINRA), than an exchange (regulated by the SEC).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on purpose - ATSs are supposed to be a way to foster competition and innovation. Unfortunately,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has resulted in 40+ dark pools and extreme off-exchange fragmentation.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dark pools are there ostensibly to allow institutional asset managers to post large orders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 want to be visible on an exchange. This is the fundamental difference between dark pools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 - no orders are visible on dark pools (hence "dark"), whereas you can have visible orders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exchanges. Now, you can also have hidden orders on exchanges. And there's nothing preventing an ATS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posting quotes (Bloomberg used to do this on the FINRA ADF). However, generally speaking, today,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aren't dark pools that show any posted orders.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about trades? </w:t>
      </w:r>
      <w:r>
        <w:rPr>
          <w:rFonts w:ascii="Cambria" w:hAnsi="Cambria"/>
          <w:b/>
          <w:i w:val="0"/>
          <w:color w:val="FFFFFF"/>
          <w:sz w:val="20"/>
          <w:u w:val="none"/>
        </w:rPr>
        <w:t>All trades in the national market system have to be printed to a SIP feed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not matter where they happen.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 trades during regular trading hours (9:30am - 4pm)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MUST be within the NBBO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These are hard and fast rules that cannot be violated. All trades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 are reported to the regular SIP. All trades that happen off exchange (ATS or OTC) are </w:t>
      </w:r>
    </w:p>
    <w:p>
      <w:bookmarkStart w:id="108" w:name="pg10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0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reported to the Trade Reporting Facility (TRF) run by NYSE, Nasdaq or FINRA (there are 3 of them).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trades have to be reported to the TRF within 10 seconds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being executed, though the reality is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reported nearly instantaneously: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103495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03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was a question on FOX and Twitter yesterday - can hedge funds "go short" in dark pools and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to report it? I did not mean to be flippant in my tweet about how that is non-sensical, but I had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day yesterday and had no brain power left. But such a statement is non-sensical. That's not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 work.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practically no difference at all between trades executed on-exchange or off-exchange, especially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you're talking about reporting short positions or short sale marking. The rules are identical,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regardless. Short-sale marking is not dependent on whether you trade on-exchange or off-exchange. I'm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trying to make a statement as to whether firms are doing it adequately or accurately, but there is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nexus with dark pools here. I also have never heard of this idea that firms will choose whether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execute on-exchange or off-exchange based on where they want "buying pressure" or "selling pressure"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show up. Every sophisticated trading firm out there is watching the TRF and categorizing every trade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takes place relative to the NBBO. Every time a trade happens at the ask (or near it) they </w:t>
      </w:r>
    </w:p>
    <w:p>
      <w:bookmarkStart w:id="109" w:name="pg10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0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characterize that as a buy. Every time a trade happens at the bid (or near it) they characterize it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sell. </w:t>
      </w:r>
      <w:r>
        <w:rPr>
          <w:rFonts w:ascii="Cambria" w:hAnsi="Cambria"/>
          <w:b/>
          <w:i w:val="0"/>
          <w:color w:val="FFFFFF"/>
          <w:sz w:val="20"/>
          <w:u w:val="none"/>
        </w:rPr>
        <w:t>You cannot hide what you are doing in dark pools or through OTC internalization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it cannot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done. </w:t>
      </w:r>
      <w:r>
        <w:rPr>
          <w:rFonts w:ascii="Cambria" w:hAnsi="Cambria"/>
          <w:b/>
          <w:i w:val="0"/>
          <w:color w:val="FFFFFF"/>
          <w:sz w:val="20"/>
          <w:u w:val="none"/>
        </w:rPr>
        <w:t>All trades are public and reported within 10 seconds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what I think was trying to be said. If trades are taking place OTC, such as retail orders that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internalized by Citadel or Virtu, both of those firms qualify as Market Makers. Market Makers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an exemption for short selling - they are allowed to do so without having located the shares first.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they still have to mark those sales as "short" and they are still, under standard rules, required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ultimately locate those shares. Again, I'm not trying to get into whether there is naked shorting taking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place, or whether these rules are being followed - that's a different conversation. I'm just trying to help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understand that dark pools are not nefarious, and that there is very little difference between dark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pools and exchanges from a trading, position marking and reporting perspective.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Ok, so finally, to get to the meat of this - can you use dark pools and off-exchange trading to artificially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 down the price of a stock? I struggle to see the mechanism by which this can be done. I've never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heard of it, other than here. As I've said several times, every trade needs to be reported. Every single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trade that buys GME at the ask is reported to the tape. There's no hiding that. The only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manipulation I've ever studied and measured, and that has been subject to enforcement action by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SEC, has been on exchanges. That is done with layer and spoofing, or other manipulative practices such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banging the close. Retail buying pressure OTC will be picked up on by firms watching the tape, and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also find its way on to exchanges as the internalizers need to lay off their inventory (they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accumulate shorts, and want to close out those positions). You might claim that this is where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 comes in, but again that's a speculative leap, and really hard to imagine that firms that excel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risk management would put themselves in such a position. I'm not saying it doesn't happen 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enforcement actions and lawsuits make it clear that this is an issue. But even if it does happen,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trades to open those short positions were printed to the tape for everyone to see - they cannot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hidden.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tldr;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only difference between dark pools and exchanges is that dark pools don't display quotes,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exchanges do. Dark pool trades are all publicly reported within 10 seconds. You cannot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short sale marking and position reporting requirements based on where you trade (dark pool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exchange). I don't believe you can suppress the price of a stock through manipulation that only involves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 or off-exchange trading, as it is all publicly reported.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Let me clear on something: There is WAY too much off-exchange trading. This harms markets.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acts as a disincentive to market makers on lit exchanges. I want market makers on exchanges to make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money, and I want open competition for order flow. Off exchange trading is antithetical to those aims.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its place for institutional orders. But the level of off exchange trading, especially in stocks traded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heavily by retail such as GME is a symptom of a broken market structure with intractable conflicts-of-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interest, such as PFOF. When the head of NYSE says that the NBBO isn't doing its job for price discovery,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what she is referring to. If I, as a market maker, post a better bid on-exchange, and then suddenly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bunch of off-exchange trades happen at the price level I just created, then the off-exchange trades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free-riding my quote. They are taking no risk, and reaping the reward, while I take all the risk on-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 and do not get the trade. That's a real problem in markets, and it's why I have pushed hard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 to limit dark pool trading, such as you find in Canada, UK, Europe and other markets. </w:t>
      </w:r>
    </w:p>
    <w:p>
      <w:bookmarkStart w:id="110" w:name="pg109"/>
      <w:pPr>
        <w:keepLines w:val="0"/>
        <w:pageBreakBefore/>
        <w:widowControl w:val="0"/>
        <w:spacing w:before="26" w:after="0" w:lineRule="exact" w:line="240"/>
        <w:ind w:left="0" w:right="-60"/>
      </w:pPr>
      <w:bookmarkEnd w:id="110"/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8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Hi All, It's Ryan Cohen T+21 Tweet Guy. I'm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losing my shit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This is not financial advice.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So we are clear that T+21 did not happen Thursday, and probably not Friday either (due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Juneteenth speculation). I reiterate that the main purpose of the post is to demonstrate that Cohen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aware of the mechanics behind this situation and price movement, and that shareholders are in good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hands. However, I am inclined to present two main alternatives theses: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A) SHF were able to reach the 100% net capital requirement, moving payment to T+28;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53">
        <w:r>
          <w:rPr>
            <w:rFonts w:ascii="Cambria" w:hAnsi="Cambria"/>
            <w:sz w:val="20"/>
            <w:color w:val="FFFFFF"/>
            <w:u/>
          </w:rPr>
          <w:t xml:space="preserve">https://www.reddit.com/r/Superstonk/comments/o7g9mn/net_capital_and_t21/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Speculating that injection of 5 million shares through the offering allowed shorts to have enough money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pass the 75% net capital requirement. Personally, I don't think dates are an issue. The public has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limited amount of information to work with and this is the best apes can do. Up until now, this has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B) SHF covered not only the previous cycle, but also the current cycle in the runup to 340.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fact is, apes are going to buy and hodl anyways; many are immune to the dips at this point.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gotten hateful comments from gme_meltdown users trying to spread FUD in this forum.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 constructive feedback, alternative theories, and support; remember this. And there is plenty of good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news to come out of this week - especially solid evidence that the SI is above 200%!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to the original post: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all, if anyone doesn't remember me, earlier I made a DD on Ryan Cohen's Tweet timing: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8">
        <w:r>
          <w:rPr>
            <w:rFonts w:ascii="Cambria" w:hAnsi="Cambria"/>
            <w:sz w:val="20"/>
            <w:color w:val="FFFFFF"/>
            <w:u/>
          </w:rPr>
          <w:t>https://www.reddit.com/r/Superstonk/comments/nycuk4/cohen_has_reached_the_same_conclusion_a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8">
        <w:r>
          <w:rPr>
            <w:rFonts w:ascii="Cambria" w:hAnsi="Cambria"/>
            <w:sz w:val="20"/>
            <w:color w:val="FFFFFF"/>
            <w:u/>
          </w:rPr>
          <w:t xml:space="preserve">s_ucriands/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Observing that RC has tweeted seemingly meaningless tweets on T+21 days. I honestly don't think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any deeper meaning other than signaling the T+21 day, but there is some speculation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meanings of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Anyways, in this previous post, I calculated that Cohen had an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objectively, statistically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significant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trend of tweeting on T+21 days. Back then, the chance that his tweets were "randomly"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days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0.0339%.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Ryan Cohen has tweeted again, the night before a T+21 day!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354">
        <w:r>
          <w:rPr>
            <w:rFonts w:ascii="Cambria" w:hAnsi="Cambria"/>
            <w:sz w:val="20"/>
            <w:color w:val="FFFFFF"/>
            <w:u/>
          </w:rPr>
          <w:t xml:space="preserve">https://twitter.com/ryancohen/status/1407896835096678402 </w:t>
        </w:r>
      </w:hyperlink>
    </w:p>
    <w:p>
      <w:bookmarkStart w:id="111" w:name="pg11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introduction of this 5th tweet, he has now placed tweets on 5/6 T+21 days (missing only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one, when he might have not even known about the trend). Including his father's day tweet and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most recent one,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probability that these tweets are random 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0.0069543%************. 0.00707%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doesn't look very random to me. </w:t>
      </w:r>
    </w:p>
    <w:p>
      <w:pPr>
        <w:keepLines w:val="0"/>
        <w:widowControl w:val="0"/>
        <w:spacing w:before="143" w:after="0" w:lineRule="exact" w:line="180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 xml:space="preserve">For those interested: I used a hypergeometric law in which 173 days since 1/1/2021 (It's probably actually even higher than this as he entered the GME situation earlier than this. 20 Tweets out of 173 days means 20 </w:t>
      </w:r>
    </w:p>
    <w:p>
      <w:pPr>
        <w:keepLines w:val="0"/>
        <w:widowControl w:val="0"/>
        <w:spacing w:before="6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>"successes" in a population of 173. Then, 6 samples (T+21 days had 5 successes in samples (Ryan Cohen Tweets on T+21 days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 w:val="0"/>
          <w:i w:val="0"/>
          <w:color w:val="FFFFFF"/>
          <w:sz w:val="12"/>
          <w:u w:val="none"/>
        </w:rPr>
        <w:t xml:space="preserve">leading to a hypergeometric probability of 0.000069543; multiplied by 100 to convert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>the percent. Statisticians please correct me if I am wrong and I will edit the post.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12"/>
          <w:u w:val="none"/>
        </w:rPr>
        <w:t xml:space="preserve">Evidently, it is better to use the chance of picking exactly 5 dates, rather than 5 out of 6 possible; this would be somewhat higher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>0.00707%, but still quite low (hence the edit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.)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</w:t>
      </w:r>
      <w:r>
        <w:rPr>
          <w:rFonts w:ascii="Cambria" w:hAnsi="Cambria"/>
          <w:b/>
          <w:i w:val="0"/>
          <w:color w:val="FFFFFF"/>
          <w:sz w:val="20"/>
          <w:u w:val="none"/>
        </w:rPr>
        <w:t>subjective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assumption I made in my last post was that, because Cohen was well aware of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net capital cycle, he also timed the 5 million ATM share offering to coincide with a period in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would want to drive the price down. In doing so, diamond handed apes would simply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attribute lowered prices to the share offering, as many of us did.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He gave us FUD immunity.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Surely enough, Gamestop sold 5 million shares and raised 1.6 billion dollars, barely making a </w:t>
      </w:r>
      <w:r>
        <w:rPr>
          <w:rFonts w:ascii="Cambria" w:hAnsi="Cambria"/>
          <w:b w:val="0"/>
          <w:i/>
          <w:color w:val="FFFFFF"/>
          <w:sz w:val="20"/>
          <w:u w:val="none"/>
        </w:rPr>
        <w:t>dent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at least in the eyes of a December ape like myself, and announced the completion of the offering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leading up to the T+21 days.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we can be excited if the price goes up tomorrow (there's some real weird fuckery going on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OTM Puts, crypt0, and other shit right now) but honestly I'm kinda shook he tweeted at all considering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DFV has gone quiet. That being said I have no doubt that he's got a team that knows far more than I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law (nothing) and is covered on this end. Either way, it shows that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Cohen and Co. know what's going on.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could even read Superstonk DD. Maybe they realized before us. Regardless, I hope my message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these posts can be: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GME Shareholders are in good hands. Buy if you have the means. HODL. HODL till you pass out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then HODL some more. I have no doubt that this stonk will go: Just Up. (Not financial advice)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to be jacked for: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Apparently 002 is enforced/officially published 6/24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is on 6/24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Russel 1000 reconstitution 6/25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$750B in longer term RRP (not overnight) also due by counterparties on Friday, June 25th?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09">
        <w:r>
          <w:rPr>
            <w:rFonts w:ascii="Cambria" w:hAnsi="Cambria"/>
            <w:sz w:val="20"/>
            <w:color w:val="FFFFFF"/>
            <w:u/>
          </w:rPr>
          <w:t xml:space="preserve">(thanks u/Criand)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Quarter end inc, with RRP already at an all time high?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Up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This is not financial advice.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Although I was able to finally time my bananas correctly to eat them fresh,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quickly following this accomplishment I also ate something I'm very allergic to like a complete idiot. </w:t>
      </w:r>
    </w:p>
    <w:p>
      <w:bookmarkStart w:id="112" w:name="pg11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2"/>
      <w:r>
        <w:rPr>
          <w:rFonts w:ascii="Cambria" w:hAnsi="Cambria"/>
          <w:b w:val="0"/>
          <w:i/>
          <w:color w:val="FFFFFF"/>
          <w:sz w:val="20"/>
          <w:u w:val="none"/>
        </w:rPr>
        <w:t xml:space="preserve">Needless to say, my desire to Diamond Hand led me to the hospital safely. I ain't goin out until I see this shit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explode.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Also, I flaired this as DD just because the last one was, and it still leads with an objective statistical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analysis of the tweet timing, but I may change it to Discussion/Possible DD as there isn't that much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 in terms of the statistics, just an update.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formatting, I'm a dumbass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3: Instead of picking exactly 5 days out of 6 possible days (T+21 days), it is evidently more relevant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use a different equation picking 5 specific days that are nonrandom; this lands a revised probability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0.00707%.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Elliot Waves And GME, The Return Of The </w:t>
      </w:r>
    </w:p>
    <w:p>
      <w:pPr>
        <w:keepLines w:val="0"/>
        <w:widowControl w:val="0"/>
        <w:spacing w:before="97" w:after="0" w:lineRule="exact" w:line="493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Uptrend </w:t>
      </w: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financial advice. Seriously. Do NOT listen to me, I am most definitely not a financial advisor. Just an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who want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🍌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Bump this shit now. not a request:</w:t>
      </w:r>
      <w:hyperlink r:id="rId35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355">
        <w:r>
          <w:rPr>
            <w:rFonts w:ascii="Cambria" w:hAnsi="Cambria"/>
            <w:sz w:val="20"/>
            <w:color w:val="FFFFFF"/>
            <w:b/>
            <w:u/>
          </w:rPr>
          <w:t>https://www.youtube.com/watch?v=X2LTL8KgKv8</w:t>
        </w:r>
      </w:hyperlink>
      <w:hyperlink r:id="rId35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gonna be a pretty short post, just giving a brief overview of what I expect/would like to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tomorrow.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remember this is a PREDICTION and in no way a guarantee, I take crayons from restaurants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draw on my computer screen.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y'all are JACKED after today, and so am I. I'm so jacked that I'm getting high and drunk as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speak (mothafuckin cheers you glorious degenerate bastards, porsche or food stamps )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356">
        <w:r>
          <w:rPr>
            <w:rFonts w:ascii="Calibri" w:hAnsi="Calibri"/>
            <w:sz w:val="20"/>
            <w:color w:val="00B0F0"/>
            <w:u/>
          </w:rPr>
          <w:t>CHEEERS</w:t>
        </w:r>
      </w:hyperlink>
      <w:hyperlink r:id="rId35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so everyone knows the ATM offering is complete. AND everyone knows what happened last time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complete. Yesterday we finally touched the .618 level that I outlined in this post (see final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edit) </w:t>
      </w:r>
      <w:hyperlink r:id="rId51">
        <w:r>
          <w:rPr>
            <w:rFonts w:ascii="Calibri" w:hAnsi="Calibri"/>
            <w:sz w:val="20"/>
            <w:color w:val="00B0F0"/>
            <w:u/>
          </w:rPr>
          <w:t>https://www.reddit.com/r/Superstonk/comments/nwyj77/elliot_waves_and_gme_why_im_jacked_to_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51">
        <w:r>
          <w:rPr>
            <w:rFonts w:ascii="Calibri" w:hAnsi="Calibri"/>
            <w:sz w:val="20"/>
            <w:color w:val="00B0F0"/>
            <w:u/>
          </w:rPr>
          <w:t>infinity/</w:t>
        </w:r>
      </w:hyperlink>
      <w:hyperlink r:id="rId5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"holy fuck, just another reason why you shouldn't listen to me, im so retarded (I was probably high in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honesty) when I wrote this and i looked at my fibs as 213 being the 61.8 level to watch... but i am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retarded... the proper level is 201... so keep a strong eye on that for a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bounce: </w:t>
      </w:r>
      <w:hyperlink r:id="rId357">
        <w:r>
          <w:rPr>
            <w:rFonts w:ascii="Calibri" w:hAnsi="Calibri"/>
            <w:sz w:val="20"/>
            <w:color w:val="00B0F0"/>
            <w:u/>
          </w:rPr>
          <w:t>https://imgur.com/dmywYOA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(okay now im acc leaving, the TA wasn't sitting right with me so i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took a closer look, and voila... user error smh. Sorry for confusion, I'm just an ape (look CLOSELY at how </w:t>
      </w:r>
    </w:p>
    <w:p>
      <w:bookmarkStart w:id="113" w:name="pg11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retracemnt is drawn, from the low on 3/24 to the high on 6/8... these are the PROPER ratios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reference, Irdk how I missed that yesterday"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we hit that yesterday and bounced at 197. The levels don't need to be hit perfectly by any means,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level IS hit, we have greater confirmation that the move is complete. Remember wave 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typically targets at least 50% retracement of 1, though often times it hits the .618 level, or the .786 level.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important is the LOW IS IN MOTHAFUCKAS (so it seems, i'd love more cheapies), AND we had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seemingly definitive wave 1 on a smaller scale complete. Identifying a wave 1 is often times the hardest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of EW, but the trick is to look for the end of a downtrend. It is imperative that the wave 2 does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cross below the low of wave 1, or the move is invalidated.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view of what I see: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358">
        <w:r>
          <w:rPr>
            <w:rFonts w:ascii="Calibri" w:hAnsi="Calibri"/>
            <w:sz w:val="20"/>
            <w:color w:val="00B0F0"/>
            <w:u/>
          </w:rPr>
          <w:t>4hr</w:t>
        </w:r>
      </w:hyperlink>
      <w:hyperlink r:id="rId35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brain is playing tricks on me as I'm writing this, there are a few possible counts when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intraday but I'm just gonna lay out the one that makes the most sense to me: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359">
        <w:r>
          <w:rPr>
            <w:rFonts w:ascii="Calibri" w:hAnsi="Calibri"/>
            <w:sz w:val="20"/>
            <w:color w:val="00B0F0"/>
            <w:u/>
          </w:rPr>
          <w:t>30m</w:t>
        </w:r>
      </w:hyperlink>
      <w:hyperlink r:id="rId35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my thinking in this analysis is that the move after the morning dip to a high of 225.8 as a 1 and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pre market move on news of the ATM offering being complete. The ALT count would be the move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 market is the (i), but this doesn't really change much, just alters targets by a few points.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assuming the move to 225.8 was a (i), remember were looking for at least a 50% correction of said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move as validation of a (ii). Low and behold, price crossed below the 50% level (white line), so the move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valid thus far.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note, the .618 level was not hit, so I'm not ruling that possibility out just yet. Assuming our low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at 209.3 was our (ii), that puts the next (smaller timeframe) upside targets at 238.18 (1:1 extension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(i) ), remember (iii) can't be the shortest. thus, a minimum extension of 1:1 of (i) is expected, though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typically 1.618:1.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1.618 level comes out to 256, which ironically is the exact same as the 38.2% retracement level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our cycle wave 1 (run from 113 to 344). This is why I'm more inclined to go with this wave count. Fib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nature, when targets overlap I'm more convinced my count is correct.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drop to 197 yesterday does not change the overarching 3 within a 3 within a 3 setup at all, all it does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lowers original cycle 3 targets by the respective difference of the previous extension drawings (so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$9 or so). This put minimum CYCLE 3 target at 423 (This overlaps the bigger wave 3 initial target,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and look at the 100% level, yellow)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360">
        <w:r>
          <w:rPr>
            <w:rFonts w:ascii="Calibri" w:hAnsi="Calibri"/>
            <w:sz w:val="20"/>
            <w:color w:val="00B0F0"/>
            <w:u/>
          </w:rPr>
          <w:t>target (say it like tarzyay)</w:t>
        </w:r>
      </w:hyperlink>
      <w:hyperlink r:id="rId36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maybe i shouldn't have gotten drunk for this i'm really losing my train of thought lol, bear with 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almost done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short, the move thus far is valid unless we break below 197, which idk about you, but I don't see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happening any time soon, if ever. Within this current wave subset, the highest we should go (assuming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dont see a hyperextension to 1160, personally I think moves of that scale will come a bit later, but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be very wrong) is around 565 before a bit of retracement action. </w:t>
      </w:r>
    </w:p>
    <w:p>
      <w:bookmarkStart w:id="114" w:name="pg11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if you saw my recent post going over the (seemingly) correlation between eyyyy emm see,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that ticker did its thang, it actually hit the 1.618 level of its JANUARY run up. using that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philosophy with GME, that puts GME at...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ready for it...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you ready...?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you're not.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862.16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shall see.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don't really care about the intraday action. Just look for higher highs/lows relative to 197 and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good.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re evaluate when I must, but it's reallllly hard not to be jacked.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I sign off, here's the 1.618 target of the january move... enjoy: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361">
        <w:r>
          <w:rPr>
            <w:rFonts w:ascii="Calibri" w:hAnsi="Calibri"/>
            <w:sz w:val="20"/>
            <w:color w:val="FFFFFF"/>
            <w:u/>
          </w:rPr>
          <w:t>GME</w:t>
        </w:r>
      </w:hyperlink>
      <w:hyperlink r:id="rId361">
        <w:r>
          <w:rPr>
            <w:rFonts w:ascii="Cambria" w:hAnsi="Cambria"/>
            <w:sz w:val="20"/>
            <w:color w:val="FFFFFF"/>
            <w:u/>
          </w:rPr>
          <w:t xml:space="preserve"> 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show you eyy emm see too just so you can see this shit really did happen, and I have reason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 it will replicate on GME: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362">
        <w:r>
          <w:rPr>
            <w:rFonts w:ascii="Calibri" w:hAnsi="Calibri"/>
            <w:sz w:val="20"/>
            <w:color w:val="00B0F0"/>
            <w:u/>
          </w:rPr>
          <w:t>movie stonk</w:t>
        </w:r>
      </w:hyperlink>
      <w:hyperlink r:id="rId36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I CAN FEEL IT COMING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not saying 862 happens tomorrow lol, soon enough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😈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interestingly enough, if we use fib time extensions, .5 level comes to 6/28 (drawing from GME's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lowest low ever to the high of january. this doesn't really mean anything but It's interesting how it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ties into outside factors going on... this doesn't mean we squeeze 6/28 lol. Just something interesting)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probably nothing but noticed a tiny $.50 gap around the 200 level, worth noting. Its minuscule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doesn't show up on a daily chart, only hourly but you have to squint to see it. This is normal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</w:t>
      </w:r>
    </w:p>
    <w:p>
      <w:pPr>
        <w:keepLines w:val="0"/>
        <w:widowControl w:val="0"/>
        <w:spacing w:before="6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I’m going insane so I dug deeper . I’ll probably make a new dd tonight or tomorrow morning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🥴</w:t>
      </w:r>
      <w:r>
        <w:rPr>
          <w:rFonts w:ascii="Calibri" w:hAnsi="Calibri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32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Ryan Cohen Started Chewy with $15m in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Investments. He is Starting Off at GME with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$1bn. This Interview is the Only DD I Need.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Possible Blue Prints for GME?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bookmarkStart w:id="115" w:name="pg11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added commentary to the interview and bolded what I think are the important takeaways. If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read the un-adultured full interview you can find it here. I cut out the end part where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answers some questions about his dad. While very insightful information into the life of RC, I didn't feel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analyzing that particular part as it relates to investing.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7 years RC and Chewy raised around $350m in investments. He sold to PetSmart for 3.5bn. He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raised $550m + 1.126bn = </w:t>
      </w:r>
      <w:r>
        <w:rPr>
          <w:rFonts w:ascii="Cambria" w:hAnsi="Cambria"/>
          <w:b/>
          <w:i w:val="0"/>
          <w:color w:val="FFFFFF"/>
          <w:sz w:val="20"/>
          <w:u w:val="none"/>
        </w:rPr>
        <w:t>$1.676bn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GameStop**.** The difference is this isn't private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money. These monies were acquired by selling to long term devoted investors. He is starting off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in a significantly better capital position than he did at Chewy. GME </w:t>
      </w:r>
      <w:r>
        <w:rPr>
          <w:rFonts w:ascii="Cambria" w:hAnsi="Cambria"/>
          <w:b/>
          <w:i w:val="0"/>
          <w:color w:val="FFFFFF"/>
          <w:sz w:val="20"/>
          <w:u w:val="none"/>
        </w:rPr>
        <w:t>is and is 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meme.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Cohen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also served as </w:t>
      </w:r>
      <w:r>
        <w:rPr>
          <w:rFonts w:ascii="Cambria" w:hAnsi="Cambria"/>
          <w:b/>
          <w:i w:val="0"/>
          <w:color w:val="FFFFFF"/>
          <w:sz w:val="20"/>
          <w:u w:val="none"/>
        </w:rPr>
        <w:t>CEO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</w:t>
      </w:r>
      <w:r>
        <w:rPr>
          <w:rFonts w:ascii="Cambria" w:hAnsi="Cambria"/>
          <w:b/>
          <w:i w:val="0"/>
          <w:color w:val="FFFFFF"/>
          <w:sz w:val="20"/>
          <w:u w:val="none"/>
        </w:rPr>
        <w:t>Chewy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</w:t>
      </w:r>
      <w:r>
        <w:rPr>
          <w:rFonts w:ascii="Cambria" w:hAnsi="Cambria"/>
          <w:b/>
          <w:i w:val="0"/>
          <w:color w:val="FFFFFF"/>
          <w:sz w:val="20"/>
          <w:u w:val="none"/>
        </w:rPr>
        <w:t>PetSmart acquired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  <w:r>
        <w:rPr>
          <w:rFonts w:ascii="Cambria" w:hAnsi="Cambria"/>
          <w:b/>
          <w:i w:val="0"/>
          <w:color w:val="FFFFFF"/>
          <w:sz w:val="20"/>
          <w:u w:val="none"/>
        </w:rPr>
        <w:t>2017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$3.35 billion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was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largest e-commerce acquisition 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Zack Friedman: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Why did you see a need for Chewy that didn’t exist with Petco, PetSmart, Amazon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online retailers?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Ryan Cohen: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was going to the neighborhood pet store for my dog food but because I was busy building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business, I didn’t always have the time to make the trip. </w:t>
      </w:r>
      <w:r>
        <w:rPr>
          <w:rFonts w:ascii="Cambria" w:hAnsi="Cambria"/>
          <w:b/>
          <w:i w:val="0"/>
          <w:color w:val="FFFFFF"/>
          <w:sz w:val="20"/>
          <w:u w:val="none"/>
        </w:rPr>
        <w:t>I tried Amazon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 big box retailers,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were all </w:t>
      </w:r>
      <w:r>
        <w:rPr>
          <w:rFonts w:ascii="Cambria" w:hAnsi="Cambria"/>
          <w:b/>
          <w:i w:val="0"/>
          <w:color w:val="FFFFFF"/>
          <w:sz w:val="20"/>
          <w:u w:val="none"/>
        </w:rPr>
        <w:t>missing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specialized experience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their </w:t>
      </w:r>
      <w:r>
        <w:rPr>
          <w:rFonts w:ascii="Cambria" w:hAnsi="Cambria"/>
          <w:b/>
          <w:i w:val="0"/>
          <w:color w:val="FFFFFF"/>
          <w:sz w:val="20"/>
          <w:u w:val="none"/>
        </w:rPr>
        <w:t>customer service sucked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Try calling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With Chewy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 combined the best from all of them. I saw an opportunity to differentiate from the pack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  <w:r>
        <w:rPr>
          <w:rFonts w:ascii="Cambria" w:hAnsi="Cambria"/>
          <w:b/>
          <w:i w:val="0"/>
          <w:color w:val="FFFFFF"/>
          <w:sz w:val="20"/>
          <w:u w:val="none"/>
        </w:rPr>
        <w:t>convert fanatical pet parents, like myself, into die-hard customers.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Our customers got the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local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pet store experience with the convenience of shopping online.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see that RC really believes in what he does. It's a mentality like this why some people would say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"Invest in the man, not the company". You see a similar aspect with someone like Elon Musk. Not to put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anyone on a pedestal but many investors put a lot of blind faith into him because they believe in 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vision. It's great when you get the combination of a great company and a visionary behind the wheel.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cherry on top of a sound investment. You can see he built the business because he identified a major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flaw in the existing market and sought to remedy it with controversial and groundbreaking business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ideas. Some of it was against the grain as he elaborates to further on. You can see a mirror premiss in 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in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</w:t>
      </w:r>
      <w:r>
        <w:rPr>
          <w:rFonts w:ascii="Cambria" w:hAnsi="Cambria"/>
          <w:b/>
          <w:i w:val="0"/>
          <w:color w:val="FFFFFF"/>
          <w:sz w:val="20"/>
          <w:u w:val="none"/>
        </w:rPr>
        <w:t>focused on bringing a human element to e-commerce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 provided </w:t>
      </w:r>
      <w:r>
        <w:rPr>
          <w:rFonts w:ascii="Cambria" w:hAnsi="Cambria"/>
          <w:b/>
          <w:i w:val="0"/>
          <w:color w:val="FFFFFF"/>
          <w:sz w:val="20"/>
          <w:u w:val="none"/>
        </w:rPr>
        <w:t>24/7 US-based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customer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service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included </w:t>
      </w:r>
      <w:r>
        <w:rPr>
          <w:rFonts w:ascii="Cambria" w:hAnsi="Cambria"/>
          <w:b/>
          <w:i w:val="0"/>
          <w:color w:val="FFFFFF"/>
          <w:sz w:val="20"/>
          <w:u w:val="none"/>
        </w:rPr>
        <w:t>small touches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like </w:t>
      </w:r>
      <w:r>
        <w:rPr>
          <w:rFonts w:ascii="Cambria" w:hAnsi="Cambria"/>
          <w:b/>
          <w:i w:val="0"/>
          <w:color w:val="FFFFFF"/>
          <w:sz w:val="20"/>
          <w:u w:val="none"/>
        </w:rPr>
        <w:t>handwritten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holiday </w:t>
      </w:r>
      <w:r>
        <w:rPr>
          <w:rFonts w:ascii="Cambria" w:hAnsi="Cambria"/>
          <w:b/>
          <w:i w:val="0"/>
          <w:color w:val="FFFFFF"/>
          <w:sz w:val="20"/>
          <w:u w:val="none"/>
        </w:rPr>
        <w:t>cards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personalized pet portraits.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were ways we could </w:t>
      </w:r>
      <w:r>
        <w:rPr>
          <w:rFonts w:ascii="Cambria" w:hAnsi="Cambria"/>
          <w:b/>
          <w:i w:val="0"/>
          <w:color w:val="FFFFFF"/>
          <w:sz w:val="20"/>
          <w:u w:val="none"/>
        </w:rPr>
        <w:t>connect with customers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build loyalty over time,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optimizing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</w:t>
      </w:r>
      <w:r>
        <w:rPr>
          <w:rFonts w:ascii="Cambria" w:hAnsi="Cambria"/>
          <w:b/>
          <w:i w:val="0"/>
          <w:color w:val="FFFFFF"/>
          <w:sz w:val="20"/>
          <w:u w:val="none"/>
        </w:rPr>
        <w:t>lifetime relationship,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not a single transaction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Chewy’s </w:t>
      </w:r>
      <w:r>
        <w:rPr>
          <w:rFonts w:ascii="Cambria" w:hAnsi="Cambria"/>
          <w:b/>
          <w:i w:val="0"/>
          <w:color w:val="FFFFFF"/>
          <w:sz w:val="20"/>
          <w:u w:val="none"/>
        </w:rPr>
        <w:t>relationship with customers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secret sauce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main reason why Microsoft, and likely Sony, have commission based sales relationships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GameStop. Both companies have the ability to create decreased Customer Acquisition costs though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vs Amazon or WalMart and create longer LifeTime Revenue and increase their Total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Addressable Market. GameStop does have the largest digital magazine subscription in the world.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Someone like Ryan Cohen will be able to capitalize on this aspect by focusing on Customer Service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Customer Experience. You can tell he as a huge inclination towards his customer loyalty. Another great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 in the link at the top of this paragraph.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Friedman: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 were </w:t>
      </w:r>
      <w:r>
        <w:rPr>
          <w:rFonts w:ascii="Cambria" w:hAnsi="Cambria"/>
          <w:b/>
          <w:i w:val="0"/>
          <w:color w:val="FFFFFF"/>
          <w:sz w:val="20"/>
          <w:u w:val="none"/>
        </w:rPr>
        <w:t>rejected by 100 different investors.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What did you learn from the process?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made you keep going when you kept hearing no?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116" w:name="pg11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6"/>
      <w:r>
        <w:rPr>
          <w:rFonts w:ascii="Cambria" w:hAnsi="Cambria"/>
          <w:b/>
          <w:i w:val="0"/>
          <w:color w:val="FFFFFF"/>
          <w:sz w:val="20"/>
          <w:u w:val="none"/>
        </w:rPr>
        <w:t>Cohen: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me, each no sounded like they just didn’t understand my vision. It was frustrating at times,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never discouraging. </w:t>
      </w:r>
      <w:r>
        <w:rPr>
          <w:rFonts w:ascii="Cambria" w:hAnsi="Cambria"/>
          <w:b/>
          <w:i w:val="0"/>
          <w:color w:val="FFFFFF"/>
          <w:sz w:val="20"/>
          <w:u w:val="none"/>
        </w:rPr>
        <w:t>Those “no”s never made me doubt my strategy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– it was the opposite.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</w:t>
      </w:r>
      <w:r>
        <w:rPr>
          <w:rFonts w:ascii="Cambria" w:hAnsi="Cambria"/>
          <w:b/>
          <w:i w:val="0"/>
          <w:color w:val="FFFFFF"/>
          <w:sz w:val="20"/>
          <w:u w:val="none"/>
        </w:rPr>
        <w:t>motivated by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all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rejections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they just got me fired up.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and fucking hold. Don't worry about the noise.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investors couldn’t get past </w:t>
      </w:r>
      <w:r>
        <w:rPr>
          <w:rFonts w:ascii="Cambria" w:hAnsi="Cambria"/>
          <w:b/>
          <w:i w:val="0"/>
          <w:color w:val="FFFFFF"/>
          <w:sz w:val="20"/>
          <w:u w:val="none"/>
        </w:rPr>
        <w:t>two hurdles: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competing head-on with Amazon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pets.com failure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during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dot com bubble.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I was convinced being focused on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category along with high-touch customer service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gave Chewy unique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competitive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advantages.Pets.com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a good idea but a </w:t>
      </w:r>
      <w:r>
        <w:rPr>
          <w:rFonts w:ascii="Cambria" w:hAnsi="Cambria"/>
          <w:b/>
          <w:i w:val="0"/>
          <w:color w:val="FFFFFF"/>
          <w:sz w:val="20"/>
          <w:u w:val="none"/>
        </w:rPr>
        <w:t>decade too soon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without sufficient scale to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their costs.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two hurdles didn’t scare me. </w:t>
      </w:r>
      <w:r>
        <w:rPr>
          <w:rFonts w:ascii="Cambria" w:hAnsi="Cambria"/>
          <w:b/>
          <w:i w:val="0"/>
          <w:color w:val="FFFFFF"/>
          <w:sz w:val="20"/>
          <w:u w:val="none"/>
        </w:rPr>
        <w:t>I never considered changing my business plan.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highly respected venture capitalist told me he would be more interested if we were selling live pets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internet rather than pet supplies. Like most investors, he believed running into Amazon’s teeth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suicidal.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understood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thinking big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likely going to be </w:t>
      </w:r>
      <w:r>
        <w:rPr>
          <w:rFonts w:ascii="Cambria" w:hAnsi="Cambria"/>
          <w:b/>
          <w:i w:val="0"/>
          <w:color w:val="FFFFFF"/>
          <w:sz w:val="20"/>
          <w:u w:val="none"/>
        </w:rPr>
        <w:t>misunderstood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along the way. I’m contrarian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nature, so </w:t>
      </w:r>
      <w:r>
        <w:rPr>
          <w:rFonts w:ascii="Cambria" w:hAnsi="Cambria"/>
          <w:b/>
          <w:i w:val="0"/>
          <w:color w:val="FFFFFF"/>
          <w:sz w:val="20"/>
          <w:u w:val="none"/>
        </w:rPr>
        <w:t>being misunderstood often validates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what I’m doing. It wasn’t until Chewy boxes were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doorsteps across the country that the bulk of </w:t>
      </w:r>
      <w:r>
        <w:rPr>
          <w:rFonts w:ascii="Cambria" w:hAnsi="Cambria"/>
          <w:b/>
          <w:i w:val="0"/>
          <w:color w:val="FFFFFF"/>
          <w:sz w:val="20"/>
          <w:u w:val="none"/>
        </w:rPr>
        <w:t>investors started to recognize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our formula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many times has Ryan and GameStop shown they have a hidden edge that no one expected?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sentiment will only continue to grow.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Friedman: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Let’s talk about execution and scale. You’ve said that you used Zappos as a model. You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inspired by </w:t>
      </w:r>
      <w:r>
        <w:rPr>
          <w:rFonts w:ascii="Cambria" w:hAnsi="Cambria"/>
          <w:b/>
          <w:i w:val="0"/>
          <w:color w:val="FFFFFF"/>
          <w:sz w:val="20"/>
          <w:u w:val="none"/>
        </w:rPr>
        <w:t>Jeff Bezos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Amazon’s growth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model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How do you go from idea to platform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scale? What was the process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how did you scale so quickly?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Cohen: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  <w:r>
        <w:rPr>
          <w:rFonts w:ascii="Cambria" w:hAnsi="Cambria"/>
          <w:b/>
          <w:i w:val="0"/>
          <w:color w:val="FFFFFF"/>
          <w:sz w:val="20"/>
          <w:u w:val="none"/>
        </w:rPr>
        <w:t>just three months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 built a </w:t>
      </w:r>
      <w:r>
        <w:rPr>
          <w:rFonts w:ascii="Cambria" w:hAnsi="Cambria"/>
          <w:b/>
          <w:i w:val="0"/>
          <w:color w:val="FFFFFF"/>
          <w:sz w:val="20"/>
          <w:u w:val="none"/>
        </w:rPr>
        <w:t>website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found a </w:t>
      </w:r>
      <w:r>
        <w:rPr>
          <w:rFonts w:ascii="Cambria" w:hAnsi="Cambria"/>
          <w:b/>
          <w:i w:val="0"/>
          <w:color w:val="FFFFFF"/>
          <w:sz w:val="20"/>
          <w:u w:val="none"/>
        </w:rPr>
        <w:t>distributor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partnered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with a third-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party </w:t>
      </w:r>
      <w:r>
        <w:rPr>
          <w:rFonts w:ascii="Cambria" w:hAnsi="Cambria"/>
          <w:b/>
          <w:i w:val="0"/>
          <w:color w:val="FFFFFF"/>
          <w:sz w:val="20"/>
          <w:u w:val="none"/>
        </w:rPr>
        <w:t>logistics company.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has GameStop done in the last three months? Raised almost 2bn in cash. Made a ton of new hires.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Expanded their product offering. Completely changed their board. Increased revenues and online sales.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Got rid of the drift wood, thank you for your service Sherman. Revamped their online presence.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Sustained insane valuations compared to where they were last year.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June of 2011 we launched. I focused on four pillars and we did them better than anyone else.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</w:t>
      </w:r>
      <w:r>
        <w:rPr>
          <w:rFonts w:ascii="Cambria" w:hAnsi="Cambria"/>
          <w:b/>
          <w:i w:val="0"/>
          <w:color w:val="FFFFFF"/>
          <w:sz w:val="20"/>
          <w:u w:val="none"/>
        </w:rPr>
        <w:t>started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with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value proposition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</w:t>
      </w:r>
      <w:r>
        <w:rPr>
          <w:rFonts w:ascii="Cambria" w:hAnsi="Cambria"/>
          <w:b/>
          <w:i w:val="0"/>
          <w:color w:val="FFFFFF"/>
          <w:sz w:val="20"/>
          <w:u w:val="none"/>
        </w:rPr>
        <w:t>delighting our customers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we did through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amazing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customer service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low prices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fast shipping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selection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onus was on us to create the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efficient supply chain to support that business model.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where we start getting into some more serious DD on RC's comments. Anyone who has 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worked for a multi billion dollar corporation recognizes what RC means when he starts talking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building pillars. Pillar systems are some of the most cliche corporate business strategy foundations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exist. What this tells me is this guy is familiar and </w:t>
      </w:r>
      <w:r>
        <w:rPr>
          <w:rFonts w:ascii="Cambria" w:hAnsi="Cambria"/>
          <w:b w:val="0"/>
          <w:i/>
          <w:color w:val="FFFFFF"/>
          <w:sz w:val="20"/>
          <w:u w:val="none"/>
        </w:rPr>
        <w:t>in the know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with running a multi-billion dollar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company. He obviously has experience with Chewy but this jargon validates that he was actually doing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while he was there. Those who have been following along know that he has made a major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shift towards delighting customers and offering a better value proposition. Anyone in the USA who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experienced the Door Dash same day delivery knows what I'm talking about. </w:t>
      </w:r>
    </w:p>
    <w:p>
      <w:bookmarkStart w:id="117" w:name="pg11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we </w:t>
      </w:r>
      <w:r>
        <w:rPr>
          <w:rFonts w:ascii="Cambria" w:hAnsi="Cambria"/>
          <w:b/>
          <w:i w:val="0"/>
          <w:color w:val="FFFFFF"/>
          <w:sz w:val="20"/>
          <w:u w:val="none"/>
        </w:rPr>
        <w:t>reached $200 million in sales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we had to </w:t>
      </w:r>
      <w:r>
        <w:rPr>
          <w:rFonts w:ascii="Cambria" w:hAnsi="Cambria"/>
          <w:b/>
          <w:i w:val="0"/>
          <w:color w:val="FFFFFF"/>
          <w:sz w:val="20"/>
          <w:u w:val="none"/>
        </w:rPr>
        <w:t>insource fulfillment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be able </w:t>
      </w:r>
      <w:r>
        <w:rPr>
          <w:rFonts w:ascii="Cambria" w:hAnsi="Cambria"/>
          <w:b/>
          <w:i w:val="0"/>
          <w:color w:val="FFFFFF"/>
          <w:sz w:val="20"/>
          <w:u w:val="none"/>
        </w:rPr>
        <w:t>scale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the next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level. We </w:t>
      </w:r>
      <w:r>
        <w:rPr>
          <w:rFonts w:ascii="Cambria" w:hAnsi="Cambria"/>
          <w:b/>
          <w:i w:val="0"/>
          <w:color w:val="FFFFFF"/>
          <w:sz w:val="20"/>
          <w:u w:val="none"/>
        </w:rPr>
        <w:t>opened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our </w:t>
      </w:r>
      <w:r>
        <w:rPr>
          <w:rFonts w:ascii="Cambria" w:hAnsi="Cambria"/>
          <w:b/>
          <w:i w:val="0"/>
          <w:color w:val="FFFFFF"/>
          <w:sz w:val="20"/>
          <w:u w:val="none"/>
        </w:rPr>
        <w:t>first two warehouses in 2014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By </w:t>
      </w:r>
      <w:r>
        <w:rPr>
          <w:rFonts w:ascii="Cambria" w:hAnsi="Cambria"/>
          <w:b/>
          <w:i w:val="0"/>
          <w:color w:val="FFFFFF"/>
          <w:sz w:val="20"/>
          <w:u w:val="none"/>
        </w:rPr>
        <w:t>2018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 had </w:t>
      </w:r>
      <w:r>
        <w:rPr>
          <w:rFonts w:ascii="Cambria" w:hAnsi="Cambria"/>
          <w:b/>
          <w:i w:val="0"/>
          <w:color w:val="FFFFFF"/>
          <w:sz w:val="20"/>
          <w:u w:val="none"/>
        </w:rPr>
        <w:t>seven warehouses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country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4.7 million square feet of space.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Each is the size of 13 football fields and four stories high.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GameStop, like I just said is using DoorDash for fulfilment along with pickup in store. Covid is probably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presenting a lot of challenges for this right now, and no doubt every industry is either going to adapt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die though these times. Maybe RC intends to insource this as well for GameStop. I also do not know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currently do for warehousing and distribution but I would imagine this would be one of the first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RC would intent to overhaul if he saw fit. Will be curious to see if we can get any insight into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plans, if any. To give you reference 4.7 million square feet is about 3x3 city blocks or it would take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6km by 6km of property to fit warehouses of that size. Roughly peaking. It's large though. So he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capable of managing logistics of a large scale. This is the scale of multi billion dollar operations.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63">
        <w:r>
          <w:rPr>
            <w:rFonts w:ascii="Cambria" w:hAnsi="Cambria"/>
            <w:sz w:val="20"/>
            <w:color w:val="FFFFFF"/>
            <w:u/>
          </w:rPr>
          <w:t xml:space="preserve">Edit: A good spot to add u/thechaoschicken 's contribution about GameStop expanding their fulfillment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63">
        <w:r>
          <w:rPr>
            <w:rFonts w:ascii="Cambria" w:hAnsi="Cambria"/>
            <w:sz w:val="20"/>
            <w:color w:val="FFFFFF"/>
            <w:u/>
          </w:rPr>
          <w:t xml:space="preserve">capabilities with a new 700k+ sq.ft facility.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needed to </w:t>
      </w:r>
      <w:r>
        <w:rPr>
          <w:rFonts w:ascii="Cambria" w:hAnsi="Cambria"/>
          <w:b/>
          <w:i w:val="0"/>
          <w:color w:val="FFFFFF"/>
          <w:sz w:val="20"/>
          <w:u w:val="none"/>
        </w:rPr>
        <w:t>hire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best people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delegate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into their </w:t>
      </w:r>
      <w:r>
        <w:rPr>
          <w:rFonts w:ascii="Cambria" w:hAnsi="Cambria"/>
          <w:b/>
          <w:i w:val="0"/>
          <w:color w:val="FFFFFF"/>
          <w:sz w:val="20"/>
          <w:u w:val="none"/>
        </w:rPr>
        <w:t>areas of expertise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Each employee we hired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a strong bias for action and were excited about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opportunity to disrupt the pet industry.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always hired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will over skill.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One you can teach, the other you can’t. Everyone and everything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revolved around being </w:t>
      </w:r>
      <w:r>
        <w:rPr>
          <w:rFonts w:ascii="Cambria" w:hAnsi="Cambria"/>
          <w:b/>
          <w:i w:val="0"/>
          <w:color w:val="FFFFFF"/>
          <w:sz w:val="20"/>
          <w:u w:val="none"/>
        </w:rPr>
        <w:t>customer obsessed.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 </w:t>
      </w:r>
      <w:r>
        <w:rPr>
          <w:rFonts w:ascii="Cambria" w:hAnsi="Cambria"/>
          <w:b/>
          <w:i w:val="0"/>
          <w:color w:val="FFFFFF"/>
          <w:sz w:val="20"/>
          <w:u w:val="none"/>
        </w:rPr>
        <w:t>scaled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3 employees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  <w:r>
        <w:rPr>
          <w:rFonts w:ascii="Cambria" w:hAnsi="Cambria"/>
          <w:b/>
          <w:i w:val="0"/>
          <w:color w:val="FFFFFF"/>
          <w:sz w:val="20"/>
          <w:u w:val="none"/>
        </w:rPr>
        <w:t>2011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over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9000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Chewtopians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r>
        <w:rPr>
          <w:rFonts w:ascii="Cambria" w:hAnsi="Cambria"/>
          <w:b/>
          <w:i w:val="0"/>
          <w:color w:val="FFFFFF"/>
          <w:sz w:val="20"/>
          <w:u w:val="none"/>
        </w:rPr>
        <w:t>2018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specialize in labor management for large corporations. I also ran a small business with several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employees. These are the fundamental aspects of managing people. You could literally be entirely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unqualified in your field, as long as you delegate to qualified people and hire people based on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attitude vs their qualifications, then you will build a very strong culture and worker base. Most skills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taught to most people, especially the motivated ones. But only the motivated ones can help you drive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business forward. They will grow as much as you nurture them. One of my largest concerns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is that, judging by their subreddit, they have a ton of disgruntled employees. Sounds like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often driven to quitting through unreasonable growth and sales expectations and competing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stores that manipulate figures. Among other problems. To see Ryan call his employees "Chewtopians"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signifies that he has a personal relationship with his workers. I would like to see that type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culture expanded in GameStop.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</w:t>
      </w:r>
      <w:r>
        <w:rPr>
          <w:rFonts w:ascii="Cambria" w:hAnsi="Cambria"/>
          <w:b/>
          <w:i w:val="0"/>
          <w:color w:val="FFFFFF"/>
          <w:sz w:val="20"/>
          <w:u w:val="none"/>
        </w:rPr>
        <w:t>prioritized long term growth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over short term profitability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last thing you want to be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subscale e-commerce company. You’re a </w:t>
      </w:r>
      <w:r>
        <w:rPr>
          <w:rFonts w:ascii="Cambria" w:hAnsi="Cambria"/>
          <w:b/>
          <w:i w:val="0"/>
          <w:color w:val="FFFFFF"/>
          <w:sz w:val="20"/>
          <w:u w:val="none"/>
        </w:rPr>
        <w:t>dead man walking,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Amazon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</w:t>
      </w:r>
      <w:r>
        <w:rPr>
          <w:rFonts w:ascii="Cambria" w:hAnsi="Cambria"/>
          <w:b/>
          <w:i w:val="0"/>
          <w:color w:val="FFFFFF"/>
          <w:sz w:val="20"/>
          <w:u w:val="none"/>
        </w:rPr>
        <w:t>crush 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rapidly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expanded our product offering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include all pet food and supplies so there was never a reason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shop elsewhere.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Expect the same thing with GME. Sustained growth. Long term investment. He knows what it takes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on Amazon. We know this. We've seen it before in Chewy. Maybe Bezos will be smart enough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partner this time. Only time will tell. They have already expanded their product offering in the USA.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Expect that to continue.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</w:t>
      </w:r>
      <w:r>
        <w:rPr>
          <w:rFonts w:ascii="Cambria" w:hAnsi="Cambria"/>
          <w:b/>
          <w:i w:val="0"/>
          <w:color w:val="FFFFFF"/>
          <w:sz w:val="20"/>
          <w:u w:val="none"/>
        </w:rPr>
        <w:t>2018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90%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our </w:t>
      </w:r>
      <w:r>
        <w:rPr>
          <w:rFonts w:ascii="Cambria" w:hAnsi="Cambria"/>
          <w:b/>
          <w:i w:val="0"/>
          <w:color w:val="FFFFFF"/>
          <w:sz w:val="20"/>
          <w:u w:val="none"/>
        </w:rPr>
        <w:t>revenue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repeat customers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118" w:name="pg11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easier to achieve with something like pet food, but holy smokes that is an insane figure.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raised </w:t>
      </w:r>
      <w:r>
        <w:rPr>
          <w:rFonts w:ascii="Cambria" w:hAnsi="Cambria"/>
          <w:b/>
          <w:i w:val="0"/>
          <w:color w:val="FFFFFF"/>
          <w:sz w:val="20"/>
          <w:u w:val="none"/>
        </w:rPr>
        <w:t>six rounds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</w:t>
      </w:r>
      <w:r>
        <w:rPr>
          <w:rFonts w:ascii="Cambria" w:hAnsi="Cambria"/>
          <w:b/>
          <w:i w:val="0"/>
          <w:color w:val="FFFFFF"/>
          <w:sz w:val="20"/>
          <w:u w:val="none"/>
        </w:rPr>
        <w:t>financing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more than </w:t>
      </w:r>
      <w:r>
        <w:rPr>
          <w:rFonts w:ascii="Cambria" w:hAnsi="Cambria"/>
          <w:b/>
          <w:i w:val="0"/>
          <w:color w:val="FFFFFF"/>
          <w:sz w:val="20"/>
          <w:u w:val="none"/>
        </w:rPr>
        <w:t>$350 million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over </w:t>
      </w:r>
      <w:r>
        <w:rPr>
          <w:rFonts w:ascii="Cambria" w:hAnsi="Cambria"/>
          <w:b/>
          <w:i w:val="0"/>
          <w:color w:val="FFFFFF"/>
          <w:sz w:val="20"/>
          <w:u w:val="none"/>
        </w:rPr>
        <w:t>seven years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 grew sales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$2 million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  <w:r>
        <w:rPr>
          <w:rFonts w:ascii="Cambria" w:hAnsi="Cambria"/>
          <w:b/>
          <w:i w:val="0"/>
          <w:color w:val="FFFFFF"/>
          <w:sz w:val="20"/>
          <w:u w:val="none"/>
        </w:rPr>
        <w:t>2011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</w:t>
      </w:r>
      <w:r>
        <w:rPr>
          <w:rFonts w:ascii="Cambria" w:hAnsi="Cambria"/>
          <w:b/>
          <w:i w:val="0"/>
          <w:color w:val="FFFFFF"/>
          <w:sz w:val="20"/>
          <w:u w:val="none"/>
        </w:rPr>
        <w:t>$3.5 billion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</w:t>
      </w:r>
      <w:r>
        <w:rPr>
          <w:rFonts w:ascii="Cambria" w:hAnsi="Cambria"/>
          <w:b/>
          <w:i w:val="0"/>
          <w:color w:val="FFFFFF"/>
          <w:sz w:val="20"/>
          <w:u w:val="none"/>
        </w:rPr>
        <w:t>2018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 </w:t>
      </w:r>
      <w:r>
        <w:rPr>
          <w:rFonts w:ascii="Cambria" w:hAnsi="Cambria"/>
          <w:b/>
          <w:i w:val="0"/>
          <w:color w:val="FFFFFF"/>
          <w:sz w:val="20"/>
          <w:u w:val="none"/>
        </w:rPr>
        <w:t>190% annual growth rate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190% ANNUAL growth? Jesus christ those kind of returns are practically unheard of on a continued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basis. Applying that to GME sends it to a trillion dollar valuation in less than 5 years. Here's a video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Anne Hand, CEO of Super League Gaming talking about the potential market for the gaming industry.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Friedman: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What’s the most misunderstood thing about entrepreneurship?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Cohen: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Don’t let the pictures or magazines mislead you, it’s not at all glamorous. Negotiating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vendors, reading long contracts, conducting nonstop interviews, convincing investors to give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money, combined with a constant stream of everyday problems, is not fun.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Type A in me is </w:t>
      </w:r>
      <w:r>
        <w:rPr>
          <w:rFonts w:ascii="Cambria" w:hAnsi="Cambria"/>
          <w:b/>
          <w:i w:val="0"/>
          <w:color w:val="FFFFFF"/>
          <w:sz w:val="20"/>
          <w:u w:val="none"/>
        </w:rPr>
        <w:t>competitive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loves to win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but the day-to-day feels like you’re losing. If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you’re winning you’re probably not doing a great job building your company. Even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our </w:t>
      </w:r>
      <w:r>
        <w:rPr>
          <w:rFonts w:ascii="Cambria" w:hAnsi="Cambria"/>
          <w:b/>
          <w:i w:val="0"/>
          <w:color w:val="FFFFFF"/>
          <w:sz w:val="20"/>
          <w:u w:val="none"/>
        </w:rPr>
        <w:t>sales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grew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into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billions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 always felt behind. Whether that’s the right mentality or not, that’s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I’m wired.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Friedman: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What are three pieces of advice you would give to an aspiring entrepreneur?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Cohen: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I’d be remiss to say my way is the ‘right’ way. It’s simply </w:t>
      </w:r>
      <w:r>
        <w:rPr>
          <w:rFonts w:ascii="Cambria" w:hAnsi="Cambria"/>
          <w:b/>
          <w:i w:val="0"/>
          <w:color w:val="FFFFFF"/>
          <w:sz w:val="20"/>
          <w:u w:val="none"/>
        </w:rPr>
        <w:t>what worked for 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My dad had a glassware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importing business, and he told me about how he was talking with his dad one day. His dad had pointed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two trucks. “You see those trucks there?” he’d said. “If what’s in one of those trucks will make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money, and what’s in the other truck will make your </w:t>
      </w:r>
      <w:r>
        <w:rPr>
          <w:rFonts w:ascii="Cambria" w:hAnsi="Cambria"/>
          <w:b/>
          <w:i w:val="0"/>
          <w:color w:val="FFFFFF"/>
          <w:sz w:val="20"/>
          <w:u w:val="none"/>
        </w:rPr>
        <w:t>customers happier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choose the one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makes your </w:t>
      </w:r>
      <w:r>
        <w:rPr>
          <w:rFonts w:ascii="Cambria" w:hAnsi="Cambria"/>
          <w:b/>
          <w:i w:val="0"/>
          <w:color w:val="FFFFFF"/>
          <w:sz w:val="20"/>
          <w:u w:val="none"/>
        </w:rPr>
        <w:t>customers happier,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even if you make less money.” That served as the guiding premise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Chewy.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Second, I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never afraid to say no.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was constantly bombarded with new ideas, and when you’re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growing quickly it’s critical to stay focused, </w:t>
      </w:r>
      <w:r>
        <w:rPr>
          <w:rFonts w:ascii="Cambria" w:hAnsi="Cambria"/>
          <w:b/>
          <w:i w:val="0"/>
          <w:color w:val="FFFFFF"/>
          <w:sz w:val="20"/>
          <w:u w:val="none"/>
        </w:rPr>
        <w:t>so I said no to almost everything.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There’s a time and place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ideation, but in the early days when resources are finite, it’s important to choose a handful of things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do them extremely well.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just provides some insight into his business strategy. Out of the box thinking can be a great thing,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be worried if you see some un-orthodox moves come from RC.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Third, my </w:t>
      </w:r>
      <w:r>
        <w:rPr>
          <w:rFonts w:ascii="Cambria" w:hAnsi="Cambria"/>
          <w:b/>
          <w:i w:val="0"/>
          <w:color w:val="FFFFFF"/>
          <w:sz w:val="20"/>
          <w:u w:val="none"/>
        </w:rPr>
        <w:t>biggest risk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would have been </w:t>
      </w:r>
      <w:r>
        <w:rPr>
          <w:rFonts w:ascii="Cambria" w:hAnsi="Cambria"/>
          <w:b/>
          <w:i w:val="0"/>
          <w:color w:val="FFFFFF"/>
          <w:sz w:val="20"/>
          <w:u w:val="none"/>
        </w:rPr>
        <w:t>not taking risk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risk of going </w:t>
      </w:r>
      <w:r>
        <w:rPr>
          <w:rFonts w:ascii="Cambria" w:hAnsi="Cambria"/>
          <w:b/>
          <w:i w:val="0"/>
          <w:color w:val="FFFFFF"/>
          <w:sz w:val="20"/>
          <w:u w:val="none"/>
        </w:rPr>
        <w:t>head-to-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head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against </w:t>
      </w:r>
      <w:r>
        <w:rPr>
          <w:rFonts w:ascii="Cambria" w:hAnsi="Cambria"/>
          <w:b/>
          <w:i w:val="0"/>
          <w:color w:val="FFFFFF"/>
          <w:sz w:val="20"/>
          <w:u w:val="none"/>
        </w:rPr>
        <w:t>Amazon.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risk of </w:t>
      </w:r>
      <w:r>
        <w:rPr>
          <w:rFonts w:ascii="Cambria" w:hAnsi="Cambria"/>
          <w:b/>
          <w:i w:val="0"/>
          <w:color w:val="FFFFFF"/>
          <w:sz w:val="20"/>
          <w:u w:val="none"/>
        </w:rPr>
        <w:t>insourcing fulfillment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risk of building a company in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Florida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rather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than a </w:t>
      </w:r>
      <w:r>
        <w:rPr>
          <w:rFonts w:ascii="Cambria" w:hAnsi="Cambria"/>
          <w:b/>
          <w:i w:val="0"/>
          <w:color w:val="FFFFFF"/>
          <w:sz w:val="20"/>
          <w:u w:val="none"/>
        </w:rPr>
        <w:t>popular tech hub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risk of </w:t>
      </w:r>
      <w:r>
        <w:rPr>
          <w:rFonts w:ascii="Cambria" w:hAnsi="Cambria"/>
          <w:b/>
          <w:i w:val="0"/>
          <w:color w:val="FFFFFF"/>
          <w:sz w:val="20"/>
          <w:u w:val="none"/>
        </w:rPr>
        <w:t>spending $3 million a month on TV ads,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more than Home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Depot HD +1.6%'s budget. The risk of </w:t>
      </w:r>
      <w:r>
        <w:rPr>
          <w:rFonts w:ascii="Cambria" w:hAnsi="Cambria"/>
          <w:b/>
          <w:i w:val="0"/>
          <w:color w:val="FFFFFF"/>
          <w:sz w:val="20"/>
          <w:u w:val="none"/>
        </w:rPr>
        <w:t>hiring expensive executives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even though we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weren’t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profitable.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decisions were some of the most </w:t>
      </w:r>
      <w:r>
        <w:rPr>
          <w:rFonts w:ascii="Cambria" w:hAnsi="Cambria"/>
          <w:b/>
          <w:i w:val="0"/>
          <w:color w:val="FFFFFF"/>
          <w:sz w:val="20"/>
          <w:u w:val="none"/>
        </w:rPr>
        <w:t>controversial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required me being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comfortable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betting against conventional wisdom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were often </w:t>
      </w:r>
      <w:r>
        <w:rPr>
          <w:rFonts w:ascii="Cambria" w:hAnsi="Cambria"/>
          <w:b/>
          <w:i w:val="0"/>
          <w:color w:val="FFFFFF"/>
          <w:sz w:val="20"/>
          <w:u w:val="none"/>
        </w:rPr>
        <w:t>contrary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advice of my board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Suffice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say, I was not the most popular board member.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basically where I stopped analyzing the interview. Like i said, he goes on to answer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questions about his dad. Which I believe lend a lot of insight into his personality and life but I didn't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feel comfortable commenting on it. I have no doubt his dad would be pretty proud of what he is </w:t>
      </w:r>
    </w:p>
    <w:p>
      <w:bookmarkStart w:id="119" w:name="pg11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1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doing now. As a father myself I would be completely blown away if my kids were doing what he's doing.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what RC says here I believe you can get a feel for what to expect next. TV/Social Media ads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coming. So much meme potential for them. Hiring expensive execs has already started.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anyone could share the DD on that I would love to link it here. The next piece of the puzzle will be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plan to do with the over 1bn in cash on their books right now. Expecting some type of acquisition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major business expansion.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Tl;Dr: You guys really need to put more blind faith into this guy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Hyperinflation is Coming- The Dollar Endgame: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PART 1, “A New Rome”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getting increasingly worried about the amount of warning signals that are flashing red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hyperinflation- I believe the process has already begun, as I will lay out in this paper. The first stages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hyperinflation begin slowly, and as this is an exponential process, most people will not grasp the true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extent of it until it is too late. I know I’m going to gloss over a lot of stuff going over this, sorry about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 need to fit it all into four posts without giving everyone a 400 page treatise on macro-economics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read. Counter-DDs and opinions welcome. This is going to be a lot longer than a normal DD, but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promise the pay-off is worth it, knowing the history is key to understanding where we are today.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SERIES TL/DR (PARTS 1-4): We are at the end of a MASSIVE debt supercycle. This 80-100 year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 </w:t>
      </w:r>
      <w:r>
        <w:rPr>
          <w:rFonts w:ascii="Cambria" w:hAnsi="Cambria"/>
          <w:b w:val="0"/>
          <w:i/>
          <w:color w:val="FFFFFF"/>
          <w:sz w:val="20"/>
          <w:u w:val="none"/>
        </w:rPr>
        <w:t>always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ends in one of two scenarios- default/restructuring (deflation a la Great Depression)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inflation( hyperinflation in severe cases (a la Weimar Republic). The United States has been abusing it’s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privilege as the World Reserve Currency holder to enforce its political and economic hegemony onto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Third World, specifically by creating massive artificial demand for treasuries/US Dollars, allowing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 to borrow extraordinary amounts of money at extremely low rates for decades, creating a Sword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Damocles that hangs over the global financial system. The massive debt loads have been transferred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worldwide, and sovereigns are starting to call our bluff. Systemic risk within the US financial system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(from derivatives) has built up to the point that collapse is all but inevitable, and the Federal Reserve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demonstrated it will do whatever it takes to defend legacy finance (banks, broker/dealers, etc)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government solvency, even at the expense of everything else (The US Dollar).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I’ll break this down into four parts. ALL of this is interconnected, so please read these in order: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One: The Global Monetary System- “A New Rome” &lt; (YOU ARE HERE)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364">
        <w:r>
          <w:rPr>
            <w:rFonts w:ascii="Cambria" w:hAnsi="Cambria"/>
            <w:sz w:val="20"/>
            <w:color w:val="FFFFFF"/>
            <w:u/>
          </w:rPr>
          <w:t xml:space="preserve">Part Two: Derivatives, Systemic Risk, &amp; Nitroglycerin- “The Ouroboros” &lt;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Three: Banks, Debt Cycles &amp; Avalanches- “The Money Machine” &lt;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Four: Financial Gravity &amp; the Fed’s Dilemma- “At World’s End” &lt;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Preface: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120" w:name="pg11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2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terms you need to know: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Inflation: Commonly refers to increase in prices (per Keynesian thinking). However, Inflation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truest sense is inflation (growth) of the money supply- higher prices are just the RESULT of monetary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inflation. (Think, in normal terms, prices really only rise/fall, same with temperatures. (ie Housing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prices rose today). The word Inflation refers to a growth in multiple directions (quantity and velocity).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Deflation means a contraction of the money supply, which results in falling prices.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Dollarization (Weaponization of the Dollar): The process by which the US government, IMF, World Bank,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other elite organizations force countries to adopt dollar systems and therefore create indirect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 for dollars, supporting its value. (Think Petrodollars).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Central Banks: Generally these are banks that control/monitor the monetary policy of the country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reside in. They are usually owned by private financial institutions (large banks/bank holding firms).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utilize open market operations to stabilize and set market rates. They are called the “Lender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 Resort” as they are supposed to LEND (not bailout/buy assets) to other banks in a crisis and help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defend their currency’s value in international forex markets. CBs are beholden to the “dual mandate”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maintaining price stability (low inflation) and a strong job market (low unemployment)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Monetary Policy: The set of tools that central bankers have to adjust how money moves through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system. The main tool they use is quantitative tightening/easing, which basically means selling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treasuries or buying treasuries, respectively. *A quick note- bond prices and interest rates move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inversely to one another, so when Central banks buy bonds (easing), they lower interest rates; and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sell bonds (tightening), they increase interest rates.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Fiscal Policy: The actions taken by the government (mainly spending and taxing) to influence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macroeconomic conditions. Fiscal policy and monetary policy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supposed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be enacted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independently, so as not to allow massive mismanagement of the money supply to lead to extreme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conditions (aka high inflation/hyperinflation or deflation) *cough Yellen cough*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One: The Global Monetary System- A New Rome </w:t>
      </w:r>
    </w:p>
    <w:p>
      <w:bookmarkStart w:id="121" w:name="pg120"/>
      <w:pPr>
        <w:keepLines w:val="0"/>
        <w:pageBreakBefore/>
        <w:widowControl w:val="0"/>
        <w:spacing w:before="269" w:after="0"/>
        <w:jc w:val="center"/>
      </w:pPr>
      <w:bookmarkEnd w:id="121"/>
      <w:r>
        <w:drawing>
          <wp:inline xmlns:a="http://schemas.openxmlformats.org/drawingml/2006/main" xmlns:pic="http://schemas.openxmlformats.org/drawingml/2006/picture">
            <wp:extent cx="4023994" cy="420497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4023994" cy="4204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Allegory of the Prisoner's Dilemma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Prologue: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366">
        <w:r>
          <w:rPr>
            <w:rFonts w:ascii="Cambria" w:hAnsi="Cambria"/>
            <w:sz w:val="20"/>
            <w:color w:val="FFFFFF"/>
            <w:u/>
          </w:rPr>
          <w:t xml:space="preserve">In their masterwork tapestry entitled “Allegory of the Prisoner’s Dilemma” (pictured in the title image of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post) the artists Diaz Hope and Roth visually depict a great tower of civilization that rests upon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bedrock of human cooperation and competition across history. The artists force us to confront the fact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after 10,000 years of human civilization we are now at a cross-roads. Today we have the highest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living standards in human history that co-exists with an ability to destroy our planet ecologically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ourselves through nuclear war. We are in the greatest period of stability with the largest probabilistic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tail risk ever. The majority of Americans have lived their entire lives without ever experiencing a direct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war and this is, by all accounts, rare in the history of humankind.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Does this mean we are safe? Or does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risk exist in some other form, transmuted and changed by time and space, unseen by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political pundits who brazenly tout perpetual American dominance across our screens?</w:t>
      </w:r>
      <w:hyperlink r:id="rId367">
        <w:r>
          <w:rPr>
            <w:rFonts w:ascii="Cambria" w:hAnsi="Cambria"/>
            <w:sz w:val="20"/>
            <w:color w:val="FFFFFF"/>
            <w:u/>
          </w:rPr>
          <w:t xml:space="preserve">(Pulled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67">
        <w:r>
          <w:rPr>
            <w:rFonts w:ascii="Cambria" w:hAnsi="Cambria"/>
            <w:sz w:val="20"/>
            <w:color w:val="FFFFFF"/>
            <w:u/>
          </w:rPr>
          <w:t xml:space="preserve">from Artemis Capital Research Paper) </w:t>
        </w:r>
      </w:hyperlink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Bretton Woods Agreement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Money, in and of itself, might have actual value; it can be a shell, a metal coin, or a piece of paper.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depends on the importance that people place on it—traditionally, money functions as a medium of </w:t>
      </w:r>
    </w:p>
    <w:p>
      <w:bookmarkStart w:id="122" w:name="pg12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2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exchange, a unit of measurement, and a storehouse for wealth (what is called the three factor definition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money). Money allows people to trade goods and services indirectly, it helps communicate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goods (prices written in dollar and cents correspond to a numerical amount in your possession, i.e.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your pocket, purse, or wallet), and it provides individuals with a way to store their wealth in the long-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term.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the inception of world trade, merchants have attempted to use a single form of money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international settlement. In the 1500s-1700s, the Spanish silver peso (where we derive the $ sign)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standard- by the 1800s and early 1900s, the British rose to prominence and the Pound (under a gold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standard) became the de facto world reserve currency, helping to boost the UK’s military and economic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dominance over much of the world. After World War 1, geopolitical power started to shift to the US,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 cemented in 1944 at Bretton Woods, where the US was designated as the WRC (World Reserve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Currency) holder. </w:t>
      </w:r>
    </w:p>
    <w:p>
      <w:pPr>
        <w:keepLines w:val="0"/>
        <w:widowControl w:val="0"/>
        <w:spacing w:before="375" w:after="0"/>
        <w:jc w:val="center"/>
      </w:pPr>
      <w:r>
        <w:drawing>
          <wp:inline xmlns:a="http://schemas.openxmlformats.org/drawingml/2006/main" xmlns:pic="http://schemas.openxmlformats.org/drawingml/2006/picture">
            <wp:extent cx="3917950" cy="2195829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2195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Bretton Woods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early fall of 1939, the world had watched in horror as the German blitzkrieg raced through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Poland, and combined with a simultaneous Russian invasion, had conquered the entire territory in 35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days. This was no easy task, as the Polish army numbered more than 1,500,000 men, and was thought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military tacticians to be a tough adversary, even for the industrious German war machine. As WWII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continued to heat up and country after country fell to the German onslaught, European countries,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fretting over possible invasions of their countries and annexation of their gold, started sending massive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amounts of their Gold Reserves to the US. At one point, the Federal Reserve held over 50% of all above-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ground reserves in the world. </w:t>
      </w:r>
    </w:p>
    <w:p>
      <w:bookmarkStart w:id="123" w:name="pg122"/>
      <w:pPr>
        <w:keepLines w:val="0"/>
        <w:pageBreakBefore/>
        <w:widowControl w:val="0"/>
        <w:spacing w:before="0" w:after="0"/>
        <w:jc w:val="center"/>
      </w:pPr>
      <w:bookmarkEnd w:id="123"/>
      <w:r>
        <w:drawing>
          <wp:inline xmlns:a="http://schemas.openxmlformats.org/drawingml/2006/main" xmlns:pic="http://schemas.openxmlformats.org/drawingml/2006/picture">
            <wp:extent cx="5943600" cy="2967354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US Trade Balance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global monetary system restrained by a Gold Standard, countries HAVE to have gold reserves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vaults in order to issue paper currency. The Western European powers all exited the Gold standard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via executive acts in the during the dark days of the Great Depression (in Germany’s case, immediately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WW1) and build up to War by their respective finance ministers, but the understanding was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return back to the Gold standard, or at least some form of it, after the chaos had subsided. 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war wound down, and it became clear that the Allies would win, the Western Powers understood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would need to come to a new consensus on the creation of a new global monetary and economic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system. Britain, the previous world superpower, was marred by the war, and had seen most of 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industrial cities in ruin from the Blitz. France was basically in tatters, with most industrial infrastructure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completely obliterated by German and American shelling during various points of the war. The leaders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Western world looked ahead to a long road of rebuilding and recovery. The new threat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USSR loomed heavy on the horizon, as the Iron Curtain was already taking shape within the territories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re-conquered by the hordes of Red Army. Realizing that it was unsafe to send the gold back from the US,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understood that a post-war economic system would need a new World Reserve Currency. The 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the de-facto choice as it had massive reserves and huge lending capacity due to its untouched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infrastructure and incredibly productive economy.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Bretton Woods, the consortium of nations assented to an agreement whereby the Dollar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become the WRC and the participating nations would synchronize monetary policy to avoid competitive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devaluation. In summary, they could still redeem dollars for Gold at a fixed rate of $35 an oz, a hard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redemption peg which the U.S would defend. Thus they entered into a quasi- Gold standard,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citizens and private corporations could NOT redeem dollars for Gold (due to the Gold Reserve Act , 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1934), but sovereign governments (Central banks) could still redeem dollars for gold. Since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currencies (like the Franc and Pound) were pegged to the Dollar, and the Dollar pegged to gold, all </w:t>
      </w:r>
    </w:p>
    <w:p>
      <w:bookmarkStart w:id="124" w:name="pg12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2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countries remained connected indirectly to a gold standard, stabilizing their currency conversion rate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other and limiting local governments’ ability to print and spend recklessly. </w:t>
      </w:r>
    </w:p>
    <w:p>
      <w:pPr>
        <w:keepLines w:val="0"/>
        <w:widowControl w:val="0"/>
        <w:spacing w:before="313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1783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8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US Gold Reserves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 few decades, this system worked well enough. US economic growth spurred European rebuilding,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world trade continued to increase. Cracks started to appear during the Guns and Butter era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1960’s, when Vietnam War spending and Johnson’s Great Society programs spurred a new era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fiscal profligacy. The US started borrowing massively, and dollars in the form of Treasuries started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stacking up in foreign Central Banks reserve accounts.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Then-French President Charles De Gaulle did the calculus and realized in 1965 that the US had issued far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 many dollars, even considering the massive gold reserves they had, to ever redeem all dollars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gold (remember naked shorting more shares than exist? -same idea here). He laid out this argument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 infamous Criterion Speech and began aggressively redeeming dollars for gold. The global “run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dollar” had already begun, but the process accelerated after his seminal address, as every large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sovereign turned in their dollars for bullion, and the US Treasury was forced to start massively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exporting gold. Backing the sovereign government's actions were fiscal and monetary strategists getting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and more worried that the US would not have enough gold to redeem their dollars, and they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left holding a bag of worthless paper dollars, backed by nothing but promises. The outward flow of </w:t>
      </w:r>
    </w:p>
    <w:p>
      <w:bookmarkStart w:id="125" w:name="pg12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2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gold quickly became a deluge, and policymakers at all levels of Treasury and the State department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started to worry. </w:t>
      </w:r>
    </w:p>
    <w:p>
      <w:pPr>
        <w:keepLines w:val="0"/>
        <w:widowControl w:val="0"/>
        <w:spacing w:before="425" w:after="0"/>
        <w:jc w:val="center"/>
      </w:pPr>
      <w:r>
        <w:drawing>
          <wp:inline xmlns:a="http://schemas.openxmlformats.org/drawingml/2006/main" xmlns:pic="http://schemas.openxmlformats.org/drawingml/2006/picture">
            <wp:extent cx="2962910" cy="291465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2914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Nixon ends Bretton Woods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Nearing a coming dollar solvency crisis, Richard Nixon announced on August 15th, 1971 that he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closing the gold window, effectively barring all countries from current and future gold redemptions.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ceased to be based on the gold in the Treasury vaults, and instead was now completely unbacked,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solely on government decree, or fiat. Fixed wage and price controls were created, inflation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skyrocketed, and unemployment spiked.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Nixon’s speech was not received as well internationally as it was in the United States. Many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international community interpreted Nixon’s plan as a unilateral act. In response, the Group of Ten (G-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10) industrialized democracies decided on new exchange rates that centered on a devalued dollar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became known as the Smithsonian Agreement. That plan went into effect in Dec. 1971, but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proved unsuccessful. Beginning in Feb. 1973, speculative market pressure caused the USD to devalue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72">
        <w:r>
          <w:rPr>
            <w:rFonts w:ascii="Cambria" w:hAnsi="Cambria"/>
            <w:sz w:val="20"/>
            <w:color w:val="FFFFFF"/>
            <w:u/>
          </w:rPr>
          <w:t xml:space="preserve">and led to a series of exchange parities.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Amid still-heavy pressure on the dollar in March of that year, the G–10 implemented a strategy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called for six European members to tie their currencies together and jointly float them against the dollar.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decision essentially brought an end to the fixed exchange rate system established by Bretton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Woods. This crisis came to be known as the “Nixon Shock” and the DXY (US dollar index) began to fall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global markets. </w:t>
      </w:r>
    </w:p>
    <w:p>
      <w:bookmarkStart w:id="126" w:name="pg125"/>
      <w:pPr>
        <w:keepLines w:val="0"/>
        <w:pageBreakBefore/>
        <w:widowControl w:val="0"/>
        <w:spacing w:before="0" w:after="0"/>
        <w:jc w:val="center"/>
      </w:pPr>
      <w:bookmarkEnd w:id="126"/>
      <w:r>
        <w:drawing>
          <wp:inline xmlns:a="http://schemas.openxmlformats.org/drawingml/2006/main" xmlns:pic="http://schemas.openxmlformats.org/drawingml/2006/picture">
            <wp:extent cx="5943600" cy="3983354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3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DXY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crisis came out of the blue for most members of the administration. According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Keynesianeconomists, stagflation was literally impossible, as it was a violation of the Philips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Curve principle, where Unemployment and Inflation were inversely correlated, thus inflation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74">
        <w:r>
          <w:rPr>
            <w:rFonts w:ascii="Cambria" w:hAnsi="Cambria"/>
            <w:sz w:val="20"/>
            <w:color w:val="FFFFFF"/>
            <w:u/>
          </w:rPr>
          <w:t xml:space="preserve">should theoretically be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decreasing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the recession worsened and unemployment climbed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75">
        <w:r>
          <w:rPr>
            <w:rFonts w:ascii="Cambria" w:hAnsi="Cambria"/>
            <w:sz w:val="20"/>
            <w:color w:val="FFFFFF"/>
            <w:u/>
          </w:rPr>
          <w:t xml:space="preserve">through 1973-1975. </w:t>
        </w:r>
      </w:hyperlink>
    </w:p>
    <w:p>
      <w:bookmarkStart w:id="127" w:name="pg126"/>
      <w:pPr>
        <w:keepLines w:val="0"/>
        <w:pageBreakBefore/>
        <w:widowControl w:val="0"/>
        <w:spacing w:before="0" w:after="0"/>
        <w:jc w:val="center"/>
      </w:pPr>
      <w:bookmarkEnd w:id="127"/>
      <w:r>
        <w:drawing>
          <wp:inline xmlns:a="http://schemas.openxmlformats.org/drawingml/2006/main" xmlns:pic="http://schemas.openxmlformats.org/drawingml/2006/picture">
            <wp:extent cx="5943600" cy="3801745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1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Phillips Curve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MONKE-SPEK: Philips Curve Explained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 Unemployment&gt;Lots of jobs/high demand for labor.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Thus, more workers are employed, and wages rise&gt;putting more money in more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people’s pockets.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people go out and buy beanie babies, toasters, and bananas (what economist John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Maynard Keynes called aggregate demand) and this higher demand leads to higher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prices for goods and services. This shows up as inflation.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Consider the opposite- high unemployment&gt;fewer jobs&gt;less money for people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Less demand for goods and services&gt; lower inflation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Keynesian economists treated this curve as a law of nature, rather than a general rule. We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exceptions to this rule everywhere- Argentina is a prime example, where they have persistently high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unemployment AND high inflation. This phenomenon is called stagflation, and is evidence of inflationary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pressures so strong that they overcome the deflationary force of high unemployment. These economists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utterly blindsided by the emergence of stagflation.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the closing of the gold window in 1971, the crisis spread, inflation kept climbing, and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sovereigns began contemplating devaluing their currencies as their only peg, the US dollar, was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unmoored and looked to be heading to disaster. US exports started climbing (cheaper dollar, foreigners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now import stuff to their countries), straining export economies and sparking talks of a currency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war. Knowing they had to do something to stop the bleeding, the Nixon administration, at the direction </w:t>
      </w:r>
    </w:p>
    <w:p>
      <w:bookmarkStart w:id="128" w:name="pg12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2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Henry Kissinger, made a secret deal with OPEC, creating what is now called the Petrodollar system.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article summarizes it best: </w:t>
      </w:r>
    </w:p>
    <w:p>
      <w:pPr>
        <w:keepLines w:val="0"/>
        <w:widowControl w:val="0"/>
        <w:spacing w:before="313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67207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2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PetroDollar system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Petrodollars had been around since the late 1940s, but only with a few suppliers. Petrodollars are U.S.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dollars paid to an oil-exporting country for the sale of the commodity. Put simply, the petrodollar system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an exchange of oil for U.S. dollars between countries that buy oil and those that produce it. By forcing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majority of the oil producers in the world to price contracts in dollars, it created artificial demand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dollars, helping to support US dollar value on foreign exchange markets. The petrodollar system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creates surpluses for oil producers, which lead to large U.S. dollar reserves for oil exporters, which need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recycled, meaning they can be channeled into loans or direct investment back in the United States.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still wasn’t enough. Inflation, like many things, had inertia, and the oil shocks caused by the Yom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Kippur War and other geo-political events continued to strain the economy through the 1970’s. </w:t>
      </w:r>
    </w:p>
    <w:p>
      <w:bookmarkStart w:id="129" w:name="pg128"/>
      <w:pPr>
        <w:keepLines w:val="0"/>
        <w:pageBreakBefore/>
        <w:widowControl w:val="0"/>
        <w:spacing w:before="0" w:after="0"/>
        <w:jc w:val="center"/>
      </w:pPr>
      <w:bookmarkEnd w:id="129"/>
      <w:r>
        <w:drawing>
          <wp:inline xmlns:a="http://schemas.openxmlformats.org/drawingml/2006/main" xmlns:pic="http://schemas.openxmlformats.org/drawingml/2006/picture">
            <wp:extent cx="5943600" cy="391414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4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PCE Index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Running out of road, monetary policymakers finally decided to employ the nuclear option. Paul Volcker,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new Federal Reserve Chairman selected in 1979, knew that it was imperative to break the back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to preserve the global economic system. That year, inflation was spiking well above 10%,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end in sight. He decided to do something about it. </w:t>
      </w:r>
    </w:p>
    <w:p>
      <w:pPr>
        <w:keepLines w:val="0"/>
        <w:widowControl w:val="0"/>
        <w:spacing w:before="309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6624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Volcker Doctrine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hiking interest rates aggressively, consumer credit lending slowed, mortgages became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expensive to finance, and corporate debt became more expensive to borrow. Foreign companies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been dumping US dollar holdings as inflation had risen now had good reason to keep their funds </w:t>
      </w:r>
    </w:p>
    <w:p>
      <w:bookmarkStart w:id="130" w:name="pg12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3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vested in US accounts. When the Petrodollar system, which had started taking shape in ‘73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completed in March 1979 under the US-Saudi Joint Commission, the dollar finally began to stabilize.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worst of the crisis was over.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Volcker had to keep interest rates elevated well above 8% for most of the decade, to shore up support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dollar and assure foreign creditors that the Fed would do whatever it takes to defend the value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dollar in the future. These absurdly high interest rates put a brake to US government borrowing,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least for a few years. Foreign creditors breathed a sigh of relief as they saw that the Fed would go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extreme lengths to preserve the value of the dollar and ensure that Treasury bonds paid back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principal + interest in real terms.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464435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44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10yr US treasury yields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the next 40 years, the United States and most of the developed world saw a prolonged period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economic growth and global trade. Fiat money became the norm, and creditors accepted the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paradigm, with it’s new risk of inflation/devaluation (under the gold standard, current account deficits,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thus inflation risk, was self-stabilizing). The Global Monetary system now consisted of free-floating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fiat currencies, liberated from the fetters of the gold system.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81">
        <w:r>
          <w:rPr>
            <w:rFonts w:ascii="Cambria" w:hAnsi="Cambria"/>
            <w:sz w:val="20"/>
            <w:color w:val="FFFFFF"/>
            <w:u/>
          </w:rPr>
          <w:t xml:space="preserve">(I had to break this post up into two sections due to the character limit, here is second half of Pt 1): / </w:t>
        </w:r>
      </w:hyperlink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131" w:name="pg130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131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Fed is pinned into a corner from the 2008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can-kick utilizing QE, and the economic effects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of COVID. They are stuck battling a collateral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crisis AND a liquidity crisis. The Fed is currently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fudging the numbers of treasuries to hide 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collateral shortage and to try to prop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economy up.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not a financial advisor. I do not provide financial advice. Many thoughts here are my opinion,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others can be speculative.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personally happy to see that there is a shift from GME DD to macro-economics DD. Because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provides a much wider insight into how the market is behaving, and how GME would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the 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 market crash. Everything has been a pressure cooker over the past decade, ready to burst,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DD provides insight on when things might go down.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new DD also diverges from the expectations of things to shoot up in price every week,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is watching T+21/T+35/Net Capital cycles. It gives a general "MOASS will most likely occur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everything falls due to liquidation of defaulting Banks / Hedge Funds / Financial Institutions".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gives me peace of mind, because I do not watch for specific dates around GME to cause the surge.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watch the economy at the macro scale to understand when things could blow.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to any skeptics - yes, it is possible that GME could never blow up. Do I think it will blow up?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Sure I do. But I encourage YOU to read this post, disregarding GME, and to instead understand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is going on with the economy on the macro scale.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Even if the GME play is wrong in your eyes, it is good to understand how the economy could crash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harder than it did in 2008. I don't care if you don't believe in GME. I care about you, and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want YOU to be hurt.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132" w:name="pg131"/>
      <w:pPr>
        <w:keepLines w:val="0"/>
        <w:pageBreakBefore/>
        <w:widowControl w:val="0"/>
        <w:spacing w:before="0" w:after="0"/>
        <w:jc w:val="center"/>
      </w:pPr>
      <w:bookmarkEnd w:id="132"/>
      <w:r>
        <w:drawing>
          <wp:inline xmlns:a="http://schemas.openxmlformats.org/drawingml/2006/main" xmlns:pic="http://schemas.openxmlformats.org/drawingml/2006/picture">
            <wp:extent cx="3839845" cy="2266314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2266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Me IRL - Maybe - Sometime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Before We Begin: An Overview of Repo And Reverse Repo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 and Reverse Repo might be a bit confusing. You probably saw on this subreddit or in news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reverse repo market has been blowing up, and it's a bit concerning.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not too complicated if you just imagine it between two entities: the Federal Reserve and Banks.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both Repo and Reverse Repo, it is an agreement between two parties for one of them to sell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security for a price, and they agree to buy that security back at a later date at a higher price based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interest rate (usually). This is called a "Repurchase Agreement", where "Repo" is a standard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"Repurchase Agreement" and the "Reverse Repo" is a "Reverse Repurchase Agreement", the inverse of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"Repo".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length of these Repurchase Agreements can be various lengths. Such as overnight, one month, three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month, etc.. But what we're seeing is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short-term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overnight Reverse Repos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parties swap, and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trading day they swap back.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is not a permanent extraction of the underlying security.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 overnight swap. A permanent extraction comes from Quantitative Easing or Quantitative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Tightening, both of which I will discuss later.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Repo (Repurchase Agreement)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is where the bank swaps collateral (such as US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Treasuries) for cash. This is used when the banks have too much collateral and not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cash, or when the banks want to generate profit off of giving loans to other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parties in the repo market.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Reverse Repo (Reverse Repurchase Agreement)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This is where the bank swaps cash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(liquidity) for collateral (such as US Treasuries). This is used when the banks have too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cash (liquidity) and not enough collateral. The main reason behind this behavior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pump balance sheets for the night.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is a diagram I made which might make this more clear. It is between the Fed (left) and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(right):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Edit: I have a typo here. QT and QE should be flipped in the diagram. QT is permanent extraction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 liquidity. QE is permanent extraction of collateral.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133" w:name="pg132"/>
      <w:pPr>
        <w:keepLines w:val="0"/>
        <w:pageBreakBefore/>
        <w:widowControl w:val="0"/>
        <w:spacing w:before="0" w:after="0"/>
        <w:jc w:val="center"/>
      </w:pPr>
      <w:bookmarkEnd w:id="133"/>
      <w:r>
        <w:drawing>
          <wp:inline xmlns:a="http://schemas.openxmlformats.org/drawingml/2006/main" xmlns:pic="http://schemas.openxmlformats.org/drawingml/2006/picture">
            <wp:extent cx="5943600" cy="3343275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Repo and QT Versus Reverse Repo and QE </w:t>
      </w:r>
    </w:p>
    <w:p>
      <w:pPr>
        <w:keepLines w:val="0"/>
        <w:widowControl w:val="0"/>
        <w:spacing w:before="69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Quantitative Easing Can-Kick of 2008, Slowly Draining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Collateral From The Market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Note: If you want an overview of what led to the 2008 crash, check out my previous post which has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summary of the documentary "Inside Job (2010)". It also describes where we're probably headed based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SLR, the DTC, ICC, OCC, NSCC rules, and mortgage default protections expiring June 30th, 2021.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Zoom back in time to 2008. The economy took a massive dump due to Wall Street's abuse of derivatives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leverage. They created a bunch of toxic CDOs mostly consisting of subprime Mortgages to create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economic apocalyptic scenario around Mortgage Backed Securities (MBS). Everything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overleveraged and was a massive balloon of bets based on the performance of the MBS's.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Currently, there's evidence of Wall Street doing the same abuse of toxic CDO's but this time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Commercial Mortgage-Backed Securities (CMBS). [See above linked post for this detail]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economy was hurting pretty bad from the 2008 crash, and it was going to continue going into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 death spiral until the Federal Reserve (Fed) introduced Quantitative Easing (QE):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announced QE1 on November 25, 2008. Fed Chairman Ben Bernanke announced an aggressive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attack on the financial crisis of 2008.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Fed began buying $500 billion in mortgage-backed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securities and $100 billion in other debt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QE supported the housing market that the subprime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mortgage crisis had devastated. - Source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you're still scratching your head on what QE is, here's the Wikipedia overview definition, as well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(hopefully) a more simplified definition. </w:t>
      </w:r>
    </w:p>
    <w:p>
      <w:bookmarkStart w:id="134" w:name="pg13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3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Quantitative Easing (QE) - is a monetary policy whereby a central bank purchases at scale government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bonds or other financial assets in order to inject money into the economy to expand economic activity.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what the Fed will do to extract collateral (including US Treasuries) from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 in order to push in liquidity. The Fed started doing this in 2008 to extract toxic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from the market and encourage economic growth because it allowed more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cash flow in the economy.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pulls out collateral from the economy, and pushes cash (liquidity) in.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was a ticking timebomb ever since it started, because it extracts collateral from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market, slowly creating a collateral shortage issue.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out the effects of QE on the Dow Jones Industrial Average ($DJI):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286884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6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DJI Before And After Quantitative Easing Begins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helping the economy reverse the death spiral, and it has been pumping the economy ever since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introduction of QE. The problem is, of course, that collateral would continue to be sucked out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through the mechanics of QE.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QE can't continue forever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because collateral is a fundamental part of the repo market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allows cash to flow in the economy. When you don't have collateral, you can't post the collateral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for cash from banks, and thus the flow of cash basically shuts down. You cannot perform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 repo transaction between a Bank / Hedge Fund / Financial Institution. </w:t>
      </w:r>
    </w:p>
    <w:p>
      <w:bookmarkStart w:id="135" w:name="pg13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3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tried to stop QE after a while. Instead of pulling collateral out of the economy, they needed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 to push collateral back into the economy. In order to stop QE, they tried what was, in essence,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"reverse" of QE called Quantitative Tightening (QT).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Quantitative Tightening (QT) - (or quantitative hardening) is a contractionary monetary policy applied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a central bank to decrease the amount of liquidity within the economy. The policy is the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reverse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ofquantitative easing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(QE)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aimed to increase money supply in order to "stimulate" the economy.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what the Fed will do to extract liquidity from the economy in order to push 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collateral. It is used to attempt to reverse the effects of QE, to try to regain balance in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pulls out cash (liquidity) from the economy, and pushes collateral in.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Fed attempted QT in 2018, but it proved to have very bad consequences on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economy. So, they went back to QE in 2019, continuing to can-kick the effects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 the 2008 crash.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chart showing the Fed's "Total Assets", where collateral is an asset for the Fed. So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was extracted from the economy through QE, it went onto their "Assets" side of their balance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sheet. When collateral was pushed back into the economy through QT, it was extracted from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"Assets" side of their balance sheet.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start of QE in 2008, there is a surge of assets due to the buying up of MBS's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treasuries.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2018 the assets began to decline because the Fed attempted QT by pushing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back into the economy and sucking liquidity out.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September 2019 the assets began to increase again because the Fed went back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QE after realizing the negative effects it was having on the economy due to causing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 shortage.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So... what happened in September of 2019? </w:t>
      </w:r>
      <w:r>
        <w:rPr>
          <w:rFonts w:ascii="Cambria" w:hAnsi="Cambria"/>
          <w:b/>
          <w:i w:val="0"/>
          <w:color w:val="FFFFFF"/>
          <w:sz w:val="20"/>
          <w:u w:val="none"/>
        </w:rPr>
        <w:t>Why did QT fail after a decade of QE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? </w:t>
      </w:r>
    </w:p>
    <w:p>
      <w:bookmarkStart w:id="136" w:name="pg135"/>
      <w:pPr>
        <w:keepLines w:val="0"/>
        <w:pageBreakBefore/>
        <w:widowControl w:val="0"/>
        <w:spacing w:before="0" w:after="0"/>
        <w:jc w:val="center"/>
      </w:pPr>
      <w:bookmarkEnd w:id="136"/>
      <w:r>
        <w:drawing>
          <wp:inline xmlns:a="http://schemas.openxmlformats.org/drawingml/2006/main" xmlns:pic="http://schemas.openxmlformats.org/drawingml/2006/picture">
            <wp:extent cx="5943600" cy="4046854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8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https://www.federalreserve.gov/monetarypolicy/bst_recenttrends.htm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Quantitative Easing Cannot Be Reversed. The Can-Kick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Continues Until The Economy Crashes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Despite pumping in a bunch of liquidity into the market through QE, the economy was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still lacking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liquidity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When the Fed started to reverse QE through QT, the liquidity in the market tightened and thus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negative effects on the economy began to surface in September of 2019.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78359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https://blog.pimco.com/en/2019/09/repo-rate-spike-a-tail-of-low-liquidity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Less than a year after starting QT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 liquidity crisis emerged on September 15th, 2019, when the repo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rate spiked up severely. This was a clash of events surrounding the lower liquidity issue.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Banks’ “reporting” dates are known inflection points in the short-term funding markets and typically fall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end of the month, quarter, and of course the year.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But periodically, the 15th of the month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also a pressure point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Such was the case this past Monday when a short-term funding rate that had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hovering around 2.21% soared as high as 10%.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funding market succumbed to a trifecta of pressures: </w:t>
      </w:r>
    </w:p>
    <w:p>
      <w:bookmarkStart w:id="137" w:name="pg136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137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Payments on corporate taxes were due on 15 September, leading to high redemptions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than $35 billion in money market funds.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Cash balances increased by an additional $83 billion in the U.S. Treasury general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account, which reduces excess reserves and simultaneously acts to reduce the aggregate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supply of overnight liquidity available in funding markets.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Dealers needed an additional $20 billion in funding to finance the settlement of recent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scheduled U.S. Treasury issuance.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September 15, </w:t>
      </w:r>
      <w:r>
        <w:rPr>
          <w:rFonts w:ascii="Cambria" w:hAnsi="Cambria"/>
          <w:b/>
          <w:i w:val="0"/>
          <w:color w:val="FFFFFF"/>
          <w:sz w:val="20"/>
          <w:u w:val="none"/>
        </w:rPr>
        <w:t>as so many institutions needed funding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repo rates climbed well above the fed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funds upper-end target at the time of 2.25% to briefly touch 5%.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following day, cash repo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markets traded as high as 10% for those looking to finance agency mortgage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overnight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Later that morning, the Federal Reserve Bank of New York acknowledged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pressures and conducted its first Open Market Operation (OMO) in more than a decade to add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reserves to the funding markets that were clearly in need of the liquidity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Subsequently, after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meeting Wednesday, the Federal Open Market Committee (FOMC) announced a cut in the interest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excess reserves (IOER) of 0.30% – five basis points more than its cut in the fed funds rate – providing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relief to the upper bound of money-market yields.  - Source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to the reduced liquidity from QT, because it sucks out liquidity and pushes in collateral, the markets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hit a critical point where there was too much cash that was needed and not enough to supply those who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needed the cash. There was huge amounts of strain on the economy.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 most likely due to continued large leverage + derivatives abuse stemming from what led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2000-2007 Housing Market Bubble. The Fed realized that QT could not continue because of the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shortage that was arising.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had to stop QT and continue QE in order to continue to pull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collateral and pump in liquidity. And thus, the collateral shortage time bomb continued ticking.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is the figure of when the repo rate shot up to ~10% within a day. This was awful, because it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more expensive for loans to go out. The repo market would have shut down from nobody wanting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spend 10% on a repurchase agreement to get cash for the day. How would ANYONE get 10%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return </w:t>
      </w:r>
      <w:r>
        <w:rPr>
          <w:rFonts w:ascii="Cambria" w:hAnsi="Cambria"/>
          <w:b/>
          <w:i w:val="0"/>
          <w:color w:val="FFFFFF"/>
          <w:sz w:val="20"/>
          <w:u w:val="none"/>
        </w:rPr>
        <w:t>overnight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pay for these loans? The flow of cash was about to halt. </w:t>
      </w:r>
    </w:p>
    <w:p>
      <w:bookmarkStart w:id="138" w:name="pg137"/>
      <w:pPr>
        <w:keepLines w:val="0"/>
        <w:pageBreakBefore/>
        <w:widowControl w:val="0"/>
        <w:spacing w:before="0" w:after="0"/>
        <w:jc w:val="center"/>
      </w:pPr>
      <w:bookmarkEnd w:id="138"/>
      <w:r>
        <w:drawing>
          <wp:inline xmlns:a="http://schemas.openxmlformats.org/drawingml/2006/main" xmlns:pic="http://schemas.openxmlformats.org/drawingml/2006/picture">
            <wp:extent cx="5943600" cy="620395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03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7" w:after="0" w:lineRule="exact" w:line="199"/>
        <w:ind w:left="43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https://www.federalreserve.gov/econres/notes/feds-notes/what-happened-in-money-markets-in-september-2019-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20200227.htm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COVID Initiated A Liquidity Crisis In The Banks, Which Now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Fights With The Collateral Shortage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QE continued on until 2020, when suddenly, COVID came in. Nobody expected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boy, </w:t>
      </w:r>
      <w:r>
        <w:rPr>
          <w:rFonts w:ascii="Cambria" w:hAnsi="Cambria"/>
          <w:b/>
          <w:i w:val="0"/>
          <w:color w:val="FFFFFF"/>
          <w:sz w:val="20"/>
          <w:u w:val="none"/>
        </w:rPr>
        <w:t>oh boy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did COVID wreak havoc on the economy and the financial world. While the Fed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slowly approaching a collateral crisis through QE, COVID exacerbated the issue due to the sudden impact </w:t>
      </w:r>
    </w:p>
    <w:p>
      <w:bookmarkStart w:id="139" w:name="pg13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3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had on liquidity. COVID increased liquidity, and when you have a sudden surge of liquidity, you need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balance it with collateral. The economic balance was tipping as of March of 2020.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does not even take into account the effects of many people losing their jobs, being unable to pay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rent/mortgages, and other issues that arose from COVID. Those all apply to another ticking time bomb: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CMBS issue, equivalent to the MBS bubble of 2000-2007, which I discussed in my other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COVID pandemic caused a surge of money being printed from stimulus packages in the US.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print a bunch of money into the economy on a whim, you risk driving inflation of the currency itself.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does inflation encourage? Less spending from companies, due to the higher price. This leads to less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loaning of cash in the repo market, and banks obtaining an ever-surplus of cash.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COVID caused a sudden surge of trillions of dollars worth that the economy couldn't handle naturally.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Compare the treasury balance versus the deposits over time, and the surge that occurred in 2020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response to the pandemic. The COVID stimulus bills pumped in a </w:t>
      </w:r>
      <w:r>
        <w:rPr>
          <w:rFonts w:ascii="Cambria" w:hAnsi="Cambria"/>
          <w:b/>
          <w:i w:val="0"/>
          <w:color w:val="FFFFFF"/>
          <w:sz w:val="20"/>
          <w:u w:val="none"/>
        </w:rPr>
        <w:t>massive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amount of money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 at the risk of inflation. And we're already seeing the effects of inflation occur on the supply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88">
        <w:r>
          <w:rPr>
            <w:rFonts w:ascii="Cambria" w:hAnsi="Cambria"/>
            <w:sz w:val="20"/>
            <w:color w:val="FFFFFF"/>
            <w:u/>
          </w:rPr>
          <w:t xml:space="preserve">chain: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47929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9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https://www.federalreserve.gov/monetarypolicy/bst_recenttrends.htm </w:t>
      </w:r>
    </w:p>
    <w:p>
      <w:bookmarkStart w:id="140" w:name="pg13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4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Stimulus checks were sent out to retail. Companies were bailed out. Unemployment increased, resulting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more unemployment benefits going out due to the relief bills. More money printed. More money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deposited at banks.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was a ton of cash (liquidity) being pumped into the economy over the past year from March 2020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June 2021. Because of this, due to inflation and an excess of cash, banks began to get a surplus of cash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deposited. People had more cash. They didn't need to spend money on rent/mortages. Companies didn't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spend more due to fears of inflation. So, bank deposits went up.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main problem with this is that the cash deposited with the banks became a liability on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balance sheets. When you have a surplus of liabilities on your balance sheet, you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'balance' it out with assets, such as US Treasuries.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banks were now in trouble because they had way, way too many deposits. They were at risk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 due to their SLR requirements. Here is a figure showing how deposits (liabilities) of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increased over time. It mushroomed during the COVID pandemic: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10845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8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https://www.ft.com/content/a5e165f7-a524-4b5b-9939-de689b6a1687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combat this issue, the Fed decided to introduce a relief program for banks regarding SLR because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massive increase of liquidity due to the uppercut that COVID created on the financial world.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The supplementary leverage ratio (</w:t>
      </w:r>
      <w:r>
        <w:rPr>
          <w:rFonts w:ascii="Cambria" w:hAnsi="Cambria"/>
          <w:b/>
          <w:i w:val="0"/>
          <w:color w:val="FFFFFF"/>
          <w:sz w:val="20"/>
          <w:u w:val="none"/>
        </w:rPr>
        <w:t>SLR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is the US implementation of the Basel III Tier 1 leverage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ratio,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with which banks calculate the amount of common equity capital they must hold relative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their total leverage exposure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Large US banks must hold 3%. Top-tier bank holding companies must </w:t>
      </w:r>
    </w:p>
    <w:p>
      <w:bookmarkStart w:id="141" w:name="pg14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4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hold an extra 2% buffer, for a total of 5%. The SLR, which does not distinguish between assets based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risk, is conceived as a backstop to risk-weighted capital requirements. - Source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more of a simplified summary, SLR is a requirement of total equity that a bank must hold compared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total leverage exposure. If they are exposed to leverage, they need to hold enough capital for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otherwise they are at risk of defaulting. In this case, they only need to hold a measly 3%-5%,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dependent on how large of a bank they are. Just like in 2008 - these banks can have massive leverage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SLR is to "help protect the economy" from them abusing leverage.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hey, the Fed put in place some protections for the year to help these banks since they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obviously overleveraged to begin with. These protections expired on March 31st, 2021.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120139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0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https://www.fool.com/investing/2021/03/29/the-fed-is-ending-one-of-its-pandemic-relief-progr/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Fed's relief program last year allowed banks to exclude U.S. Treasuries and central bank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reserves from the SLR calculation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relief program was a response to the many non-banking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institutions selling Treasuries to raise cash, and coincided with other measures, including the $2.2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trillion CARES Act, which resulted in even more Treasuries being sold into the market. - Source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Right after the expiration of the protection plans of SLR, the Reverse Repo market began to blow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up because the banks had way too much liquidity and not enough treasuries on their balance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sheets.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argument that the banks were "parking their money at the Fed" was a reasonable explanation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first. Though, with 0% ROI from the RRP at the time, the banks would literally get no return on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investments. So for that argument, all of their other investments would have had to yield negative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order for RRP to be more enticing. Does this make sense to you that they'd use 0% RRP to be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'investment'?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fact that the RRP began to ramp up and then explode after the SLR protections lifted makes this look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a collateral shortage issue. And of course, with QE occurring over the past decade, makes it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likely, because collateral was sucked out of the economy and onto the Fed's balance sheet over the years.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 was of course questionable on whether it was a liquidity or collateral issue, until, the RRP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rate dropped negative in March of 2021, as well as in April of 2021.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5. Reverse Repo Rate Flips Negative; Warnings Of Collateral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Shortage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about it quite simply in a supply/demand factor and the reverse repo when the RRP rate dropped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negative. </w:t>
      </w:r>
    </w:p>
    <w:p>
      <w:bookmarkStart w:id="142" w:name="pg14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4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are a bank. You want to get Collateral from the Fed to balance your sheets. The Fed says they'll give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 small amount of interest for borrowing their collateral overnight. But now, imagine that the supply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collateral is too low and demand is too high. The Fed will no longer want to pay you for borrowing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so it will shift the interest rate down. If demand really outweighs supply, then the Fed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want cash from YOU in order for YOU to borrow the collateral.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107439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7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left="13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https://www.reuters.com/article/us-usa-bonds-repo-explainer/explainer-u-s-repo-market-flirts-with-negative-rates-as-fed-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seeks-to-absorb-excess-cash-idUSKBN2C32AI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 just one of the warning signs that a collateral issue was arising. The RRP rates were already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0%, so the only way for them to move was either up or down. An increase in treasury demand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shift it down, into the negatives, which it did.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6. The Fed Is Fudging The Numbers And Hiding A Collateral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Shortage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drop in RRP interest rates to the negative </w:t>
      </w:r>
      <w:r>
        <w:rPr>
          <w:rFonts w:ascii="Cambria" w:hAnsi="Cambria"/>
          <w:b/>
          <w:i w:val="0"/>
          <w:color w:val="FFFFFF"/>
          <w:sz w:val="20"/>
          <w:u w:val="none"/>
        </w:rPr>
        <w:t>came after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Fed increased the total borrowing amount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counterparties in the RRP from $30 Billion to $80 Billion.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64259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4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left="636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https://finadium.com/fed-increases-rrp-limits-from-30-billion-to-80-billion-to-ensure-supply-at-near-0-rates/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did they do this? Think of it again as a supply versus demand issue. For simple math, imagine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Fed has 50 members.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 limit of $30 Billion per member, that is a total of $30B * 50 = $1.5 Trillion that can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borrowed.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 limit of $80 Billion per member, that is a total of $80B * 50 = $4 Trillion that can be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this doing? Why did the Fed increase the limit?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It's artificially inflating the total "supply" of treasuries that can be borrowed by counterparties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RRP. It is attempting to keep the interest rate positive because there is so much demand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collateral and not enough supply in the markets and on the Fed's balance sheet. The RRP was </w:t>
      </w:r>
    </w:p>
    <w:p>
      <w:bookmarkStart w:id="143" w:name="pg14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43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already at 0%, there was nowhere for it to go besides negative, which as you know implies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shortage of collateral and a red flag for the financial world.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only did they artificially inflate the total supply to combat the demand by increasing the total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amount,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Fed decided to not affect the assets side of its balance sheet during these RRP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transactions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effectively leaves the supply of treasuries on the Fed's balance sheet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same.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This is another method to can-kick to avoid interest rates going negative and flashing a collateral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Desk conducts RRP open market operations, it sells securities held in the System Open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(SOMA) to eligible RRP counterparties, with an agreement to buy the assets back on the RRP’s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specified maturity date. </w:t>
      </w:r>
      <w:r>
        <w:rPr>
          <w:rFonts w:ascii="Cambria" w:hAnsi="Cambria"/>
          <w:b/>
          <w:i w:val="0"/>
          <w:color w:val="FFFFFF"/>
          <w:sz w:val="20"/>
          <w:u w:val="none"/>
        </w:rPr>
        <w:t>This leaves the SOMA portfolio the same size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as securities sold temporarily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repurchase agreements continue to be shown as assets held by the SOMA in accordance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generally accepted accounting principles, but the transaction shifts some of the liabilities on the Federal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Reserve’s balance sheet from deposits held by depository institutions (also known as bank reserves)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reverse repos while the trade is outstanding. - Source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can see this visually from the Fed's balance sheet that they're not affecting their assets during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RRP. They're allowing counterparties to borrow treasuries </w:t>
      </w:r>
      <w:r>
        <w:rPr>
          <w:rFonts w:ascii="Cambria" w:hAnsi="Cambria"/>
          <w:b/>
          <w:i w:val="0"/>
          <w:color w:val="FFFFFF"/>
          <w:sz w:val="20"/>
          <w:u w:val="none"/>
        </w:rPr>
        <w:t>WITHOUT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affecting the supply - desperately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trying to get away from the rising demand for treasuries and avoid treasury yields from snapping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(and likewise the price of treasuries up):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046854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8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https://www.federalreserve.gov/monetarypolicy/bst_recenttrends.htm </w:t>
      </w:r>
    </w:p>
    <w:p>
      <w:bookmarkStart w:id="144" w:name="pg14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44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 top of this, the Fed showed their hand ONCE AGAIN of fudging the numbers on June 16th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bumped up the RRP rate to 0.05%. The short-term treasury yields briefly went BELOW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RRP interest amount of 0.05% on June 17th when the new RRP ROI was in effect.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a BAD sign because now overnight RRP had a higher return than 2-month and 3-month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treasury bonds.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Fed is fudging the numbers trying to hide the treasury bond shortage.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cannot keep this up. They're trying to keep the T-bill yield curve propped up despite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treasury shortage. They're not affecting their balance sheet, and they also artificially increased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of treasuries in their "supply" by increasing the counterparty borrow limit from $30 Billion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$80 Billion.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6047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0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https://alhambrapartners.com/2021/06/17/the-fomc-accidentally-exposes-itself-reverse-repo-style/ </w:t>
      </w:r>
    </w:p>
    <w:p>
      <w:bookmarkStart w:id="145" w:name="pg144"/>
      <w:pPr>
        <w:keepLines w:val="0"/>
        <w:pageBreakBefore/>
        <w:widowControl w:val="0"/>
        <w:spacing w:before="0" w:after="0"/>
        <w:jc w:val="center"/>
      </w:pPr>
      <w:bookmarkEnd w:id="145"/>
      <w:r>
        <w:drawing>
          <wp:inline xmlns:a="http://schemas.openxmlformats.org/drawingml/2006/main" xmlns:pic="http://schemas.openxmlformats.org/drawingml/2006/picture">
            <wp:extent cx="5943600" cy="3107054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7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left="64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https://www.treasury.gov/resource-center/data-chart-center/interest-rates/Pages/TextView.aspx?data=yield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is also planning on increasing interest rates. This starts to scare the economy, which is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likely why we're now seeing the dump of the stock market over the past few days and the dump leading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the week of June 21st. This is </w:t>
      </w:r>
      <w:r>
        <w:rPr>
          <w:rFonts w:ascii="Cambria" w:hAnsi="Cambria"/>
          <w:b/>
          <w:i w:val="0"/>
          <w:color w:val="FFFFFF"/>
          <w:sz w:val="20"/>
          <w:u w:val="none"/>
        </w:rPr>
        <w:t>bad for the markets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because it means it's going to cost more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 to function (e.g. what happened in 2019 when Repo Rates spiked to 10%). Companies have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spend more to hire, produce, etc. </w:t>
      </w:r>
      <w:r>
        <w:rPr>
          <w:rFonts w:ascii="Cambria" w:hAnsi="Cambria"/>
          <w:b/>
          <w:i w:val="0"/>
          <w:color w:val="FFFFFF"/>
          <w:sz w:val="20"/>
          <w:u w:val="none"/>
        </w:rPr>
        <w:t>It costs the economy more to function.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Fed is pinned between a collateral issue from QE sucking out collateral, and a liquidity issue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COVID pumping in too much liquidity for the banks to handle.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909954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9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left="4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https://www.cnbc.com/2021/06/16/fed-holds-rates-steady-but-raises-inflation-expectations-sharply-and-makes-no-mention-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of-taper.html </w:t>
      </w:r>
    </w:p>
    <w:p>
      <w:bookmarkStart w:id="146" w:name="pg145"/>
      <w:pPr>
        <w:keepLines w:val="0"/>
        <w:pageBreakBefore/>
        <w:widowControl w:val="0"/>
        <w:spacing w:before="0" w:after="0"/>
        <w:jc w:val="center"/>
      </w:pPr>
      <w:bookmarkEnd w:id="146"/>
      <w:r>
        <w:drawing>
          <wp:inline xmlns:a="http://schemas.openxmlformats.org/drawingml/2006/main" xmlns:pic="http://schemas.openxmlformats.org/drawingml/2006/picture">
            <wp:extent cx="5943600" cy="463677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6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https://www.bbc.com/news/business-57090421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7. Quarter Ends Explode The Reverse Repo. The Next Quarter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End Is June 30th, 2021.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not a date to look forward to for GME potentially rising. This is a date of "Holy shit.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RRP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could explode to the point where treasury supply vs demand is unable to take it any 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3-4 days prior to quarter ends, the RRP explodes up in the amount of collateral that is borrowed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Fed. This is because of the underlying plumbing of the financial markets, identified in Section 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above, causes additional strain on the financial markets. The banks need more collateral to prop up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balance sheets for the night of the quarter-ends.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RRP borrowed amount can shoot up almost </w:t>
      </w:r>
      <w:r>
        <w:rPr>
          <w:rFonts w:ascii="Cambria" w:hAnsi="Cambria"/>
          <w:b/>
          <w:i w:val="0"/>
          <w:color w:val="FFFFFF"/>
          <w:sz w:val="20"/>
          <w:u w:val="none"/>
        </w:rPr>
        <w:t>2-4x the current levels.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amount of RRP 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moment is $747 Billion.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RRP could explode 2-4x the amount it is at upon June 25th, 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it's $1 Trillion by then due to the massive amount of collateral needed by the banks? More?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Can the Fed handle it?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Can they still prop the yield curve up?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Will the short-term treasuries dip below the RRP amount once more due to this shortage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flash red flags to the world of financial instability in the US?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147" w:name="pg146"/>
      <w:pPr>
        <w:keepLines w:val="0"/>
        <w:pageBreakBefore/>
        <w:widowControl w:val="0"/>
        <w:spacing w:before="0" w:after="0"/>
        <w:jc w:val="center"/>
      </w:pPr>
      <w:bookmarkEnd w:id="147"/>
      <w:r>
        <w:drawing>
          <wp:inline xmlns:a="http://schemas.openxmlformats.org/drawingml/2006/main" xmlns:pic="http://schemas.openxmlformats.org/drawingml/2006/picture">
            <wp:extent cx="5943600" cy="315087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0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https://www.reddit.com/r/Superstonk/comments/nylihz/previous_rrp_behavior_on_quarter_ends_massive/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US Treasury yield curve snaps down from this instability and the Fed no longer able to prop up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yield curve, then it can drive treasury prices up.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/u/atobitt's "Everything Short" is true and they're actually shorting treasuries, then that can lead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defaulting due to the price of treasuries shooting up. When they default, they'll be forced to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 all the treasuries that they've shorted into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it is very possible that they are shorting treasuries.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performing RRP of 0%, the repo market was most likely shut down due to nobody needing cash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loaned out. The banks only profitable move was to perform the RRP with the Fed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treasuries into the market, </w:t>
      </w:r>
      <w:r>
        <w:rPr>
          <w:rFonts w:ascii="Cambria" w:hAnsi="Cambria"/>
          <w:b/>
          <w:i w:val="0"/>
          <w:color w:val="FFFFFF"/>
          <w:sz w:val="20"/>
          <w:u w:val="none"/>
        </w:rPr>
        <w:t>rehypothecating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treasuries to other parties. This would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helped prop up the market by artificially increasing the supply of treasuries (collateral)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it's true, and they have truly been performing the "Everything Short", then it could initiate a Global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Crisis equivalent to The Great Depression.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I want that to happen? </w:t>
      </w:r>
      <w:r>
        <w:rPr>
          <w:rFonts w:ascii="Cambria" w:hAnsi="Cambria"/>
          <w:b/>
          <w:i w:val="0"/>
          <w:color w:val="FFFFFF"/>
          <w:sz w:val="20"/>
          <w:u w:val="none"/>
        </w:rPr>
        <w:t>No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But is there a chance? </w:t>
      </w:r>
      <w:r>
        <w:rPr>
          <w:rFonts w:ascii="Cambria" w:hAnsi="Cambria"/>
          <w:b/>
          <w:i w:val="0"/>
          <w:color w:val="FFFFFF"/>
          <w:sz w:val="20"/>
          <w:u w:val="none"/>
        </w:rPr>
        <w:t>Yes, there 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GME going to squeeze? Is the DD just false hopium? I don't think it's just hopium. I believe in the DD.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some users might think otherwise and not believe in GME or the DD. Hello users outside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r/superstonk! If you're reading this, check out the DD on the subreddit!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if there's a </w:t>
      </w:r>
      <w:r>
        <w:rPr>
          <w:rFonts w:ascii="Cambria" w:hAnsi="Cambria"/>
          <w:b/>
          <w:i w:val="0"/>
          <w:color w:val="FFFFFF"/>
          <w:sz w:val="20"/>
          <w:u w:val="none"/>
        </w:rPr>
        <w:t>slight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chance of a GME squeeze in </w:t>
      </w:r>
      <w:r>
        <w:rPr>
          <w:rFonts w:ascii="Cambria" w:hAnsi="Cambria"/>
          <w:b/>
          <w:i w:val="0"/>
          <w:color w:val="FFFFFF"/>
          <w:sz w:val="20"/>
          <w:u w:val="none"/>
        </w:rPr>
        <w:t>your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eyes, and all of these signs are pointing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crash...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00">
        <w:r>
          <w:rPr>
            <w:rFonts w:ascii="Cambria" w:hAnsi="Cambria"/>
            <w:sz w:val="20"/>
            <w:color w:val="FFFFFF"/>
            <w:u/>
          </w:rPr>
          <w:t xml:space="preserve">Why not give it a shot? </w:t>
        </w:r>
      </w:hyperlink>
    </w:p>
    <w:p>
      <w:pPr>
        <w:keepLines w:val="0"/>
        <w:widowControl w:val="0"/>
        <w:spacing w:before="30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148" w:name="pg147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148"/>
      <w:r>
        <w:rPr>
          <w:rFonts w:ascii="Calibri" w:hAnsi="Calibri"/>
          <w:b/>
          <w:i w:val="0"/>
          <w:color w:val="FFFFFF"/>
          <w:sz w:val="48"/>
          <w:u w:val="none"/>
        </w:rPr>
        <w:t>Reverse Repos, DTC-2021-005, SR-NSCC-2021-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002, Banks, and the C-Market: How it's all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connected and how we might be on the verge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of the House of Cards falling.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EDIT: 002 is not coming into effect tommorow as a fellow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redditor has pointed out to me in the comments. It is going to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get approved or denied, then implemented either same day or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up to 10 days after approval(as far as I am aware)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 2: Fixed some minor formatting and phrasing issues to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make the post a little cleaner to look at. (editing on mobile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removes the images for some reason)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fellow apes! So the reason I'm writing this right now, as you might imagine, is because reverse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repos have gone haywire. I mean, take a look at this: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52725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7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ON RRP last Wednesday </w:t>
      </w:r>
    </w:p>
    <w:p>
      <w:bookmarkStart w:id="149" w:name="pg148"/>
      <w:pPr>
        <w:keepLines w:val="0"/>
        <w:pageBreakBefore/>
        <w:widowControl w:val="0"/>
        <w:spacing w:before="0" w:after="0"/>
        <w:jc w:val="center"/>
      </w:pPr>
      <w:bookmarkEnd w:id="149"/>
      <w:r>
        <w:drawing>
          <wp:inline xmlns:a="http://schemas.openxmlformats.org/drawingml/2006/main" xmlns:pic="http://schemas.openxmlformats.org/drawingml/2006/picture">
            <wp:extent cx="5943600" cy="2775585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5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ON RRP the day AFTER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what gives? Why did all of these counterparties decide to throw money at the FED like they were at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strip club getting the greatest performance of their goddamn lives? That's a 200 BILLION increase in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day. Well, if you look under "Rate (%)" you'll see the award amount has changed to 0.05. That's right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folks, banks and other counterparties are now getting </w:t>
      </w:r>
      <w:r>
        <w:rPr>
          <w:rFonts w:ascii="Cambria" w:hAnsi="Cambria"/>
          <w:b/>
          <w:i w:val="0"/>
          <w:color w:val="FFFFFF"/>
          <w:sz w:val="20"/>
          <w:u w:val="none"/>
        </w:rPr>
        <w:t>paid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borrowing treasury collateral 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reverse repo rate isn't 0 anymore. This basically does 2 things: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Incentivizes more counterparties to throw money into reverse repos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Incentivizes said counterparties to be more loosey goosey with how much treasury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they are borrowing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Hence, we have the sudden jump in both counterparties as well as the total reverse repo $ amount.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such a large jump in a day, however, shows that there is a lot of demand for treasury collateral.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proves to me how bad this collateral crisis truly is, and how desperate banks and other counterparties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to get a hold of meaningful collateral. What's weird to me, is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timing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all this though. I mean,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you find it weird that around the same time that 005 gets put into effect, counterparties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incentivized to borrow more treasury collateral? To understand this connection, we need to understand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005 does.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Quick Rundown on 005: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some of the newer apes around here, or if you are still a little confused about the recent 005 rule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enacted by the DTCC, what </w:t>
      </w:r>
      <w:hyperlink r:id="rId403">
        <w:r>
          <w:rPr>
            <w:rFonts w:ascii="Calibri" w:hAnsi="Calibri"/>
            <w:sz w:val="20"/>
            <w:color w:val="00B0F0"/>
            <w:u/>
          </w:rPr>
          <w:t>DTC-2021-005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does (other than soft doxxing people, shame on you DTCC) is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essentially making it so if you are borrowing/lending a share, the share being lent is still in the hands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lender (used to be it goes to the borrower), but is marked as "borrowed". </w:t>
      </w:r>
    </w:p>
    <w:p>
      <w:bookmarkStart w:id="150" w:name="pg149"/>
      <w:pPr>
        <w:keepLines w:val="0"/>
        <w:pageBreakBefore/>
        <w:widowControl w:val="0"/>
        <w:spacing w:before="0" w:after="0"/>
        <w:jc w:val="center"/>
      </w:pPr>
      <w:bookmarkEnd w:id="150"/>
      <w:r>
        <w:drawing>
          <wp:inline xmlns:a="http://schemas.openxmlformats.org/drawingml/2006/main" xmlns:pic="http://schemas.openxmlformats.org/drawingml/2006/picture">
            <wp:extent cx="5943600" cy="3275965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left="7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(Apologies for the bad image) Before 005, when a share was lent, ownership of the share went from the lender to the borrower, </w:t>
      </w:r>
    </w:p>
    <w:p>
      <w:pPr>
        <w:keepLines w:val="0"/>
        <w:widowControl w:val="0"/>
        <w:spacing w:before="116" w:after="0" w:lineRule="exact" w:line="199"/>
        <w:ind w:left="8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with the lender often in the dark as to what was happening with their shares; this gave openings for rehypothecation and other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shenanigans the borrower could do.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286125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6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left="3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With 005 now in effect, when a share is loaned, the ownership is still in the hands of the lender, the borrower gets the share, and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share is marked as "borrowed". </w:t>
      </w:r>
    </w:p>
    <w:p>
      <w:bookmarkStart w:id="151" w:name="pg15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5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this, you basically can't borrow the same share more than once as well as rehypothecate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(meaning you can't re-use the collateral you put up to borrow the share until the share is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returned). There's a well written and in depth post that explains it better than I could </w:t>
      </w:r>
      <w:hyperlink r:id="rId406">
        <w:r>
          <w:rPr>
            <w:rFonts w:ascii="Calibri" w:hAnsi="Calibri"/>
            <w:sz w:val="20"/>
            <w:color w:val="00B0F0"/>
            <w:u/>
          </w:rPr>
          <w:t>here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you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also look into if you want a better understanding of 005.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Connection: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now that we have a gist of 005, we can begin to connect some dots: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005, a rule that is designed to stop a lot of rehypothecation as well as reborrowing of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more than once, comes into effect.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ups the reverse repo rate, causing a flood of counterparties looking for treasury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to dump a butt load of money into ON RRP, raising the total reverse repo $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by over 200 billion.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Correlation does not equal causation of course, and this is a loose connection, so we need further proof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anything substantial. Well, take a look at </w:t>
      </w:r>
      <w:hyperlink r:id="rId407">
        <w:r>
          <w:rPr>
            <w:rFonts w:ascii="Calibri" w:hAnsi="Calibri"/>
            <w:sz w:val="20"/>
            <w:color w:val="00B0F0"/>
            <w:u/>
          </w:rPr>
          <w:t>this</w:t>
        </w:r>
      </w:hyperlink>
      <w:hyperlink r:id="rId407">
        <w:r>
          <w:rPr>
            <w:rFonts w:ascii="Cambria" w:hAnsi="Cambria"/>
            <w:sz w:val="20"/>
            <w:color w:val="FFFFFF"/>
            <w:u/>
          </w:rPr>
          <w:t xml:space="preserve">: </w:t>
        </w:r>
      </w:hyperlink>
    </w:p>
    <w:p>
      <w:pPr>
        <w:keepLines w:val="0"/>
        <w:widowControl w:val="0"/>
        <w:spacing w:before="334" w:after="0"/>
        <w:jc w:val="center"/>
      </w:pPr>
      <w:r>
        <w:drawing>
          <wp:inline xmlns:a="http://schemas.openxmlformats.org/drawingml/2006/main" xmlns:pic="http://schemas.openxmlformats.org/drawingml/2006/picture">
            <wp:extent cx="4321810" cy="2430779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4321810" cy="2430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Several Chase customers have started reporting that they have -50 BILLION$ in debt. Ridiculous.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first I was skeptical that this was a true value and that it could have just been a glitch, but here is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</w:t>
      </w:r>
      <w:hyperlink r:id="rId409">
        <w:r>
          <w:rPr>
            <w:rFonts w:ascii="Calibri" w:hAnsi="Calibri"/>
            <w:sz w:val="20"/>
            <w:color w:val="00B0F0"/>
            <w:u/>
          </w:rPr>
          <w:t>u/jaybaumyo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had to say regarding this in the comments: </w:t>
      </w:r>
    </w:p>
    <w:p>
      <w:bookmarkStart w:id="152" w:name="pg151"/>
      <w:pPr>
        <w:keepLines w:val="0"/>
        <w:pageBreakBefore/>
        <w:widowControl w:val="0"/>
        <w:spacing w:before="0" w:after="0"/>
        <w:jc w:val="center"/>
      </w:pPr>
      <w:bookmarkEnd w:id="152"/>
      <w:r>
        <w:drawing>
          <wp:inline xmlns:a="http://schemas.openxmlformats.org/drawingml/2006/main" xmlns:pic="http://schemas.openxmlformats.org/drawingml/2006/picture">
            <wp:extent cx="5943600" cy="2487929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7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left="4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So, 50 billion is a specific number to have as a max number in coding, one so specific that it is highly unlikely to be a glitch in this </w:t>
      </w:r>
    </w:p>
    <w:p>
      <w:pPr>
        <w:keepLines w:val="0"/>
        <w:widowControl w:val="0"/>
        <w:spacing w:before="116" w:after="0" w:lineRule="exact" w:line="199"/>
        <w:ind w:left="436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circumstance and likely the result of something else, such as Chase's debt leaking into their customers bank accounts.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Chase customers suddenly reporting -50 billion in debt in their BANK accounts, and with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some of the primary counterparties of FED ON RRP agreements, my theory is that banks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started getting desperate to hide their debt in any way possible so that they can still stay afloat, even if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putting their customers in danger. 005 being in place REALLY put banks in fear for a couple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reasons: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overleveraged </w:t>
      </w:r>
      <w:r>
        <w:rPr>
          <w:rFonts w:ascii="Cambria" w:hAnsi="Cambria"/>
          <w:b w:val="0"/>
          <w:i/>
          <w:color w:val="FFFFFF"/>
          <w:sz w:val="20"/>
          <w:u w:val="none"/>
        </w:rPr>
        <w:t>they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overleveraged hedge funds like </w:t>
      </w:r>
      <w:r>
        <w:rPr>
          <w:rFonts w:ascii="Cambria" w:hAnsi="Cambria"/>
          <w:b w:val="0"/>
          <w:i/>
          <w:color w:val="FFFFFF"/>
          <w:sz w:val="20"/>
          <w:u w:val="none"/>
        </w:rPr>
        <w:t>Citadel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are, that we have been theorizing for a while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have been rehypothecating borrowed shares to help reset FTD cycles.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large hedge fund like Citadel goes down(who massively shorted the treasury bonds market BTW),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banks know it won't be long before they become next, so this incentive to use reverse repos helped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demand for treasury collateral become more visible to the public than it already was and helped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crystalize what we have been saying for months now.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why is all this coming about now, to the extent that it has other than just the incentive? For them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this desperate about it, they have to be afraid of something that isn't just DTC-2021-005 (which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bad enough) . Well, what special certain rule *cough*  </w:t>
      </w:r>
      <w:r>
        <w:rPr>
          <w:rFonts w:ascii="Cambria" w:hAnsi="Cambria"/>
          <w:b w:val="0"/>
          <w:i/>
          <w:color w:val="FFFFFF"/>
          <w:sz w:val="20"/>
          <w:u w:val="none"/>
        </w:rPr>
        <w:t>SR-NSCC-2021-002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possibly coming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effect TOMMOROW that automates margin calls, and is asking for supplemental liquidity deposits DAILY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NSCC's clearing fund from its members for their overleveraged positions?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002 comes into play, it won't take long before the house of cards comes falling down. They're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desperate in fact, their debt has not only started to leak through their customer's bank accounts, but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avenues as well.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C-Market Connection: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Banks, hedge funds, hell the whole house of cards are truly on the brink of destruction right now in my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opinion. To truly send this point home, I would like for you to have a look at </w:t>
      </w:r>
      <w:hyperlink r:id="rId411">
        <w:r>
          <w:rPr>
            <w:rFonts w:ascii="Calibri" w:hAnsi="Calibri"/>
            <w:sz w:val="20"/>
            <w:color w:val="00B0F0"/>
            <w:u/>
          </w:rPr>
          <w:t>this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well: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 Edit: changed the source that reported on this story to a more reputable source </w:t>
      </w:r>
    </w:p>
    <w:p>
      <w:bookmarkStart w:id="153" w:name="pg152"/>
      <w:pPr>
        <w:keepLines w:val="0"/>
        <w:pageBreakBefore/>
        <w:widowControl w:val="0"/>
        <w:spacing w:before="0" w:after="0"/>
        <w:jc w:val="center"/>
      </w:pPr>
      <w:bookmarkEnd w:id="153"/>
      <w:r>
        <w:drawing>
          <wp:inline xmlns:a="http://schemas.openxmlformats.org/drawingml/2006/main" xmlns:pic="http://schemas.openxmlformats.org/drawingml/2006/picture">
            <wp:extent cx="3501390" cy="1969135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3501390" cy="1969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9" w:after="0" w:lineRule="exact" w:line="199"/>
        <w:ind w:left="5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You're seeing that right: a Georgia man woke up to 1 TRILLION in his account, after investing only 20 dollars in a random C-coin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called Rocket Bunny.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obviously, he's probably not gonna get to take out </w:t>
      </w:r>
      <w:r>
        <w:rPr>
          <w:rFonts w:ascii="Cambria" w:hAnsi="Cambria"/>
          <w:b w:val="0"/>
          <w:i/>
          <w:color w:val="FFFFFF"/>
          <w:sz w:val="20"/>
          <w:u w:val="none"/>
        </w:rPr>
        <w:t>all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1 trillion dollars, but something is definitely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suspicious here regarding the timing of all of this. I mean, do you know how much money 1 fucking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trillion dollars is? Who the hell is capable of inflating a random C.C. to the extent that a random guy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 20 dollars into it got 1 TRILLION out of it? There's only two entities that I believe are capable of such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feat, and they are ALSO the ones in massively overleveraged positions: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first: Why use the c-market as a way to hide debt, and how?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c-market is massively unregulated at the moment which is the perfect place to take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advantage of to hide a bunch of money.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inflating random C.Cs, when they take profits it could be used to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hide the true value of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debt itself.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 me explain that second point. Right now, as far as we know the overleveraged positions of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entities are </w:t>
      </w:r>
      <w:r>
        <w:rPr>
          <w:rFonts w:ascii="Cambria" w:hAnsi="Cambria"/>
          <w:b w:val="0"/>
          <w:i/>
          <w:color w:val="FFFFFF"/>
          <w:sz w:val="20"/>
          <w:u w:val="none"/>
        </w:rPr>
        <w:t>unrealized losses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They don't become real losses until they exit their positions. So, by inflating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random C.C.s , they're using the profits they gain to report larger assets overall on the books vs liabilities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(not reporting on what they did in the C-market specifically of course, they </w:t>
      </w:r>
      <w:r>
        <w:rPr>
          <w:rFonts w:ascii="Cambria" w:hAnsi="Cambria"/>
          <w:b w:val="0"/>
          <w:i/>
          <w:color w:val="FFFFFF"/>
          <w:sz w:val="20"/>
          <w:u w:val="none"/>
        </w:rPr>
        <w:t>really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aren't required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 that). Since their losses are unrealized, we have the illusion on the accounting front that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thriving and don't have much debt when they are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actually on the verge of collapse and are probably using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these profits to help cover their losses when they become realized.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c-market, the manipulation could honestly be a combination of both banks, hedge funds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entities we may not even know of that are also really overleveraged in the market right now. I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it makes more sense with banks and the hedgies because: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terms of banks: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is basically hoarding treasury collateral at this point, so banks and other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counterparties can only use so much treasury collateral through ON RRP to report less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losses on the books.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terms of hedge funds: </w:t>
      </w:r>
    </w:p>
    <w:p>
      <w:bookmarkStart w:id="154" w:name="pg153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154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aren't qualified counterparties (to my knowledge) for reverse repos, so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inflating random C.Cs is one of the only ways (besides resetting FTD cycles infinitely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rehypothecation/options fuckery, which we know with DTC-2021-005 in effect 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to impossible to keep doing forever now) that they can continue to stay afloat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 the illusion on the books that they have outstanding financial performance.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Conclusion/TLDR: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DTC-005 coming into effect was the trigger for the house of cards to finally come down, and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NSCC-002 coming into effect after approval, we could see some potentially catastrophic effects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in the near future. We've already been seeing some debt being leaked into customers bank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accounts, as well as in the c-market. Banks, hedge funds, and any other massive financial entity in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extremely overleveraged position are probably shitting themselves right now because they KNOW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have the money to support supplemental liquidity deposits DAILY as well as the possibility of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automatic margin call, when they are most likely BILLIONS in debt. If I were Kenny boy, I would grab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mayo and start running for the hills.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Post DD Message: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 guys, I just want to thank all of you for reading through my DD! :) The messages and support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guys have given me on my last post as well made me genuinely very happy to see, and it made me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motivated to continue to try to make some DD! Hopefully you guys have enjoyed reading through it,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for me I might hang out in the comments for a bit before going to sleep soon because its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midnight right now where I live. As always, I will try to continue to improve my DD in the future and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DD, as with any, isn't perfect; I am glad this community helps to chizzle my DD into something closer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closer to it though with every post. </w:t>
      </w:r>
    </w:p>
    <w:p>
      <w:pPr>
        <w:keepLines w:val="0"/>
        <w:widowControl w:val="0"/>
        <w:spacing w:before="304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24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GME, Banks Falling Off a Cliff, The Movie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Stock, Elliot Waves, WUT Mean For This Week? </w:t>
      </w:r>
    </w:p>
    <w:p>
      <w:pPr>
        <w:keepLines w:val="0"/>
        <w:widowControl w:val="0"/>
        <w:spacing w:before="101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Elliot waves guy here doing my best to give you your daily dose of confirmation bias before the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opens!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financial advice, I do unimaginable things with the crayons I get when I ask for a kid's menu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restaurants. </w:t>
      </w:r>
    </w:p>
    <w:p>
      <w:bookmarkStart w:id="155" w:name="pg15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55"/>
      <w:r>
        <w:rPr>
          <w:rFonts w:ascii="Cambria" w:hAnsi="Cambria"/>
          <w:b/>
          <w:i w:val="0"/>
          <w:color w:val="FFFFFF"/>
          <w:sz w:val="20"/>
          <w:u w:val="none"/>
        </w:rPr>
        <w:t>NON NEGOTIABLE: PLAY THIS AS YOU READ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(This song slowly builds, idk the vibes feel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13">
        <w:r>
          <w:rPr>
            <w:rFonts w:ascii="Cambria" w:hAnsi="Cambria"/>
            <w:sz w:val="20"/>
            <w:color w:val="FFFFFF"/>
            <w:u/>
          </w:rPr>
          <w:t xml:space="preserve">right https://www.youtube.com/watch?v=bvBfiRWLj_0)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HAPPY FUCKING FATHERS DAY TO ALL YOU PAPA SILVERBACKS OUT THERE!!! If you're drunk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day's festivities, this read will be even better.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might be a shorter post, I don't have too much to say as of yet other than I'm FUCKING JACKED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off, I'm sure you all have seen the posts regarding bank stocks following and how we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potentially use that as a predictive indicator in terms of GME stock price. Great work here if you missed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14">
        <w:r>
          <w:rPr>
            <w:rFonts w:ascii="Cambria" w:hAnsi="Cambria"/>
            <w:sz w:val="20"/>
            <w:color w:val="FFFFFF"/>
            <w:u/>
          </w:rPr>
          <w:t>post: https://www.reddit.com/r/Superstonk/comments/o42bfm/big_banks_lost_a_lot_of_value_on_jan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14">
        <w:r>
          <w:rPr>
            <w:rFonts w:ascii="Cambria" w:hAnsi="Cambria"/>
            <w:sz w:val="20"/>
            <w:color w:val="FFFFFF"/>
            <w:u/>
          </w:rPr>
          <w:t xml:space="preserve">uary_14th_but/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take a look at the banks last week: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15">
        <w:r>
          <w:rPr>
            <w:rFonts w:ascii="Cambria" w:hAnsi="Cambria"/>
            <w:sz w:val="20"/>
            <w:color w:val="FFFFFF"/>
            <w:u/>
          </w:rPr>
          <w:t xml:space="preserve">OOOOF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might be one of my favorite screenshots of all time. Let's take a look at the banks back in the middle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january and see if that had any correlation to GME goin bananas at the end of January.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16">
        <w:r>
          <w:rPr>
            <w:rFonts w:ascii="Cambria" w:hAnsi="Cambria"/>
            <w:sz w:val="20"/>
            <w:color w:val="FFFFFF"/>
            <w:u/>
          </w:rPr>
          <w:t xml:space="preserve">death to big banks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that GME's run peaked in the end of January, the conclusions that I draw from that are the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hit a low around GME's peak. Granted, there were many outside factors at play back then, so this is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speculative. However, Let's look at GME in january now, pay close attention to the dates on the bottom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compare those to the banks above: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417">
        <w:r>
          <w:rPr>
            <w:rFonts w:ascii="Cambria" w:hAnsi="Cambria"/>
            <w:sz w:val="20"/>
            <w:color w:val="FFFFFF"/>
            <w:u/>
          </w:rPr>
          <w:t xml:space="preserve">squeeze for ants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from eyeballing, we can see that the banks seem to find their "bottom" as GME begins to lift off. Does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mean the banks will go to zero before GME squeezes? absolutely not, please don't think that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case. HOWEVER, we can assume that the financial sector and GME have some sort of inverse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relationship, simply based on the erratic price action between the pairs.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time around, I'm expecting banks to continue to fall as GME rises. Can't halt buying this time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around!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haven't charted out the bank stocks because frankly I don't really care, I want the major banks at 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personally, wouldn't pay a penny more to hold that garbage (all my homies hate the financials sector)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Alright, so we can </w:t>
      </w:r>
      <w:r>
        <w:rPr>
          <w:rFonts w:ascii="Cambria" w:hAnsi="Cambria"/>
          <w:b w:val="0"/>
          <w:i/>
          <w:color w:val="FFFFFF"/>
          <w:sz w:val="20"/>
          <w:u w:val="none"/>
        </w:rPr>
        <w:t>seemingly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use the falling stock price of banks as a predictive indicator for upwards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price action. Do note, I didn't conduct any significance tests or anything, this is all simply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comparing candle charts and looking for similarities/differences.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Speaking of comparing candle charts, something super interesting was brought to my attention in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group discussion, big shoutout to u/roman_axt for the hard work you ultra wrinkly brained primate.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are images of GME and the movie company, courtesy of u/roman_axt as the arrows are drawn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smoothest of brains can interpret what tf is going on. Do note, these are from about a week ago,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all candles are up to date (if it even matters)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18">
        <w:r>
          <w:rPr>
            <w:rFonts w:ascii="Cambria" w:hAnsi="Cambria"/>
            <w:sz w:val="20"/>
            <w:color w:val="FFFFFF"/>
            <w:u/>
          </w:rPr>
          <w:t xml:space="preserve">movie company </w:t>
        </w:r>
      </w:hyperlink>
    </w:p>
    <w:p>
      <w:bookmarkStart w:id="156" w:name="pg155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156"/>
      <w:hyperlink r:id="rId419">
        <w:r>
          <w:rPr>
            <w:rFonts w:ascii="Cambria" w:hAnsi="Cambria"/>
            <w:sz w:val="20"/>
            <w:color w:val="FFFFFF"/>
            <w:u/>
          </w:rPr>
          <w:t xml:space="preserve">GME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reason I bring this up is because some of my friends in the trading world (that only trade off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action mind you, they don't really understand the whole GME saga) noticed this as well. It APPEARS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movie company and GME not only move in a somewhat similar/predictable pattern, but GME seems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lagging behind by about 2 or so weeks. Do note, this is just an approximation from eyeballing,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take this all with a grain of salt and remember I am retarded.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 view sent to me by one of my good friends who noticed the same fishiness occurring (from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mobile thinkorswim):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420">
        <w:r>
          <w:rPr>
            <w:rFonts w:ascii="Cambria" w:hAnsi="Cambria"/>
            <w:sz w:val="20"/>
            <w:color w:val="FFFFFF"/>
            <w:u/>
          </w:rPr>
          <w:t xml:space="preserve">moveee stonk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421">
        <w:r>
          <w:rPr>
            <w:rFonts w:ascii="Cambria" w:hAnsi="Cambria"/>
            <w:sz w:val="20"/>
            <w:color w:val="FFFFFF"/>
            <w:u/>
          </w:rPr>
          <w:t xml:space="preserve">gAmEsToNk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what REALLY has me jacked is the pattern lines up from a few weeks ago, when the movie 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trading for sub $16/share. It then ran to upwards of 70+. I was able to predict the movie stock's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relative high's and low's using EW as well, which I've gotta say is actually super exciting. I own none,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it worked on a seemingly "impossible" to time stock. Idk about you, but I don't believe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coincidences.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Disclaimer, I hodl ZERO of the movie stock, I have always believed it was a distraction. the fact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media is talking about it should tell you enough.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let's tie this assumption into my GME elliot waves analysis, try not to get too jacked: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22">
        <w:r>
          <w:rPr>
            <w:rFonts w:ascii="Cambria" w:hAnsi="Cambria"/>
            <w:sz w:val="20"/>
            <w:color w:val="FFFFFF"/>
            <w:u/>
          </w:rPr>
          <w:t xml:space="preserve">4hr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stated time and time again, we are in a 3 within a 3 within a 3, which is quite literally an elliot wave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trader's wet dream. This setup is valid down to about 113, so I wouldn't worry about "is the structure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still valid?" yes. yes it 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literally as bullish a setup you can get, all we need is a match to light the fuse. Our cycle 3 (white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line) is targeting at the MINIMUM 440, though I would love to see the 1.618:1 ratio hit, as is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common for wave 3. This puts GME at roughly 582, though remember this is all pre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always, the motto is simple. Buy hodl, sell for life changing money (not no 10k/share bullshit, 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figures/share is life changing in my eyes, and that's just my floor).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not saying we will break into the 400+ range this week by any means, but man the stars are aligning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some crazy shit to go down. I'm fookin jacked m8.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Lastly, let's take a look at SPY and the VIX, as we can use each as a tool to gauge not only sentiment,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potential fuckery before it happens. In my post regarding the SP500 and GME, I brought up how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squeeze, SPY took a fucking HIT as GME broke into the hundreds for the first time ever. Here's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view of SPY: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23">
        <w:r>
          <w:rPr>
            <w:rFonts w:ascii="Cambria" w:hAnsi="Cambria"/>
            <w:sz w:val="20"/>
            <w:color w:val="FFFFFF"/>
            <w:u/>
          </w:rPr>
          <w:t xml:space="preserve">4hr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NGL, SPY is kind of in no man's land right now. I'll have to see how we open to have a better idea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it's going. By all means this COULD be the beginning of our long awaited bear market, but it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very well form an impulsive wave 1 to the upside to make for a final push to around 430 before shit hits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fan </w:t>
      </w:r>
    </w:p>
    <w:p>
      <w:bookmarkStart w:id="157" w:name="pg15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5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OWN PERSONAL THESIS is that we will see the markets pumped to valhalla 1 last time to try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draw as many "suckers" in so wall street can offload the bag at the peak. Put yourself in their shoes,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seems like a logical play to strike fear into everyone, then prop the markets up a bit longer to make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think its okay, then proceed to dump the bag on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Lastly, the VIX, the fear/volatility indicator: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24">
        <w:r>
          <w:rPr>
            <w:rFonts w:ascii="Cambria" w:hAnsi="Cambria"/>
            <w:sz w:val="20"/>
            <w:color w:val="FFFFFF"/>
            <w:u/>
          </w:rPr>
          <w:t xml:space="preserve">VIX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Finished up 16% on friday? spicy. In one of my posts I mentioned how we can use the VIX to gauge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will potentially do something erratic. just compare the spikes of the VIX and GME, you'll see there's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least some correlation there. I mean shit, end of january? Clear as kenny's "for sale" sign on 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marked down penthouse that he suddenly is in a rush to sell. wonder why? (I think it sold actually lol,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funnier).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preparing for the best while always expecting the worst. I'm never disappointed this way and always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excited, 10/10 would recommend.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30 is the end of the grace period for banks, worth noting. I'm expecting the VIX to FLY when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happens, though again, pure speculation.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worth the read. Banks falling is a potential indicator that GME will do some crazy shit,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</w:t>
      </w:r>
      <w:r>
        <w:rPr>
          <w:rFonts w:ascii="Cambria" w:hAnsi="Cambria"/>
          <w:b w:val="0"/>
          <w:i/>
          <w:color w:val="FFFFFF"/>
          <w:sz w:val="20"/>
          <w:u w:val="none"/>
        </w:rPr>
        <w:t>appears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be lagging behind the movie stock. That part is pure speculation, but speculation is part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fun part no? (Sorry the song doesn't fit perfectly, you'd be surprised how much time i spend trying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link a fitting song lol. as long as you're jacked, i consider this a job well done) </w:t>
      </w:r>
    </w:p>
    <w:p>
      <w:pPr>
        <w:keepLines w:val="0"/>
        <w:widowControl w:val="0"/>
        <w:spacing w:before="384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Now Imma go get high af so I'm well rested for MONDAY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funny story cause y'all are fam, I went to the porsche dealer yesterday to test drive my post-moass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whip, and the salesman googled me before I came in to make sure I wasn't some degenerate looking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crash their pristine GT4. I get there, and the salesman said he googled me and knew me as the elliot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wave guy. Simulation confirmed. during the drive we talked about trading, I showed him my wave count,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hopefully he got some GME. idk, random. Thought I'd share cause I thought it's a nice story.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movement is bigger than we can comprehend. EW guy is in the bio of my socials, so he put 2 and 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 after googling my real name.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25">
        <w:r>
          <w:rPr>
            <w:rFonts w:ascii="Cambria" w:hAnsi="Cambria"/>
            <w:sz w:val="20"/>
            <w:color w:val="FFFFFF"/>
            <w:u/>
          </w:rPr>
          <w:t xml:space="preserve">Edit 2: proof I went and they let me drive the gt4: https://imgur.com/a/uzTn3OR </w:t>
        </w:r>
      </w:hyperlink>
    </w:p>
    <w:p>
      <w:pPr>
        <w:keepLines w:val="0"/>
        <w:widowControl w:val="0"/>
        <w:spacing w:before="303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DEBUNKING THE 20% INFLATION DDs! IT IS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CRUCIAL TO FACT-CHECK BEFORE UPVOTING </w:t>
      </w:r>
    </w:p>
    <w:p>
      <w:pPr>
        <w:keepLines w:val="0"/>
        <w:widowControl w:val="0"/>
        <w:spacing w:before="11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DDs WITH WILDLY ABSURD CLAIMS! </w:t>
      </w:r>
    </w:p>
    <w:p>
      <w:bookmarkStart w:id="158" w:name="pg157"/>
      <w:pPr>
        <w:keepLines w:val="0"/>
        <w:pageBreakBefore/>
        <w:widowControl w:val="0"/>
        <w:spacing w:before="0" w:after="0" w:lineRule="exact" w:line="281"/>
        <w:ind w:left="0" w:right="-60"/>
      </w:pPr>
      <w:bookmarkEnd w:id="158"/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seen multiple posts (Post 1and Post 2) rise to the top this weekend regarding true inflation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estimated to 19-20% which I am here to explain why this is wildly incorrect.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TADR: The math to arrive at the 19-20% true inflation is wrong. OP from Post 1 incorrectly used current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velocity of M2 rather than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growth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(rate of change) in the velocity of M2.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 from Post 2 straight up used the wrong equation.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equation he used was for nominal GDP,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 inflation.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Debunking Post 1: </w:t>
      </w:r>
    </w:p>
    <w:p>
      <w:pPr>
        <w:keepLines w:val="0"/>
        <w:widowControl w:val="0"/>
        <w:spacing w:before="72" w:after="0" w:lineRule="exact" w:line="246"/>
        <w:ind w:left="0" w:right="-60"/>
      </w:pPr>
      <w:hyperlink r:id="rId110">
        <w:r>
          <w:rPr>
            <w:rFonts w:ascii="Cambria" w:hAnsi="Cambria"/>
            <w:sz w:val="20"/>
            <w:color w:val="FFFFFF"/>
            <w:u/>
          </w:rPr>
          <w:t>https://www.reddit.com/r/Superstonk/comments/o2dw45/thoughts_on_the_feds_balance_sheet_after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0">
        <w:r>
          <w:rPr>
            <w:rFonts w:ascii="Cambria" w:hAnsi="Cambria"/>
            <w:sz w:val="20"/>
            <w:color w:val="FFFFFF"/>
            <w:u/>
          </w:rPr>
          <w:t xml:space="preserve">_todays/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26">
        <w:r>
          <w:rPr>
            <w:rFonts w:ascii="Cambria" w:hAnsi="Cambria"/>
            <w:sz w:val="20"/>
            <w:color w:val="FFFFFF"/>
            <w:u/>
          </w:rPr>
          <w:t xml:space="preserve">When asked about the source of the equation for the first post, OP links us to here: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27">
        <w:r>
          <w:rPr>
            <w:rFonts w:ascii="Cambria" w:hAnsi="Cambria"/>
            <w:sz w:val="20"/>
            <w:color w:val="FFFFFF"/>
            <w:u/>
          </w:rPr>
          <w:t>https://saylordotorg.github.io/text_macroeconomics-theory-through-applications/s15-01-the-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27">
        <w:r>
          <w:rPr>
            <w:rFonts w:ascii="Cambria" w:hAnsi="Cambria"/>
            <w:sz w:val="20"/>
            <w:color w:val="FFFFFF"/>
            <w:u/>
          </w:rPr>
          <w:t xml:space="preserve">quantity-theory-of-money.html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Long-Run Inflation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now use the quantity equation to provide us with a theory of long-run inflation. To do so, we use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 of growth rates. One of these rules is as follows: if you have two variables, </w:t>
      </w:r>
      <w:r>
        <w:rPr>
          <w:rFonts w:ascii="Cambria" w:hAnsi="Cambria"/>
          <w:b w:val="0"/>
          <w:i/>
          <w:color w:val="FFFFFF"/>
          <w:sz w:val="20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 w:val="0"/>
          <w:i/>
          <w:color w:val="FFFFFF"/>
          <w:sz w:val="20"/>
          <w:u w:val="none"/>
        </w:rPr>
        <w:t>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then the growth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rate of the product (</w:t>
      </w:r>
      <w:r>
        <w:rPr>
          <w:rFonts w:ascii="Cambria" w:hAnsi="Cambria"/>
          <w:b w:val="0"/>
          <w:i/>
          <w:color w:val="FFFFFF"/>
          <w:sz w:val="20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× </w:t>
      </w:r>
      <w:r>
        <w:rPr>
          <w:rFonts w:ascii="Cambria" w:hAnsi="Cambria"/>
          <w:b w:val="0"/>
          <w:i/>
          <w:color w:val="FFFFFF"/>
          <w:sz w:val="20"/>
          <w:u w:val="none"/>
        </w:rPr>
        <w:t>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is the sum of the growth rate of </w:t>
      </w:r>
      <w:r>
        <w:rPr>
          <w:rFonts w:ascii="Cambria" w:hAnsi="Cambria"/>
          <w:b w:val="0"/>
          <w:i/>
          <w:color w:val="FFFFFF"/>
          <w:sz w:val="20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 growth rate of </w:t>
      </w:r>
      <w:r>
        <w:rPr>
          <w:rFonts w:ascii="Cambria" w:hAnsi="Cambria"/>
          <w:b w:val="0"/>
          <w:i/>
          <w:color w:val="FFFFFF"/>
          <w:sz w:val="20"/>
          <w:u w:val="none"/>
        </w:rPr>
        <w:t>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 can apply this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quantity equation: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supply × velocity of money = price level × real GDP.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left side of this equation is the product of two variables, the money supply and the velocity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money. The right side is likewise the product of two variables. So we obtain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growth rate of the money supply + growth rate of the velocity of money = inflation rate + growth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rate of output.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have used the fact that the growth rate of the price level is, by definition, the inflation rate.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equation is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growth rate of the money supply + growth rate of the velocity of money = inflation rate +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growth rate of output.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 growth rate of the money supply be M, growth rate of the velocity of money be P, inflation rate be I,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growth rate of output (growth in GDP) be Q.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Rearranging for I, we get: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= M + P - Q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28">
        <w:r>
          <w:rPr>
            <w:rFonts w:ascii="Cambria" w:hAnsi="Cambria"/>
            <w:sz w:val="20"/>
            <w:color w:val="FFFFFF"/>
            <w:u/>
          </w:rPr>
          <w:t xml:space="preserve">From OP's news article source on projected M2 growth, M = 25%, however OP mistakenly used the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29">
        <w:r>
          <w:rPr>
            <w:rFonts w:ascii="Cambria" w:hAnsi="Cambria"/>
            <w:sz w:val="20"/>
            <w:color w:val="FFFFFF"/>
            <w:u/>
          </w:rPr>
          <w:t xml:space="preserve">static Q1 2021 velocity of money instead of the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growth rate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velocity of money. Unless someone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find a reliable article on velocity of M2 forecast, I will use the growth from the past year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be the % change from Q1 2020 to Q1 2021 which is -18.6%, </w:t>
      </w:r>
      <w:r>
        <w:rPr>
          <w:rFonts w:ascii="Cambria" w:hAnsi="Cambria"/>
          <w:b/>
          <w:i w:val="0"/>
          <w:color w:val="FFFFFF"/>
          <w:sz w:val="20"/>
          <w:u w:val="none"/>
        </w:rPr>
        <w:t>NOT 1.122%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30">
        <w:r>
          <w:rPr>
            <w:rFonts w:ascii="Cambria" w:hAnsi="Cambria"/>
            <w:sz w:val="20"/>
            <w:color w:val="FFFFFF"/>
            <w:u/>
          </w:rPr>
          <w:t xml:space="preserve">From OP's news article source on projected GDP growth, Q = 6.5%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plugging everything back into the equation: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= 25% + (-18.6%) - 6.5%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= -0.1%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this result is kind of odd as surely inflation should not be this low, but just by using the sources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equations provided by OP, this is the correct conclusion. </w:t>
      </w:r>
    </w:p>
    <w:p>
      <w:bookmarkStart w:id="159" w:name="pg158"/>
      <w:pPr>
        <w:keepLines w:val="0"/>
        <w:pageBreakBefore/>
        <w:widowControl w:val="0"/>
        <w:spacing w:before="22" w:after="0" w:lineRule="exact" w:line="368"/>
        <w:ind w:left="0" w:right="-60"/>
      </w:pPr>
      <w:bookmarkEnd w:id="159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Debunking Post 2: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431">
        <w:r>
          <w:rPr>
            <w:rFonts w:ascii="Cambria" w:hAnsi="Cambria"/>
            <w:sz w:val="20"/>
            <w:color w:val="FFFFFF"/>
            <w:u/>
          </w:rPr>
          <w:t>https://www.reddit.com/r/Superstonk/comments/o42ftz/theres_been_a_lot_of_talk_about_inflation_w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31">
        <w:r>
          <w:rPr>
            <w:rFonts w:ascii="Cambria" w:hAnsi="Cambria"/>
            <w:sz w:val="20"/>
            <w:color w:val="FFFFFF"/>
            <w:u/>
          </w:rPr>
          <w:t xml:space="preserve">hat/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fairly certain OP wrote this DD based on the DD from post 1 but when asked about the source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equation, OP provides us with a new link (it's in edit 2 of OP's post):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32">
        <w:r>
          <w:rPr>
            <w:rFonts w:ascii="Cambria" w:hAnsi="Cambria"/>
            <w:sz w:val="20"/>
            <w:color w:val="FFFFFF"/>
            <w:u/>
          </w:rPr>
          <w:t xml:space="preserve">https://thismatter.com/money/banking/money-growth-money-velocity-inflation.htm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Nominal GDP = Quantity of Money × Velocity of Money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yet, the equation OP used in their DD is: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follows is a sort of explainer into the basics of inflation. Are you ready? Here we go: </w:t>
      </w:r>
      <w:r>
        <w:rPr>
          <w:rFonts w:ascii="Cambria" w:hAnsi="Cambria"/>
          <w:b/>
          <w:i w:val="0"/>
          <w:color w:val="FFFFFF"/>
          <w:sz w:val="20"/>
          <w:u w:val="none"/>
        </w:rPr>
        <w:t>Inflation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=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(money supply) * (money velocity).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...which as you can see is completely different from the equation of his source.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Nominal GDP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= Quantity of Money (aka money supply) * Velocity of Money (aka money velocity)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NOMINAL GDP DOES NOT EQUAL INFLATION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we look deeper in OP's source, it actually shows the correct equation to find inflation: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money velocity is constant, then: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Money Growth = Real GDP Growth + Inflation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or, rearranged: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Inflation = Money Growth – Real GDP Growth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Inflation = ΔP = ΔM – ΔY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key phrase here is </w:t>
      </w:r>
      <w:r>
        <w:rPr>
          <w:rFonts w:ascii="Cambria" w:hAnsi="Cambria"/>
          <w:b w:val="0"/>
          <w:i/>
          <w:color w:val="FFFFFF"/>
          <w:sz w:val="20"/>
          <w:u w:val="none"/>
        </w:rPr>
        <w:t>if money velocity is constant</w:t>
      </w:r>
      <w:hyperlink r:id="rId429">
        <w:r>
          <w:rPr>
            <w:rFonts w:ascii="Cambria" w:hAnsi="Cambria"/>
            <w:sz w:val="20"/>
            <w:color w:val="FFFFFF"/>
            <w:u/>
          </w:rPr>
          <w:t xml:space="preserve"> which we know is not.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if we include the growth of money velocity, we end up with the equation from the source of post 1's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27">
        <w:r>
          <w:rPr>
            <w:rFonts w:ascii="Cambria" w:hAnsi="Cambria"/>
            <w:sz w:val="20"/>
            <w:color w:val="FFFFFF"/>
            <w:u/>
          </w:rPr>
          <w:t xml:space="preserve">OP.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growth rate of the money supply + growth rate of the velocity of money = inflation rate + growth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rate of output.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rearranged for inflation rate: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 rate = Money Growth + </w:t>
      </w:r>
      <w:r>
        <w:rPr>
          <w:rFonts w:ascii="Cambria" w:hAnsi="Cambria"/>
          <w:b/>
          <w:i w:val="0"/>
          <w:color w:val="FFFFFF"/>
          <w:sz w:val="20"/>
          <w:u w:val="none"/>
        </w:rPr>
        <w:t>Money Velocity Growth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– Real GDP Growth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is the same equation as above (I = M + P - Q)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Conclusion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understand we wants our tits jacked but it's important to fact check DDs, especially if they contain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hugely absurd claims. I know many apes might upvote posts without checking the math for themselves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especially if OP makes these huge claims sound convincing. I find it ironic how OP from Post 2 titles 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Theres been a lot of talk about inflation. What you don't realise is that you can calculate it and view it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View. Do it for yourself and see.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Math Doesn't Lie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20% + inflation this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is incapable of explaining his numbers when challenged in the comments (turns out the math DOES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lie when done incorrectly). </w:t>
      </w:r>
    </w:p>
    <w:p>
      <w:bookmarkStart w:id="160" w:name="pg15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6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 believe both OP's wrote their DDs in good faith but again, it is crucial that DDs (especially ones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reach the top) have been reviewed and fact checked to avoid spreading misinformation whether or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please Jacques Tits, especially if OPs are non-receptive when clearly debunked or given valid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criticism.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I think we really need a </w:t>
      </w:r>
      <w:r>
        <w:rPr>
          <w:rFonts w:ascii="Cambria" w:hAnsi="Cambria"/>
          <w:b/>
          <w:i w:val="0"/>
          <w:color w:val="FFFFFF"/>
          <w:sz w:val="20"/>
          <w:u w:val="none"/>
        </w:rPr>
        <w:t>DEBUNKED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(or Counter-DD) flair which will encourage wrinkled apes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debunk or atleast challenge top DDs ultimately increasing their reliability and quality.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For those asking if the -0.1% inflation is accurate based on this equation, I would be very skeptical.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Personally, I don't think this equation is an accurate way to find inflation because although Q2 2021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M2V data has yet to be released, if we were to use the growth of M2V from Q2 2020 to Q2 2021 (variable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P) I am quite confident P would be much closer to 0% because there was a very steep drop in M2V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Q1 and Q2 of 2020.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AnnihilationGod presents: The Big Short Data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Collection for Everyone - Or: How to data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proof irregularities in GMEs trading history for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everyone (AGods GME Mastersheet + Full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collection Download link at the end)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!NEW CHARTS AT THE END OF THE POST - Updated 21.06.2021 01:42 CET!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everyone,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is running out for some people in the market and it's neither GME nor retail.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big issue in this whole GME situation is a lack of data. Retails just have access to limited informations,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sometimes non, but in generall not enough.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spend the last month learning everything I could about data, what data is available and how to get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free data. </w:t>
      </w:r>
    </w:p>
    <w:p>
      <w:bookmarkStart w:id="161" w:name="pg160"/>
      <w:pPr>
        <w:keepLines w:val="0"/>
        <w:pageBreakBefore/>
        <w:widowControl w:val="0"/>
        <w:spacing w:before="98" w:after="0"/>
        <w:jc w:val="center"/>
      </w:pPr>
      <w:bookmarkEnd w:id="161"/>
      <w:r>
        <w:drawing>
          <wp:inline xmlns:a="http://schemas.openxmlformats.org/drawingml/2006/main" xmlns:pic="http://schemas.openxmlformats.org/drawingml/2006/picture">
            <wp:extent cx="3604259" cy="4509135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3604259" cy="4509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Thx to u/hamzah604 for this great meme! :D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Yeah, RegSho. Everyone knows RegSho. But the data just goes back as far as 1 year and thats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visible level - Yes.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smart brain level - No.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realised that the useable timeframe is moving on with the time passing by. So I asked myself - do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delete the files the moment they disappear on the webside? </w:t>
      </w:r>
    </w:p>
    <w:p>
      <w:bookmarkStart w:id="162" w:name="pg161"/>
      <w:pPr>
        <w:keepLines w:val="0"/>
        <w:pageBreakBefore/>
        <w:widowControl w:val="0"/>
        <w:spacing w:before="0" w:after="0"/>
        <w:jc w:val="center"/>
      </w:pPr>
      <w:bookmarkEnd w:id="162"/>
      <w:r>
        <w:drawing>
          <wp:inline xmlns:a="http://schemas.openxmlformats.org/drawingml/2006/main" xmlns:pic="http://schemas.openxmlformats.org/drawingml/2006/picture">
            <wp:extent cx="3632200" cy="22352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223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 merged ALOT links in Excel, threw them into JDownloader and VOILA:11.551 Files - and a way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accurate data collection then Apes ever had! </w:t>
      </w:r>
    </w:p>
    <w:p>
      <w:pPr>
        <w:keepLines w:val="0"/>
        <w:widowControl w:val="0"/>
        <w:spacing w:before="349" w:after="0"/>
        <w:jc w:val="center"/>
      </w:pPr>
      <w:r>
        <w:drawing>
          <wp:inline xmlns:a="http://schemas.openxmlformats.org/drawingml/2006/main" xmlns:pic="http://schemas.openxmlformats.org/drawingml/2006/picture">
            <wp:extent cx="4186554" cy="2365375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4186554" cy="2365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extracted all available GME data and all available CBOE Data back to 2010, merged them with Historical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Data provided by Yahoo, Nasdaq and Fail To Delivery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made on big MasterSheet for every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retail.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overall accuracy is around 45%. Means, 45%  </w:t>
      </w:r>
      <w:r>
        <w:rPr>
          <w:rFonts w:ascii="Cambria" w:hAnsi="Cambria"/>
          <w:b/>
          <w:i w:val="0"/>
          <w:color w:val="FFFFFF"/>
          <w:sz w:val="20"/>
          <w:u w:val="none"/>
        </w:rPr>
        <w:t>50,37% (recalculation at the end)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all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traded between 2010 and 2021 are displayed in the data. Its lower at the beginning of the timeframe,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gets better over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already produced some charts for people with the excel-level ape.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further organised my whole data collection, zipped it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uploaded it on Mega so that EVERY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FUCKING RETAIL has access to better data for free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totally unrelated to GME. Its a shame that retails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getting no support - so we have to help each other!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chart from the Mastersheet shall be displayed here to raise your attention for data: </w:t>
      </w:r>
    </w:p>
    <w:p>
      <w:bookmarkStart w:id="163" w:name="pg162"/>
      <w:pPr>
        <w:keepLines w:val="0"/>
        <w:pageBreakBefore/>
        <w:widowControl w:val="0"/>
        <w:spacing w:before="0" w:after="0"/>
        <w:jc w:val="center"/>
      </w:pPr>
      <w:bookmarkEnd w:id="163"/>
      <w:r>
        <w:drawing>
          <wp:inline xmlns:a="http://schemas.openxmlformats.org/drawingml/2006/main" xmlns:pic="http://schemas.openxmlformats.org/drawingml/2006/picture">
            <wp:extent cx="5943600" cy="180467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4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Timeframe 2015-2020 - Does anyone else see a pattern? (Source: Mastersheet) </w:t>
      </w:r>
    </w:p>
    <w:p>
      <w:pPr>
        <w:keepLines w:val="0"/>
        <w:widowControl w:val="0"/>
        <w:spacing w:before="363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01495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1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left="3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Because my first calculation was like: WTF GME? This doesnt make any sense - Should compare! (thx to the discord dudes giving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me this stock names for a comparison). The results are - interesting - And like: WTF?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dont know if this data set is enough to proof naked short selling with data, but if this is the case, I really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like this SEC Award! :D SEC pls?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You can download the Mastersheet here: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38">
        <w:r>
          <w:rPr>
            <w:rFonts w:ascii="Cambria" w:hAnsi="Cambria"/>
            <w:sz w:val="20"/>
            <w:color w:val="FFFFFF"/>
            <w:u/>
          </w:rPr>
          <w:t xml:space="preserve">https://easyupload.io/ogovzr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Contains all Information I could find for GME in the data sets. Contains prebuild charts and comparisons.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You can download the whole fkn collection ( 1,4 GB zipped, 4 GB unzipped - 22.734 Files)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39">
        <w:r>
          <w:rPr>
            <w:rFonts w:ascii="Cambria" w:hAnsi="Cambria"/>
            <w:sz w:val="20"/>
            <w:color w:val="FFFFFF"/>
            <w:u/>
          </w:rPr>
          <w:t xml:space="preserve">https://mega.nz/file/ikgUUCRC#HxOl0afMatKWpmmWrYOBMwQgQwVU2MHgGSoG0p1uRQk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Contains my entire data collection - have fun! And pls, share it with every community that could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 for this information. The data collection is about ALL stocks - and I think alot retails rely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on bad data atm. If you want to work with the raw data on your own, get Notepad ++ - makes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way more easier to work with this amount of data. </w:t>
      </w:r>
    </w:p>
    <w:p>
      <w:bookmarkStart w:id="164" w:name="pg163"/>
      <w:pPr>
        <w:keepLines w:val="0"/>
        <w:pageBreakBefore/>
        <w:widowControl w:val="0"/>
        <w:spacing w:before="0" w:after="0"/>
        <w:jc w:val="center"/>
      </w:pPr>
      <w:bookmarkEnd w:id="164"/>
      <w:r>
        <w:drawing>
          <wp:inline xmlns:a="http://schemas.openxmlformats.org/drawingml/2006/main" xmlns:pic="http://schemas.openxmlformats.org/drawingml/2006/picture">
            <wp:extent cx="3190239" cy="1671954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3190239" cy="1671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To the Moon!!!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Thats the part a youtuber would ask for your financial support, but I have another request:If you make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because of this data collection, you already made a fortune in stocks and you are happy to finally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some quality data - </w:t>
      </w:r>
      <w:r>
        <w:rPr>
          <w:rFonts w:ascii="Cambria" w:hAnsi="Cambria"/>
          <w:b/>
          <w:i w:val="0"/>
          <w:color w:val="FFFFFF"/>
          <w:sz w:val="20"/>
          <w:u w:val="none"/>
        </w:rPr>
        <w:t>give some money to charity.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worked 4 month to get this done - and you would make me happy if your donation would be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</w:t>
      </w:r>
      <w:r>
        <w:rPr>
          <w:rFonts w:ascii="Cambria" w:hAnsi="Cambria"/>
          <w:b/>
          <w:i w:val="0"/>
          <w:color w:val="FFFFFF"/>
          <w:sz w:val="20"/>
          <w:u w:val="none"/>
        </w:rPr>
        <w:t>Children's hospice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because this is something that should be supported more. And I am pretty sure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would love to play some Mario or have a nice stuffed animal of their favorite character.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Let's take care of each other and support people who need our help.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Let's change the world.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Gamers and Retails United!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Best wishes and have a great Weekend!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AnnihilationGod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PS: I'll publish the link to the updated versions of the collection and mastersheet on my Twitter:@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Annihil4tionGod or here at r/Superstonk . If you got any questions regarding the data and so on, pls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reach out.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441">
        <w:r>
          <w:rPr>
            <w:rFonts w:ascii="Cambria" w:hAnsi="Cambria"/>
            <w:sz w:val="20"/>
            <w:color w:val="FFFFFF"/>
            <w:u/>
          </w:rPr>
          <w:t xml:space="preserve">Usefull links to get daily data about shorting:http://regsho.finra.org/regsho-June.html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42">
        <w:r>
          <w:rPr>
            <w:rFonts w:ascii="Cambria" w:hAnsi="Cambria"/>
            <w:sz w:val="20"/>
            <w:color w:val="FFFFFF"/>
            <w:u/>
          </w:rPr>
          <w:t xml:space="preserve">https://www.cboe.com/us/equities/market_statistics/short_sale/?mkt=bzx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43">
        <w:r>
          <w:rPr>
            <w:rFonts w:ascii="Cambria" w:hAnsi="Cambria"/>
            <w:sz w:val="20"/>
            <w:color w:val="FFFFFF"/>
            <w:u/>
          </w:rPr>
          <w:t xml:space="preserve">https://www.cboe.com/us/equities/market_statistics/short_sale/?mkt=byx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44">
        <w:r>
          <w:rPr>
            <w:rFonts w:ascii="Cambria" w:hAnsi="Cambria"/>
            <w:sz w:val="20"/>
            <w:color w:val="FFFFFF"/>
            <w:u/>
          </w:rPr>
          <w:t xml:space="preserve">https://www.cboe.com/us/equities/market_statistics/short_sale/?mkt=edga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45">
        <w:r>
          <w:rPr>
            <w:rFonts w:ascii="Cambria" w:hAnsi="Cambria"/>
            <w:sz w:val="20"/>
            <w:color w:val="FFFFFF"/>
            <w:u/>
          </w:rPr>
          <w:t xml:space="preserve">https://www.cboe.com/us/equities/market_statistics/short_sale/?mkt=edgx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Historical Data (open, high, low, close, volume:):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46">
        <w:r>
          <w:rPr>
            <w:rFonts w:ascii="Cambria" w:hAnsi="Cambria"/>
            <w:sz w:val="20"/>
            <w:color w:val="FFFFFF"/>
            <w:u/>
          </w:rPr>
          <w:t xml:space="preserve">https://de.finance.yahoo.com/quote/GME/history?p=GME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47">
        <w:r>
          <w:rPr>
            <w:rFonts w:ascii="Cambria" w:hAnsi="Cambria"/>
            <w:sz w:val="20"/>
            <w:color w:val="FFFFFF"/>
            <w:u/>
          </w:rPr>
          <w:t xml:space="preserve">https://www.nasdaq.com/de/market-activity/stocks/gme/historical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Search Edgar (better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48">
        <w:r>
          <w:rPr>
            <w:rFonts w:ascii="Cambria" w:hAnsi="Cambria"/>
            <w:sz w:val="20"/>
            <w:color w:val="FFFFFF"/>
            <w:u/>
          </w:rPr>
          <w:t xml:space="preserve">then Sec.report):https://www.sec.gov/edgar/search/?r=el#/dateRange=all&amp;category=form-cat0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Add: I wanna thank SC - he helped me alot over the past months - this collection would not exist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without his advice and support whenever I could not solve a problem!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165" w:name="pg16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6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Thx SC!;) I owe you a beer!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Update 22:50 CET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**Add2:**I couldnt accept that i couldnt find any stock so far with a negative quote like GME - so I made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research. I decided to choose the stock mentioned in this article I had read back in Feb 2021: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49">
        <w:r>
          <w:rPr>
            <w:rFonts w:ascii="Cambria" w:hAnsi="Cambria"/>
            <w:sz w:val="20"/>
            <w:color w:val="FFFFFF"/>
            <w:u/>
          </w:rPr>
          <w:t>https://www.securitiesfinancetimes.com/securitieslendingnews/industryarticle.php?article_id=22454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49">
        <w:r>
          <w:rPr>
            <w:rFonts w:ascii="Cambria" w:hAnsi="Cambria"/>
            <w:sz w:val="20"/>
            <w:color w:val="FFFFFF"/>
            <w:u/>
          </w:rPr>
          <w:t xml:space="preserve">8&amp;navigationaction=industrynews&amp;newssection=industry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507489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7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Perhaps someone who already downloaded the collection could crosscheck this pls?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Add3: 20. June 2021:I have to admit that I did a mistake while calculating the accuracy of the data.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50.37% instead of 45% like i wrote before.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113404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3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looked deeper into the data to understand the relationship between regular volume and short volume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better. This is the result for the Timeframe 2010-2021. I am trying to increase my data collection tonight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will try to find out, if the balance had been positiv before 2010. </w:t>
      </w:r>
    </w:p>
    <w:p>
      <w:bookmarkStart w:id="166" w:name="pg165"/>
      <w:pPr>
        <w:keepLines w:val="0"/>
        <w:pageBreakBefore/>
        <w:widowControl w:val="0"/>
        <w:spacing w:before="0" w:after="0"/>
        <w:jc w:val="center"/>
      </w:pPr>
      <w:bookmarkEnd w:id="166"/>
      <w:r>
        <w:drawing>
          <wp:inline xmlns:a="http://schemas.openxmlformats.org/drawingml/2006/main" xmlns:pic="http://schemas.openxmlformats.org/drawingml/2006/picture">
            <wp:extent cx="5943600" cy="2497454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7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Chart GME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57145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7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left="64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Chart OSTK - I though it would be a good idea to use OSTK again because i already compared it above with GME. </w:t>
      </w:r>
    </w:p>
    <w:p>
      <w:pPr>
        <w:keepLines w:val="0"/>
        <w:widowControl w:val="0"/>
        <w:spacing w:before="387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 think the Fed just accidentally proved us right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background reading: Detailed &amp; Simplified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 all know, usage of the ON RRP Facility just jumped up over $200B, setting a new record at $755.8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billion from now 68 counterparties. Why? </w:t>
      </w:r>
    </w:p>
    <w:p>
      <w:bookmarkStart w:id="167" w:name="pg16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6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during the FOMC meetings, the Fed announced a few things around QE that are circulating through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MSM, freaking everyone out about there being 'too much money' and risks of inflation - but a key change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isn't getting as much attention is their decision to raise the IOR and ON RRP rate 5 basis points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(.05%), effectively trying to raise the 'floor' of the FFR. (If this doesn't make sense to you, please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 this explanation)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story short, the Fed is now incentivizing more usage of the facility in its efforts to raise the interest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rates away from negative territory, by offering to pay counterparties 5 basis points instead of 0 to park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cash every night. This seems counterintuitive right, since continued QE is pumping cash into the system,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now the Fed is paying to take it back out at the end of each day - but it actually makes sense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look at the affect it has (or should have) on short-term interest rates in the open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the ON RRP rate was still 0, we could all assume that the 'too much money' narrative was in fact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issue. However, something interesting happened to short-term T-bill yields yesterday when the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RRP rate was lifted: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18559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8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short-term yields went the WRONG DIRECTION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does this mean? Well, the goal was to start easing yields back up from near-zero or potentially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 levels by lifting the 'floor' of the ON RRP. If the issue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purely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due to too much money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system, it would've worked. Banks, MMFs, GSEs, etc. would take the 5 basis points from the Fed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not bother parking their excess cash elsewhere for less interest.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 reverse repo is now at 5, yet bill yields at the 4-, 8-, and 3-month maturities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all less than this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Why? It can only mean this one thing, there is a stark and very dire need for high-quality collateral,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otherwise nothing would ever yield below this secured alternative with the Federal Reserve. Who would </w:t>
      </w:r>
    </w:p>
    <w:p>
      <w:bookmarkStart w:id="168" w:name="pg16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6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a 4- or 8-week UST bill returning one and a half maybe two basis points less than lending to the Fed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secured by the same instrument? They're giving up guaranteed profit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all points to the true underlying issue that we collectively have been yelling about here -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MAJOR collateral liquidity issue in the money markets. I WONDER WHY....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TL;DR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just inadvertently showed us that the liquidity issue around ON RRP usage isn't 'too much cash'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it's </w:t>
      </w:r>
      <w:r>
        <w:rPr>
          <w:rFonts w:ascii="Cambria" w:hAnsi="Cambria"/>
          <w:b/>
          <w:i w:val="0"/>
          <w:color w:val="FFFFFF"/>
          <w:sz w:val="20"/>
          <w:u w:val="none"/>
        </w:rPr>
        <w:t>too little collateral.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55">
        <w:r>
          <w:rPr>
            <w:rFonts w:ascii="Cambria" w:hAnsi="Cambria"/>
            <w:sz w:val="20"/>
            <w:color w:val="FFFFFF"/>
            <w:u/>
          </w:rPr>
          <w:t xml:space="preserve">from u/scamiran: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plenty of liquidity in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Solvency? Not so much. But everyone wants to pretend that if there is sufficient liquidity, there must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solvency.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how you get zombie banks and stagflation.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e2: if anyone wants to further learn about this stuff, I highly recommend looking into Jeff Snider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great place to start - his research into this is the basis of this whole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56">
        <w:r>
          <w:rPr>
            <w:rFonts w:ascii="Cambria" w:hAnsi="Cambria"/>
            <w:sz w:val="20"/>
            <w:color w:val="FFFFFF"/>
            <w:u/>
          </w:rPr>
          <w:t xml:space="preserve">post https://alhambrapartners.com/author/jsnider/ or </w:t>
        </w:r>
      </w:hyperlink>
      <w:hyperlink r:id="rId457">
        <w:r>
          <w:rPr>
            <w:rFonts w:ascii="Cambria" w:hAnsi="Cambria"/>
            <w:sz w:val="20"/>
            <w:color w:val="FFFFFF"/>
            <w:b/>
            <w:u/>
          </w:rPr>
          <w:t>Alhambra Investments</w:t>
        </w:r>
      </w:hyperlink>
      <w:hyperlink r:id="rId45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0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Reverse Repo Operations - Explaining Their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Purpose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seems to be a lot of misinformation regarding Reverse Repo Operations so I figured I would try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explain it so we can understand why it's happening and how it may effect us.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First off, Why does RRP exist?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Reverse Repo Programs work to control Short Term Interest Rates,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thereby liquidity in those markets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SHORT TERM rates threaten to turn negative, the Fed steps in to set the floor. Why are short term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rates pushing downward? People are moving into short term fixed income because they don't want to go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longer dated securities that could depreciate in value if inflation continues.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I'll try to describe this in fairly simple terms, but know that it is much more complicated than how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describe it below.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Think of it like this: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 Inflation worries kick in.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Prices will be higher in the future than they are now, so fixed income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want more yield to compensate. That way their real returns aren't negative. </w:t>
      </w:r>
    </w:p>
    <w:p>
      <w:bookmarkStart w:id="169" w:name="pg16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69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2. 30 Year Treasury Bond Holders see their treasuries market value drop and their YTM increase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as new issuance rates trend higher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New treasuries entering the market have better yield so the 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treasuries that were issued at lower yield drop in price as they effectively are paying less annually.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3. The Fed buys bonds and distressed debt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do this to set a "floor of sorts" on the price of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assets. If the price of these assets drop substantially, there could be a sell off, which would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compound the demand for higher yields to assume the risk with these fixed income assets.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purchasing these longer dated assets, they are introducing money into the system, inflating asset values,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increasing liquidity across the spectrum and weakening the dollar. This in conjunction with 0 reserve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means there is a lot of CASH floating around.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4. Investors Don't Want to Assume Risk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Cash Hoarding is apparent, which goes against the idea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inflation. Yet, this is directly a result of the Monetary AND Fiscal Expansionary Policy. Lower taxes,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stimulus checks, asset purchase programs, reduced reserve requirements, low Fed Fund Rate. All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to prop up the market. So investors are okay with LOSING money (holding cash) to not assume risk.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would, depending on your school of thought, infer that asset values are inflated and inflation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continue. Asset values should decrease. But they aren't, why?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5. Where to go? Short Term FI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Fed recognize that much of this inflation is their own actions.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actions force people to assume less risk. Investors know that long term FI is inflated AND not paying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to deal with inflation, so why not just assume 0 risk and deal with losing a little more in the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term? Treasury issuance is down and the Fed is trying to unwind their balance sheet, so, once again,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term rates trend negative. This places a lot of demand on the short term FI market. People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up Money Markets, Treasuries low in duration, etc. Fannie Mae and Freddie Mac are only allowed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invest their cash in short terms markets backed by government securities, demand being high in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area places added pressure. Simply put, investors have fewer places to park their cash short term,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rates run the risk of going negative.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6. Fed Sets the Floor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Fed comes in and sets the floor at 0% with their Reverse Repo Program.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Essentially they tell these banks, MMs, etc. We can ensure you're not Paying others to hold your cash,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we'll hold it and pay you nothing, but at least it will be worth the same tomorrow (nominally, not in real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value). But there's only so much demand for this. Optimally, investors want their cash to be worth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same tomorrow as it is today, in real terms (factoring inflation). This has not been the situation since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pre-covid.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7. What's the goal?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Now, the Fed have upped the RRP to .05%. They want to drive up the floor slowly.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Doing this will add demand for short term securities and reduce liquidity in the market as cash is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rather than going to risky assets that have inflated values (which would only serve to put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pressure on inflation). The hope is that investors will utilize RRP until the deemed riskiness of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subsides post covid and inflation expectations subside. The Fed are going all in on managing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expectations of inflation while hoping the economy recovers. Once riskier assets are deemed safer,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Fed can unwind their risky assets at fairer value, the liquidity doesn't return until the Fed reduce theirs,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inflation worries are subsided.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How much is .05%? Who's getting paid?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a bank places 1 Billion in the RRP, they'll receive 1,388.89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daily on their placement. This is what they would receive from the Fed for placing their cash with them. </w:t>
      </w:r>
    </w:p>
    <w:p>
      <w:bookmarkStart w:id="170" w:name="pg16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7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lot of the investors utilizing the RRP are Money Market Funds looking to keep their yield high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that retail/institutional investors stay in the funds.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(to show the calculation on interest):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Repos are done on a 360 calendar year along with being done on a yield basis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Reverse principal + Interest = Reverse principal *( 1 + (y * t / 360)) where y is the yield or REPO rate, 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maturity of the reverse REPO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Therefore, to solve for interest,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1,000,000,000 + INT = 1,000,000,000*(1+(.0005*1/360))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1,000,000,000 + INT = $1,000,001,388.89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 = 1,388.89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are done as an agreement of repurchase. The Fed gives bank a "security" with the promise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repurchase later at the higher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does this mean for apes and GME?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Decreased liquidity is only applicable for risky assets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investors have the option to avoid. If a hedge fund is margin called, they will want to unwind other non-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risky, uncorrelated positions first. They'll attempt to keep correlated positions (like AMC on a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squeeze) so that they can capture some of the upside. So they'll first utilize cash-like securities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possible. This is why one could reasonably make the connection that increased RRPs means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gunpowder for covering their assets during a squeeze. While it's possible, it likely won't be a catalyst,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a possible sign that the market is deeming there is more risk "somewhere" in the market.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be anywhere: in treasuries, other equity, ABS, MBS etc.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other issue arises if investors deem the banks as risky. THIS IS THE MAJOR THING TO WATCH.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to keep an eye on the relation between the RRP rate and the IOER (rate the feds pay bank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reserves). Bank disintermediation essentially means investors seek parking their assets in MMMFs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(Money Market Mutual Funds) over the banks themselves who are subject to deposit insurance.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losing consumer cash due to withdrawals, means reduced liquidity, lower revenues and increased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expenses. They can't leverage as much, and then borrowers aren't able to receive the loans they 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 (especially post covid). Corp rates, MBS and CREs especially see higher rates which could lead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lower profit expectations or even bankruptcies.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Unfortunately, there are so many pieces, all interrelated that it's hard to discern exactly what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happen, let alone, could happen. What is clear is that we are near a ledge that is very susceptible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falling off the edge. The RRP is good to look at, but it likely won't be the catalyst to a squeeze, just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implication of what is happening on a more macro scale. Expecting RPPs to be correlated to GME price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FUD. I know all I have to do is hold. There are many possible ways we could take off, but relying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 that any particular catalyst is the ONE, and only ONE, is damaging.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tldr; RRPs may not be the catalyst we are after and it's correlation with GME should not imply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causation. It does imply a lot of other issues in the economy and is definitely something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important to keep an eye 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171" w:name="pg170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171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I processed 16 years of data across 8 stocks to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prove something no one cares about: GME's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price is ending in .00 10X more than it should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be.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I’m back and so is my fondness of the .00. I spent all week trying to shake the thought of it... but just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return of 005 was, the return of .00 is inevitable.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Speaking of .00, Did you know in June that 29% of our open, close, high, and low prices have ended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.00? 48 data points, 14 being .00 price points, 29%. That’s up from 15% in May and 13% in April. I didn’t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 either until I gave up sleep for this. </w:t>
      </w:r>
    </w:p>
    <w:p>
      <w:pPr>
        <w:keepLines w:val="0"/>
        <w:widowControl w:val="0"/>
        <w:spacing w:before="243" w:after="0"/>
        <w:jc w:val="center"/>
      </w:pPr>
      <w:r>
        <w:drawing>
          <wp:inline xmlns:a="http://schemas.openxmlformats.org/drawingml/2006/main" xmlns:pic="http://schemas.openxmlformats.org/drawingml/2006/picture">
            <wp:extent cx="3892550" cy="3305809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3892550" cy="3305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before you come at me with </w:t>
      </w:r>
      <w:r>
        <w:rPr>
          <w:rFonts w:ascii="Cambria" w:hAnsi="Cambria"/>
          <w:b/>
          <w:i w:val="0"/>
          <w:color w:val="FFFFFF"/>
          <w:sz w:val="20"/>
          <w:u w:val="none"/>
        </w:rPr>
        <w:t>why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frequency of .00 price points are increasing with reasoning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such as "as prices increase so do chances of .00 price points"... I know! This whole post will be dedicated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proving that even with certain understandings of why a stock might end in .00,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GME is a true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outlier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(and you know what that means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Earlier this week I succumbed to my madness and had to see if my own noticing of .00 key (open, close,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high, and low) price points was </w:t>
      </w:r>
      <w:r>
        <w:rPr>
          <w:rFonts w:ascii="Cambria" w:hAnsi="Cambria"/>
          <w:b w:val="0"/>
          <w:i/>
          <w:color w:val="FFFFFF"/>
          <w:sz w:val="20"/>
          <w:u w:val="none"/>
        </w:rPr>
        <w:t>frequency illusions</w:t>
      </w:r>
      <w:hyperlink r:id="rId459">
        <w:r>
          <w:rPr>
            <w:rFonts w:ascii="Cambria" w:hAnsi="Cambria"/>
            <w:sz w:val="20"/>
            <w:color w:val="FFFFFF"/>
            <w:u/>
          </w:rPr>
          <w:t xml:space="preserve"> or fact. Frequency illusion, or Baader-Meinhof </w:t>
        </w:r>
      </w:hyperlink>
    </w:p>
    <w:p>
      <w:bookmarkStart w:id="172" w:name="pg17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7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Phenomenon, is your internal bias that causes something to appear more often only after learning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noticing that thing for the first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now, I thought I was simply seeing what I wanted to see. You can check out my previous post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what started it all, but a quick recap is that in 2021 GME has a 61.06% rate of having a key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 during a trading day end in .00. The average for the 18 prior years is 9.25%, last year was 5.14%.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is seeing key price points at .00 more often, and the rate is increasing.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appreciate the love my first post on .00 received. I also appreciate the perspective that other apes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able to provide as my brain is smoother than the gelato my wife treats me to once a month. Since then,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I’ve quadrupled my research in an attempt to directly address some of the top reasonings for .00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points to determine if GME is following a trend that exists across all stocks or is a </w:t>
      </w:r>
      <w:r>
        <w:rPr>
          <w:rFonts w:ascii="Cambria" w:hAnsi="Cambria"/>
          <w:b/>
          <w:i w:val="0"/>
          <w:color w:val="FFFFFF"/>
          <w:sz w:val="20"/>
          <w:u w:val="none"/>
        </w:rPr>
        <w:t>1.00-of-a-kind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way.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TL;DR: Buy &amp; Hold. Read the title again too. I predict we will continue to see an abundance of 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key price points as we approach the MOASS. GME is a true outlier and in my next post, I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mapping GME’s .00 price point frequency to the FTD cycles.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is broken into sections each starting with a quick summary.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.00 | The Data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I’ve exported all my data from Yahoo's historic price exports. I love transparency.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going to cover the following in this post.GME historical data from January 2002 to June 15, 2021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150109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0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following stocks for comparisons and baselines.AMC historical data from January 2014 to June </w:t>
      </w:r>
    </w:p>
    <w:p>
      <w:pPr>
        <w:keepLines w:val="0"/>
        <w:widowControl w:val="0"/>
        <w:spacing w:before="5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15, 2021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 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10284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0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TSLA historical data from June 29, 2010 to June 15, 2021 </w:t>
      </w:r>
    </w:p>
    <w:p>
      <w:bookmarkStart w:id="173" w:name="pg172"/>
      <w:pPr>
        <w:keepLines w:val="0"/>
        <w:pageBreakBefore/>
        <w:widowControl w:val="0"/>
        <w:spacing w:before="0" w:after="0"/>
        <w:jc w:val="center"/>
      </w:pPr>
      <w:bookmarkEnd w:id="173"/>
      <w:r>
        <w:drawing>
          <wp:inline xmlns:a="http://schemas.openxmlformats.org/drawingml/2006/main" xmlns:pic="http://schemas.openxmlformats.org/drawingml/2006/picture">
            <wp:extent cx="5943600" cy="1331594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1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AMZN historical data from January 2005 to June 15, 2021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43735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3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OSTK historical data from January 2005 to June 15, 2021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45004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5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AAPL historical data from January 2005 to June 15, 2021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3675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GOOG historical data from January 2005 to June 15, 2021 </w:t>
      </w:r>
    </w:p>
    <w:p>
      <w:bookmarkStart w:id="174" w:name="pg173"/>
      <w:pPr>
        <w:keepLines w:val="0"/>
        <w:pageBreakBefore/>
        <w:widowControl w:val="0"/>
        <w:spacing w:before="0" w:after="0"/>
        <w:jc w:val="center"/>
      </w:pPr>
      <w:bookmarkEnd w:id="174"/>
      <w:r>
        <w:drawing>
          <wp:inline xmlns:a="http://schemas.openxmlformats.org/drawingml/2006/main" xmlns:pic="http://schemas.openxmlformats.org/drawingml/2006/picture">
            <wp:extent cx="5943600" cy="1945004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5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NFLX historical data from January 2005 to June 15, 2021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45004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5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Reason for .00 #1.00 | As a stock price increases, .00 key price points are more common.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the statement backed by data: </w:t>
      </w:r>
      <w:r>
        <w:rPr>
          <w:rFonts w:ascii="Cambria" w:hAnsi="Cambria"/>
          <w:b/>
          <w:i w:val="0"/>
          <w:color w:val="FFFFFF"/>
          <w:sz w:val="20"/>
          <w:u w:val="none"/>
        </w:rPr>
        <w:t>Yes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See below.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Myth or Fact: </w:t>
      </w:r>
      <w:r>
        <w:rPr>
          <w:rFonts w:ascii="Cambria" w:hAnsi="Cambria"/>
          <w:b/>
          <w:i w:val="0"/>
          <w:color w:val="FFFFFF"/>
          <w:sz w:val="20"/>
          <w:u w:val="none"/>
        </w:rPr>
        <w:t>Myth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Although the rate of .00 key price points has increased with the stock’s price,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is trending 5-10x higher than the average stock for .00 appearances at price points greater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$100.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I go into the numbers, I want to take a second to explain why this statement is reasonable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 without first checking the data. If a stock is $1.50 it would require a 33% movement to hit a 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key price point. If a stock is $15.50 it would only require a 3.2% movement. Therefore, it’s safe to believe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as a stock price increases that the occurrence of .00 key price points will also increase.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simple understanding wasn’t enough for this smooth brain of mine. I wanted to see just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common these .00 key price points were within different price brackets. I'm a simple ape that likes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patterns and nice flat numbers. My TV volume is at a flat 20 and my stock will be at a flat 20,000,000.00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soon too, and I'll love every short moment of it before the rocket continues rising.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this experiment, I deemed testing and verifying using only the Open Price of GME and the stocks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data pool would suffice.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tallied the occurrence of how many times each stock opened in my set price ranges and also tallied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times each stock opened at .00 within my set range. This can be used to tell us the percentage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times my data pool opened at .00 within each price range. There were no surprises here: </w:t>
      </w:r>
    </w:p>
    <w:p>
      <w:bookmarkStart w:id="175" w:name="pg174"/>
      <w:pPr>
        <w:keepLines w:val="0"/>
        <w:pageBreakBefore/>
        <w:widowControl w:val="0"/>
        <w:spacing w:before="0" w:after="0"/>
        <w:jc w:val="center"/>
      </w:pPr>
      <w:bookmarkEnd w:id="175"/>
      <w:r>
        <w:drawing>
          <wp:inline xmlns:a="http://schemas.openxmlformats.org/drawingml/2006/main" xmlns:pic="http://schemas.openxmlformats.org/drawingml/2006/picture">
            <wp:extent cx="5943600" cy="23241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across all eight stocks, the percentage of time a stock opened at .00 increases pretty steadily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stock price increases.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confirms the original believed statement that as the price increases so does the appearance of 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key price points. </w:t>
      </w:r>
      <w:r>
        <w:rPr>
          <w:rFonts w:ascii="Cambria" w:hAnsi="Cambria"/>
          <w:b w:val="0"/>
          <w:i/>
          <w:color w:val="FFFFFF"/>
          <w:sz w:val="20"/>
          <w:u w:val="none"/>
        </w:rPr>
        <w:t>However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we can see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GME is a clear outlier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Once the price broke $100, we’ve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seen an increase in .00 appearances that is </w:t>
      </w:r>
      <w:r>
        <w:rPr>
          <w:rFonts w:ascii="Cambria" w:hAnsi="Cambria"/>
          <w:b/>
          <w:i w:val="0"/>
          <w:color w:val="FFFFFF"/>
          <w:sz w:val="20"/>
          <w:u w:val="none"/>
        </w:rPr>
        <w:t>unlike any other stock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tells us that we are not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seeing more .00 appearances in 2021 than previously, but also that GME is trending in more .00 at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level than normal.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Reason for .00 #2.00 | Retail is more likely to place orders at .00 and GME 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THE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movement.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the statement backed by data: </w:t>
      </w:r>
      <w:r>
        <w:rPr>
          <w:rFonts w:ascii="Cambria" w:hAnsi="Cambria"/>
          <w:b/>
          <w:i w:val="0"/>
          <w:color w:val="FFFFFF"/>
          <w:sz w:val="20"/>
          <w:u w:val="none"/>
        </w:rPr>
        <w:t>No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was not able to find data on retail orders and if orders ending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.00 are more common.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Myth or Fact: </w:t>
      </w:r>
      <w:r>
        <w:rPr>
          <w:rFonts w:ascii="Cambria" w:hAnsi="Cambria"/>
          <w:b/>
          <w:i w:val="0"/>
          <w:color w:val="FFFFFF"/>
          <w:sz w:val="20"/>
          <w:u w:val="none"/>
        </w:rPr>
        <w:t>Myth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There is a lack of quantitative data on retail orders and there is no correlation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the percentage of .00 appearances in 2021 of GME (61.06%) and AMC (13.51%).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we go further, I think it's important to understand the reasoning. The idea here is twofold: First,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is more likely to place orders ending in .00, and second retail’s tremendous support of GME leads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 larger influence of the .00 price point. There is no exact data that I was able to find on the first point,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second is conjecture based on the first. It’s tough to tackle this directly.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for retail placing orders ending in .00, It’s unreasonable for me to come to any conclusion on this.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see a large number of posts educating users on limit orders versus market orders. That tells me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retail investors that are purchasing stock at .00 price points may be smaller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anticipated. There is also an affinity for .69 and 4.20 tail ends as well. Since I can't prove or disprove this,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tackle the second part.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second part, I would assume the same trend of greater .00 appearances due to increased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support would also be seen in the movie stock. That wasn’t the case.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recap of GME's % of trading days with .00 appearances: </w:t>
      </w:r>
    </w:p>
    <w:p>
      <w:bookmarkStart w:id="176" w:name="pg175"/>
      <w:pPr>
        <w:keepLines w:val="0"/>
        <w:pageBreakBefore/>
        <w:widowControl w:val="0"/>
        <w:spacing w:before="0" w:after="0"/>
        <w:jc w:val="center"/>
      </w:pPr>
      <w:bookmarkEnd w:id="176"/>
      <w:r>
        <w:drawing>
          <wp:inline xmlns:a="http://schemas.openxmlformats.org/drawingml/2006/main" xmlns:pic="http://schemas.openxmlformats.org/drawingml/2006/picture">
            <wp:extent cx="5943600" cy="3904615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other stock's rate of .00 appearances: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010409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04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2021, it currently sits at 13.51% appearance of .00 key price points, an increase of only +2%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8-year average. Even with recent movements, there has not been an increase in .00 appearances.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wasn’t enough for me. We all know GME is the real play, so this didn’t seem like a fair comparison.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wanted to take it a step further and attempt to track how much retail interest or hype around a 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play into the appearance of .00 price points.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Reason for .00 #3.00 | Large movements in a stock’s price lead to more .00 appearances.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the statement backed by data: </w:t>
      </w:r>
      <w:r>
        <w:rPr>
          <w:rFonts w:ascii="Cambria" w:hAnsi="Cambria"/>
          <w:b/>
          <w:i w:val="0"/>
          <w:color w:val="FFFFFF"/>
          <w:sz w:val="20"/>
          <w:u w:val="none"/>
        </w:rPr>
        <w:t>No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compiled a total of 106 trading years and tracked the spread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Minimum Open Price and Maximum Open Price for each year compared to that year’s percentage of 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appearances and see no relation. </w:t>
      </w:r>
    </w:p>
    <w:p>
      <w:bookmarkStart w:id="177" w:name="pg17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7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Myth or Fact: </w:t>
      </w:r>
      <w:r>
        <w:rPr>
          <w:rFonts w:ascii="Cambria" w:hAnsi="Cambria"/>
          <w:b/>
          <w:i w:val="0"/>
          <w:color w:val="FFFFFF"/>
          <w:sz w:val="20"/>
          <w:u w:val="none"/>
        </w:rPr>
        <w:t>Myth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Although GME’s stock price is rising as we approach the MOASS and we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seeing an increase of .00 price points, it appears to only be a coincidence.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 a fun one to tackle. How do I compare GME, a once-in-a-ever opportunity, to other stocks?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felt that the larger the spread between Min. Open Price and Max Open Price in a given year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 a good telling of a stock’s movement and potential retail hype. I believe that the larger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spread, the more retail hype there would be. I then compared the spread to the percent of trading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.00 appearance.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uncovered that the appearance of .00s doesn’t appear to relate to a more volatile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Years with the lowest spread of Min Open price to Max Open Price: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312409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124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Years with the highest spread of Min Open Price to Max Open Price. </w:t>
      </w:r>
    </w:p>
    <w:p>
      <w:bookmarkStart w:id="178" w:name="pg177"/>
      <w:pPr>
        <w:keepLines w:val="0"/>
        <w:pageBreakBefore/>
        <w:widowControl w:val="0"/>
        <w:spacing w:before="0" w:after="0"/>
        <w:jc w:val="center"/>
      </w:pPr>
      <w:bookmarkEnd w:id="178"/>
      <w:r>
        <w:drawing>
          <wp:inline xmlns:a="http://schemas.openxmlformats.org/drawingml/2006/main" xmlns:pic="http://schemas.openxmlformats.org/drawingml/2006/picture">
            <wp:extent cx="5943600" cy="552704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Across the board, there is a pretty flat rate of 12% of trading days seeing a .00 key price point.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2021, GME saw a minimum open price of $17.34 and a maximum open price of $379.71, an increase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21X. And what is GME’s percentage of days in 2021 with a .00 key price point? 61.06%.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largest one-year spread (until GME has its way with me) I found was in OSTK in 2020. I saw a low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$2.54 and a high of $124.65, an increase of 49X. Yet, OSTK’s percentage of days in 2020 with a .00 key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point was only 14.62%.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reason #2.00 was more inconclusive because of a lack of data, reason #3.00 can clearly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dismissed as false. There is no relation between a stock's open spread in a given year with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percentage of trading days with .00 appearances.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all I have for now. There are no dates or prices this data allows us to spectate on, but it does show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something is fishy. </w:t>
      </w:r>
    </w:p>
    <w:p>
      <w:bookmarkStart w:id="179" w:name="pg17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7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applaud you for making it through this data-heavy DD. As I mentioned at the start of my post, I'm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done yet. I think there is more here as the frequency of these .00s is steadily increasing. In my next post,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be mapping GME’s .00 price point frequency to the FTD cycle.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 look to you, ape. Please help me out by providing further reasoning as to why GME might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seeing .00 price points. I'm happy to do further research, discuss, and add another wrinkle to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smooth brain of mine. I want every piece to this .00 puzzle.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OBV does not lie. The price is </w:t>
      </w:r>
    </w:p>
    <w:p>
      <w:pPr>
        <w:keepLines w:val="0"/>
        <w:widowControl w:val="0"/>
        <w:spacing w:before="93" w:after="0" w:lineRule="exact" w:line="493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>WRONG!</w:t>
      </w: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  </w:t>
      </w:r>
      <w:r>
        <w:rPr>
          <w:rFonts w:ascii="Calibri" w:hAnsi="Calibri"/>
          <w:b/>
          <w:i w:val="0"/>
          <w:color w:val="FFFFFF"/>
          <w:sz w:val="48"/>
          <w:u w:val="none"/>
        </w:rPr>
        <w:t>HODL!</w:t>
      </w: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 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Apes, Bones here, im going to explain what exactly the OBV is, what it does and how it pertains to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GME.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87" w:after="0"/>
        <w:ind w:left="1612"/>
      </w:pPr>
      <w:r>
        <w:drawing>
          <wp:inline xmlns:a="http://schemas.openxmlformats.org/drawingml/2006/main" xmlns:pic="http://schemas.openxmlformats.org/drawingml/2006/picture">
            <wp:extent cx="3594734" cy="2042159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3594734" cy="2042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is the OBV? Well OBV stands for “On Balance Volume” 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•On Balance Volume (OBV) measures buying and selling pressure as a cumulative indicator that adds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on up days and subtracts volume on down days. 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⚠️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The actual value of the OBV is unimportant; concentrate on its direction.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⚠️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both price and OBV are making higher peaks and higher troughs, the upward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trend is likely to continue.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both price and OBV are making lower peaks and lower troughs, the downward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trend is likely to continue.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a trading range, if the OBV is rising, accumulation may be taking place—a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warning of an upward breakout. </w:t>
      </w:r>
    </w:p>
    <w:p>
      <w:bookmarkStart w:id="180" w:name="pg179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180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a trading range, if the OBV is falling, distribution may be taking place—a warning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 downward breakout.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price continues to make higher peaks and OBV fails to make higher peaks,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upward trend is likely to stall or fail. This is called a negative divergence.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price continues to make lower troughs and OBV fails to make lower troughs,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downward trend is likely to stall or fail. This is called a positive divergence.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74">
        <w:r>
          <w:rPr>
            <w:rFonts w:ascii="Cambria" w:hAnsi="Cambria"/>
            <w:sz w:val="20"/>
            <w:color w:val="FFFFFF"/>
            <w:u/>
          </w:rPr>
          <w:t>https://www.fidelity.com/learning-center/trading-investing/technical-analysis/technical-indicator-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74">
        <w:r>
          <w:rPr>
            <w:rFonts w:ascii="Cambria" w:hAnsi="Cambria"/>
            <w:sz w:val="20"/>
            <w:color w:val="FFFFFF"/>
            <w:u/>
          </w:rPr>
          <w:t xml:space="preserve">guide/OBV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you have a brief idea of what OBV stands for and how its used in technical analysis i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present how to use it as an indicator for GME price action.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if you look at the (180/1 day) chart for GME you will see that the price of GME is going down (at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moment).... BUT, the OBV is staying flat and actually continuing its upward pattern ever so slightly.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3957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9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(GME OBV 180 day chart)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“But why would the price go down if the OBV is going up or staying flat?” </w:t>
      </w:r>
    </w:p>
    <w:p>
      <w:pPr>
        <w:keepLines w:val="0"/>
        <w:widowControl w:val="0"/>
        <w:spacing w:before="342" w:after="0"/>
        <w:jc w:val="center"/>
      </w:pPr>
      <w:r>
        <w:drawing>
          <wp:inline xmlns:a="http://schemas.openxmlformats.org/drawingml/2006/main" xmlns:pic="http://schemas.openxmlformats.org/drawingml/2006/picture">
            <wp:extent cx="3723004" cy="2078354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3723004" cy="2078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Vlad the stock impaler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Thats because there is actually buying pressure outweighing the selling pressure or coming damn near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 to being even!  </w:t>
      </w:r>
    </w:p>
    <w:p>
      <w:bookmarkStart w:id="181" w:name="pg18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8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-There are many great DDs out there explaining how hedgies use ETFs to short gamestop. In my opinion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the OBV is indicating that YOU, the Diamond Handed Apes are HODLING your shares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more that the OBV is staying up do to holding and buying pressure, and it proves that the price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indeed WRONG! 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Hedgies are shorting gamestop through ETFs/ Dark Pools to artificially deflate the price, this keeps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of GME down temporarily until they stop, once they stop shorting ETFs, GME begins uptrending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of buying pressure. There are no more shares available to short Gamestop (GME), so they resort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shorting ETFs that contain GME like XRT which is a big one. this does not effect the volume on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 hedgies are shorting ETFs, not GME directly, therefore the price of GME deflates but the OBV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showing otherwise. This is only a temporary fix for the hedgies. They are FUK either way.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leads me to believe the price is 100% WRONG! Hedgies are trying to get Apes to paper hand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sell. And Apes are proving that it takes nothing to HOLD, and costs them everything to kick the can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road. </w:t>
      </w:r>
    </w:p>
    <w:p>
      <w:pPr>
        <w:keepLines w:val="0"/>
        <w:widowControl w:val="0"/>
        <w:spacing w:before="307" w:after="0"/>
        <w:jc w:val="center"/>
      </w:pPr>
      <w:r>
        <w:drawing>
          <wp:inline xmlns:a="http://schemas.openxmlformats.org/drawingml/2006/main" xmlns:pic="http://schemas.openxmlformats.org/drawingml/2006/picture">
            <wp:extent cx="4124959" cy="1953259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4124959" cy="1953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66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Listen here hedgies, you cant kick the can down the road forever, DIAMOND HANDS got you beat.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costs nothing to hodl these shares to the moon and it will cost you everything to try and make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paper hand.  </w:t>
      </w:r>
    </w:p>
    <w:p>
      <w:pPr>
        <w:keepLines w:val="0"/>
        <w:widowControl w:val="0"/>
        <w:spacing w:before="325" w:after="0"/>
        <w:jc w:val="center"/>
      </w:pPr>
      <w:r>
        <w:drawing>
          <wp:inline xmlns:a="http://schemas.openxmlformats.org/drawingml/2006/main" xmlns:pic="http://schemas.openxmlformats.org/drawingml/2006/picture">
            <wp:extent cx="3435984" cy="1851659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3435984" cy="1851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Diamond Hands (APES OWN THE FLOAT....and then some) </w:t>
      </w:r>
    </w:p>
    <w:p>
      <w:bookmarkStart w:id="182" w:name="pg181"/>
      <w:pPr>
        <w:keepLines w:val="0"/>
        <w:pageBreakBefore/>
        <w:widowControl w:val="0"/>
        <w:spacing w:before="71" w:after="0" w:lineRule="exact" w:line="247"/>
        <w:ind w:left="0" w:right="-60"/>
      </w:pPr>
      <w:bookmarkEnd w:id="182"/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📈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As for me, I like the stock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📈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Hedies R Fuk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you on the moon Apes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-Boner out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✌️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(If i missed something or if anyone has info to add please leave it in the comments or DM me and i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 it)  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❌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Obligatory: *not financial advise*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❌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0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T+35 is the one true "cycle" [Evidence to back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my theory up plus a step-by-step guide on how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to follow along at home]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This post is for educational purposes only. Do your own research and make your own decisions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acting on them. Just because this information is correct now, doesn’t mean it will be correct every other 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HFs have a lot of tricks. No one knows what will come next...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EDIT10 (6/21): It is more clear to me now that ETF FTD's do not behave the same as the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FTDs that I use as examples. The ETF FTDs are a work in progress. The ETF FTDs should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weighted as well. If you find a pattern in the ETF FTDs, I'm open to hearing it!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Every spike that is seen can be traced back to T+35.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 show 1 min spikes to back this claim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 provide a guide on how to setup this data yourself.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Preface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Almost 2 weeks ago, I posted some DD about T+35.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79">
        <w:r>
          <w:rPr>
            <w:rFonts w:ascii="Cambria" w:hAnsi="Cambria"/>
            <w:sz w:val="20"/>
            <w:color w:val="FFFFFF"/>
            <w:u/>
          </w:rPr>
          <w:t xml:space="preserve">T+21 is NOT actually a thing! [Counter DD]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claim that T+35 is the only T+X that is important, and other T+X “cycles” are actually just from T+35.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concept goes against the general consensus, so as expected... I got mixed reviews. Since then I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seen a different T+X, T+Y, T+Z theory every day, but there is always a catch or some sort of guessing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applied. Or the cycle is T+21 one month, but T+19 the other month. As you may imagine, this has gotten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frustrating for me. There is no shade being thrown at other DD writers. I just want everyone to realize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simple this is so we can all be on the same page. </w:t>
      </w:r>
    </w:p>
    <w:p>
      <w:bookmarkStart w:id="183" w:name="pg182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183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My T+35 theory doesn’t have guess work. It works every time and it’s based on free data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anyone can get.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this post, I will show you how. (I know this is starting to sound like an infomercial,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stick with me)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Where my T+35 theory comes from...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Reg SHO Rule 204</w:t>
      </w:r>
      <w:hyperlink r:id="rId480">
        <w:r>
          <w:rPr>
            <w:rFonts w:ascii="Cambria" w:hAnsi="Cambria"/>
            <w:sz w:val="20"/>
            <w:color w:val="FFFFFF"/>
            <w:u/>
          </w:rPr>
          <w:t xml:space="preserve"> (https://www.law.cornell.edu/cfr/text/17/242.204) states HFs need to cover their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“before regular trading hours on the 35th day after the FTD date”. My T+35 theory shows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wait until the last possible day to cover, so the 34th day after the FTD date (this is why our third column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formula was “=A1 + </w:t>
      </w:r>
      <w:r>
        <w:rPr>
          <w:rFonts w:ascii="Cambria" w:hAnsi="Cambria"/>
          <w:b/>
          <w:i w:val="0"/>
          <w:color w:val="FFFFFF"/>
          <w:sz w:val="20"/>
          <w:u w:val="none"/>
        </w:rPr>
        <w:t>34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”). If the 34th day lands on a weekend or holiday, bump it forward to the next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business 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 SHO states that you cannot short a stock if you have FTDs open. Once the FTDs get covered 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day, GME’s price will not return to that point.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That’s it. That’s all you need.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It’s as simple as…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the FTD data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 34 calendar days (FTDs need to be covered BEFORE the 35th day)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FTDs will be bought all at once on that trading day.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Oh, you want to see an example?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sure.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picked out days from April because the FTDs are large and the volume was small. It is very easy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pick them out.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about… </w:t>
      </w:r>
      <w:r>
        <w:rPr>
          <w:rFonts w:ascii="Cambria" w:hAnsi="Cambria"/>
          <w:b/>
          <w:i w:val="0"/>
          <w:color w:val="FFFFFF"/>
          <w:sz w:val="20"/>
          <w:u w:val="none"/>
        </w:rPr>
        <w:t>April 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32,220 FTDs need to be covered. The day’s volume was low, but there was a 1m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spike at 12:23 EST of 39,000. GME’s price never came back afterward. </w:t>
      </w:r>
    </w:p>
    <w:p>
      <w:pPr>
        <w:keepLines w:val="0"/>
        <w:widowControl w:val="0"/>
        <w:spacing w:before="310" w:after="0"/>
        <w:ind w:left="0"/>
      </w:pPr>
      <w:r>
        <w:drawing>
          <wp:inline xmlns:a="http://schemas.openxmlformats.org/drawingml/2006/main" xmlns:pic="http://schemas.openxmlformats.org/drawingml/2006/picture">
            <wp:extent cx="5728969" cy="1649095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5728969" cy="1649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4" w:name="pg183"/>
      <w:pPr>
        <w:keepLines w:val="0"/>
        <w:pageBreakBefore/>
        <w:widowControl w:val="0"/>
        <w:spacing w:before="0" w:after="0"/>
        <w:jc w:val="center"/>
      </w:pPr>
      <w:bookmarkEnd w:id="184"/>
      <w:r>
        <w:drawing>
          <wp:inline xmlns:a="http://schemas.openxmlformats.org/drawingml/2006/main" xmlns:pic="http://schemas.openxmlformats.org/drawingml/2006/picture">
            <wp:extent cx="5943600" cy="3604259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4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April 19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140,554 FTDs need to be covered. GME was rising quite fast on it’s own. Remember, they can’t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a stock when they have FTDs that need to be covered. So at 10:25 EST, There was a big jump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up to 160k and then the price dropped for the rest of the day. </w:t>
      </w:r>
    </w:p>
    <w:p>
      <w:pPr>
        <w:keepLines w:val="0"/>
        <w:widowControl w:val="0"/>
        <w:spacing w:before="311" w:after="0"/>
        <w:ind w:left="0"/>
      </w:pPr>
      <w:r>
        <w:drawing>
          <wp:inline xmlns:a="http://schemas.openxmlformats.org/drawingml/2006/main" xmlns:pic="http://schemas.openxmlformats.org/drawingml/2006/picture">
            <wp:extent cx="5705475" cy="156337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563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5" w:name="pg184"/>
      <w:pPr>
        <w:keepLines w:val="0"/>
        <w:pageBreakBefore/>
        <w:widowControl w:val="0"/>
        <w:spacing w:before="0" w:after="0"/>
        <w:jc w:val="center"/>
      </w:pPr>
      <w:bookmarkEnd w:id="185"/>
      <w:r>
        <w:drawing>
          <wp:inline xmlns:a="http://schemas.openxmlformats.org/drawingml/2006/main" xmlns:pic="http://schemas.openxmlformats.org/drawingml/2006/picture">
            <wp:extent cx="5943600" cy="34036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see? It's that easy!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Meh... this seems like a coincidence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fine... I'll keep going.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April 16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- 46,344 FTDs </w:t>
      </w:r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5705475" cy="1281429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281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6" w:name="pg185"/>
      <w:pPr>
        <w:keepLines w:val="0"/>
        <w:pageBreakBefore/>
        <w:widowControl w:val="0"/>
        <w:spacing w:before="0" w:after="0"/>
        <w:jc w:val="center"/>
      </w:pPr>
      <w:bookmarkEnd w:id="186"/>
      <w:r>
        <w:drawing>
          <wp:inline xmlns:a="http://schemas.openxmlformats.org/drawingml/2006/main" xmlns:pic="http://schemas.openxmlformats.org/drawingml/2006/picture">
            <wp:extent cx="5943600" cy="34036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April 15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- 155,658 FTDs </w:t>
      </w:r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5689600" cy="1484629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14846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7" w:name="pg186"/>
      <w:pPr>
        <w:keepLines w:val="0"/>
        <w:pageBreakBefore/>
        <w:widowControl w:val="0"/>
        <w:spacing w:before="0" w:after="0"/>
        <w:jc w:val="center"/>
      </w:pPr>
      <w:bookmarkEnd w:id="187"/>
      <w:r>
        <w:drawing>
          <wp:inline xmlns:a="http://schemas.openxmlformats.org/drawingml/2006/main" xmlns:pic="http://schemas.openxmlformats.org/drawingml/2006/picture">
            <wp:extent cx="5943600" cy="3521709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1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April 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Two days needed to be covered this day because 4/4 was a weekend. At 1:25, there was an 83k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spike followed by a couple 100k-150k volume candles. </w:t>
      </w:r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5705475" cy="1774190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774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8" w:name="pg187"/>
      <w:pPr>
        <w:keepLines w:val="0"/>
        <w:pageBreakBefore/>
        <w:widowControl w:val="0"/>
        <w:spacing w:before="0" w:after="0"/>
        <w:jc w:val="center"/>
      </w:pPr>
      <w:bookmarkEnd w:id="188"/>
      <w:r>
        <w:drawing>
          <wp:inline xmlns:a="http://schemas.openxmlformats.org/drawingml/2006/main" xmlns:pic="http://schemas.openxmlformats.org/drawingml/2006/picture">
            <wp:extent cx="5943600" cy="3503929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3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0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April 30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- 86,859 FTDs. This one got split between two minutes on my chart. The average 1m volume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between 30k-40k shares. And then there are two 70k-80k volume candles at 9:50-9:51 am.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51830" cy="1844675"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1844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9" w:name="pg188"/>
      <w:pPr>
        <w:keepLines w:val="0"/>
        <w:pageBreakBefore/>
        <w:widowControl w:val="0"/>
        <w:spacing w:before="0" w:after="0"/>
        <w:jc w:val="center"/>
      </w:pPr>
      <w:bookmarkEnd w:id="189"/>
      <w:r>
        <w:drawing>
          <wp:inline xmlns:a="http://schemas.openxmlformats.org/drawingml/2006/main" xmlns:pic="http://schemas.openxmlformats.org/drawingml/2006/picture">
            <wp:extent cx="5943600" cy="3162300"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can keep going. These are the easy ones to spot </w:t>
      </w:r>
      <w:r>
        <w:rPr>
          <w:rFonts w:ascii="Cambria" w:hAnsi="Cambria"/>
          <w:b w:val="0"/>
          <w:i/>
          <w:color w:val="FFFFFF"/>
          <w:sz w:val="20"/>
          <w:u w:val="none"/>
        </w:rPr>
        <w:t>just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April.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So what about ETF FTDs?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 with large ETF FTDs also see spikes like this. But it doesn’t convert well enough to show.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instance, 1.9 million ETF FTDs might convert to a 120,000 share GME spike. If someone wants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 this research and find a way to convert the ETF FTD count into GME shares, go ahead.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Why do some days lead to large gains and some days drop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immediately after the FTD cover?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wrote about that in my last DD: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93">
        <w:r>
          <w:rPr>
            <w:rFonts w:ascii="Cambria" w:hAnsi="Cambria"/>
            <w:sz w:val="20"/>
            <w:color w:val="FFFFFF"/>
            <w:u/>
          </w:rPr>
          <w:t xml:space="preserve">SLD DD [A predictable monthly pinch on capital leading to GME gains]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here’s what you need to know if you can’t read two DDs in a row: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a period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starts on Wednesday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before monthly options expiration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  <w:r>
        <w:rPr>
          <w:rFonts w:ascii="Cambria" w:hAnsi="Cambria"/>
          <w:b/>
          <w:i w:val="0"/>
          <w:color w:val="FFFFFF"/>
          <w:sz w:val="20"/>
          <w:u w:val="none"/>
        </w:rPr>
        <w:t>extends to 9 days after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monthly options expiration where the 30 largest financial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companies need to </w:t>
      </w:r>
      <w:r>
        <w:rPr>
          <w:rFonts w:ascii="Cambria" w:hAnsi="Cambria"/>
          <w:b/>
          <w:i w:val="0"/>
          <w:color w:val="FFFFFF"/>
          <w:sz w:val="20"/>
          <w:u w:val="none"/>
        </w:rPr>
        <w:t>make large deposits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the NSCC.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those days, they have </w:t>
      </w:r>
      <w:r>
        <w:rPr>
          <w:rFonts w:ascii="Cambria" w:hAnsi="Cambria"/>
          <w:b/>
          <w:i w:val="0"/>
          <w:color w:val="FFFFFF"/>
          <w:sz w:val="20"/>
          <w:u w:val="none"/>
        </w:rPr>
        <w:t>less money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need to be careful not to spend more or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will get </w:t>
      </w:r>
      <w:r>
        <w:rPr>
          <w:rFonts w:ascii="Cambria" w:hAnsi="Cambria"/>
          <w:b/>
          <w:i w:val="0"/>
          <w:color w:val="FFFFFF"/>
          <w:sz w:val="20"/>
          <w:u w:val="none"/>
        </w:rPr>
        <w:t>liquidity called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Meaning T+35’s with large FTD days that fall in the SLD period will increase GME’s price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lot more than large FTD days that fall out of the SLD period.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Once the price of GME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rises within the SLD period, it does not come back down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until 2 days before the end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SLD.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even mapped out the SLD periods: </w:t>
      </w:r>
    </w:p>
    <w:p>
      <w:bookmarkStart w:id="190" w:name="pg189"/>
      <w:pPr>
        <w:keepLines w:val="0"/>
        <w:pageBreakBefore/>
        <w:widowControl w:val="0"/>
        <w:spacing w:before="0" w:after="0"/>
        <w:jc w:val="center"/>
      </w:pPr>
      <w:bookmarkEnd w:id="190"/>
      <w:r>
        <w:drawing>
          <wp:inline xmlns:a="http://schemas.openxmlformats.org/drawingml/2006/main" xmlns:pic="http://schemas.openxmlformats.org/drawingml/2006/picture">
            <wp:extent cx="5943600" cy="2518410"/>
            <wp:docPr id="130" name="Picture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8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5-10 is the biggest spike outside of SLD. Those can be associated with ETF FTDs. </w:t>
      </w:r>
    </w:p>
    <w:p>
      <w:pPr>
        <w:keepLines w:val="0"/>
        <w:widowControl w:val="0"/>
        <w:spacing w:before="312" w:after="0"/>
        <w:ind w:left="0"/>
      </w:pPr>
      <w:r>
        <w:drawing>
          <wp:inline xmlns:a="http://schemas.openxmlformats.org/drawingml/2006/main" xmlns:pic="http://schemas.openxmlformats.org/drawingml/2006/picture">
            <wp:extent cx="5689600" cy="2586990"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2586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How do I see this for myself? </w:t>
      </w:r>
    </w:p>
    <w:p>
      <w:pPr>
        <w:keepLines w:val="0"/>
        <w:widowControl w:val="0"/>
        <w:spacing w:before="61" w:after="0" w:lineRule="exact" w:line="246"/>
        <w:ind w:left="0" w:right="-60"/>
      </w:pPr>
      <w:hyperlink r:id="rId496">
        <w:r>
          <w:rPr>
            <w:rFonts w:ascii="Cambria" w:hAnsi="Cambria"/>
            <w:sz w:val="20"/>
            <w:color w:val="FFFFFF"/>
            <w:u/>
          </w:rPr>
          <w:t xml:space="preserve">Download the FTD data from the SEC: https://www.sec.gov/data/foiadocsfailsdatahtm and pull out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line with GME and every line of the ETFs GME are in. But that’s a lot of work. Luckily, a lovely ape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name of u/nequin made a website to do this all for you.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the FTD data: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497">
        <w:r>
          <w:rPr>
            <w:rFonts w:ascii="Cambria" w:hAnsi="Cambria"/>
            <w:sz w:val="20"/>
            <w:color w:val="FFFFFF"/>
            <w:u/>
          </w:rPr>
          <w:t xml:space="preserve">Go to https://failedtodeliver.com/?symbols=GME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a spreadsheet.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 A is the FTD date.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 B is “=A1+34” and fill down.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 C is the number of GME FTDs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 D is the number of ETF FTDs </w:t>
      </w:r>
    </w:p>
    <w:p>
      <w:bookmarkStart w:id="191" w:name="pg190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191"/>
      <w:r>
        <w:rPr>
          <w:rFonts w:ascii="Cambria" w:hAnsi="Cambria"/>
          <w:b/>
          <w:i w:val="0"/>
          <w:color w:val="FFFFFF"/>
          <w:sz w:val="20"/>
          <w:u w:val="none"/>
        </w:rPr>
        <w:t>ETFs with 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98">
        <w:r>
          <w:rPr>
            <w:rFonts w:ascii="Cambria" w:hAnsi="Cambria"/>
            <w:sz w:val="20"/>
            <w:color w:val="FFFFFF"/>
            <w:u/>
          </w:rPr>
          <w:t>https://failedtodeliver.com/?symbols=GAMR,XRT,RETL,XSVM,VIOV,RWJ,VIOO,PSCD,VIOG,VTWV,IUSS,V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98">
        <w:r>
          <w:rPr>
            <w:rFonts w:ascii="Cambria" w:hAnsi="Cambria"/>
            <w:sz w:val="20"/>
            <w:color w:val="FFFFFF"/>
            <w:u/>
          </w:rPr>
          <w:t>CR,VTWO,SFYF,IWC,EWSC,SYLD,PRF,RALS,FNDX,FNDB,VBR,IJS,XJR,NUSC,SLYV,IJR,SPSM,SLY,FLQS,IJT,G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98">
        <w:r>
          <w:rPr>
            <w:rFonts w:ascii="Cambria" w:hAnsi="Cambria"/>
            <w:sz w:val="20"/>
            <w:color w:val="FFFFFF"/>
            <w:u/>
          </w:rPr>
          <w:t>SSC,SLYG,VXF,NVQ,IWN,ESML,VB,SAA,DMRS,BBSC,OMFS,FDIS,STSB,SSLY,IWM,SCHA,PBSM,UWM,VTHR,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98">
        <w:r>
          <w:rPr>
            <w:rFonts w:ascii="Cambria" w:hAnsi="Cambria"/>
            <w:sz w:val="20"/>
            <w:color w:val="FFFFFF"/>
            <w:u/>
          </w:rPr>
          <w:t xml:space="preserve">URTY,VTI,TILT,VLU,HDG,AVUS,MMTM,DSI,SPTM,IWV,SCHB,ITOT,DFAU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7: I posted my dataset for the people who want to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99">
        <w:r>
          <w:rPr>
            <w:rFonts w:ascii="Cambria" w:hAnsi="Cambria"/>
            <w:sz w:val="20"/>
            <w:color w:val="FFFFFF"/>
            <w:u/>
          </w:rPr>
          <w:t xml:space="preserve">compare. https://www.reddit.com/user/dentisttft/comments/o1k5s4/t35_dataset/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9: There were some issues brought up in the data. But they shouldn't be issues. Trust the files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00">
        <w:r>
          <w:rPr>
            <w:rFonts w:ascii="Cambria" w:hAnsi="Cambria"/>
            <w:sz w:val="20"/>
            <w:color w:val="FFFFFF"/>
            <w:u/>
          </w:rPr>
          <w:t xml:space="preserve">or failedtodeliver.com, they are the same.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 6: IT HAS BEEN BROUGHT TO MY ATTENTION THAT THE WEBSITE IS OFF BY ONE DAY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STARTING IN APRIL. PROBABLY BECAUSE OF THE HOLIDAY. I HAVE TAGGED THE PERSON WHO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CREATED IT. SO MAKE SURE YOU DOUBLE CHECK SOME DAYS WITH THE FILES UNTIL ITS FIXED.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 8: APPARENTLY THE WEBSITE USES THE FILES, SO EDIT 6 IS NOT COMPLETELY CORRECT.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IS A DISCREPENCY BETWEEN THE FILES/FAILEDTODELIVER.COM AND THE SEC'S FTD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01">
        <w:r>
          <w:rPr>
            <w:rFonts w:ascii="Cambria" w:hAnsi="Cambria"/>
            <w:sz w:val="20"/>
            <w:color w:val="FFFFFF"/>
            <w:b/>
            <w:u/>
          </w:rPr>
          <w:t>GRAPH.https://sec.report/fails.php?tc=gme</w:t>
        </w:r>
      </w:hyperlink>
      <w:hyperlink r:id="rId50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FILES SKIP APRIL 21 (WHICH IN MY OPINION MEANS ZERO) AND HAVE APRIL 30,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GRAPH WEBSITE HAS APRIL 21 AND SKIPS APRIL 30. SO I THINK THE GRAPH WEBSITE MIGHT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INCORRECT.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Notes: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 A is the settlement date when the share officially becomes an FTD.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 B is the last possible day to cover the FTD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spreadsheet looks like this… </w:t>
      </w:r>
    </w:p>
    <w:p>
      <w:bookmarkStart w:id="192" w:name="pg191"/>
      <w:pPr>
        <w:keepLines w:val="0"/>
        <w:pageBreakBefore/>
        <w:widowControl w:val="0"/>
        <w:spacing w:before="0" w:after="0"/>
        <w:ind w:left="0"/>
      </w:pPr>
      <w:bookmarkEnd w:id="192"/>
      <w:r>
        <w:drawing>
          <wp:inline xmlns:a="http://schemas.openxmlformats.org/drawingml/2006/main" xmlns:pic="http://schemas.openxmlformats.org/drawingml/2006/picture">
            <wp:extent cx="5728969" cy="3001010"/>
            <wp:docPr id="132" name="Picture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5728969" cy="3001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Now what? </w:t>
      </w:r>
    </w:p>
    <w:p>
      <w:pPr>
        <w:keepLines w:val="0"/>
        <w:widowControl w:val="0"/>
        <w:spacing w:before="54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Google search “what is today’s date”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Find that date in column 2 (the +34 day)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Follow this flow chart. </w:t>
      </w:r>
    </w:p>
    <w:p>
      <w:bookmarkStart w:id="193" w:name="pg192"/>
      <w:pPr>
        <w:keepLines w:val="0"/>
        <w:pageBreakBefore/>
        <w:widowControl w:val="0"/>
        <w:spacing w:before="0" w:after="0"/>
        <w:ind w:left="0"/>
      </w:pPr>
      <w:bookmarkEnd w:id="193"/>
      <w:r>
        <w:drawing>
          <wp:inline xmlns:a="http://schemas.openxmlformats.org/drawingml/2006/main" xmlns:pic="http://schemas.openxmlformats.org/drawingml/2006/picture">
            <wp:extent cx="3712209" cy="8026400"/>
            <wp:docPr id="133" name="Picture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3712209" cy="802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my experience, a “large number of FTDs” is 70,000+ for GME FTDs or 1-1.5 million FTDs for ETFs. </w:t>
      </w:r>
    </w:p>
    <w:p>
      <w:bookmarkStart w:id="194" w:name="pg19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9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this is not guaranteed. This is just based on patterns I’ve seen. There are plenty of tricks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have not been shown. Don’t do something stupid based on this data, its for education purposes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Should my tits be jacked!?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the new data for this next week... Use your new knowledge from this post and you decide!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252595"/>
            <wp:docPr id="134" name="Picture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2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EDIT5: Fixed the hightlighted section. Accidentally had June 15th in there when it shouldn't be. </w:t>
      </w:r>
    </w:p>
    <w:p>
      <w:pPr>
        <w:keepLines w:val="0"/>
        <w:widowControl w:val="0"/>
        <w:spacing w:before="69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FAQ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New FTD data just came out yesterday. So what about June?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ETF FTDs are quite large for the next 5-7 trading days. Combine that with SLD starting on June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16 17, things look good.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EDIT5: Accidentally had the wrong date typed here and the wrong dates highlighted in the photo.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Why do the last two days of SLD not behave the same as the other days?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sure. My guess is that HFs have 2 days to pay a liquidity call. So there’s no point in liquidity calling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when they are about to get their money back. It also usually is at the end of the week when option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premiums get extremely high, less calls are bought, and gamma ramp slows down. </w:t>
      </w:r>
    </w:p>
    <w:p>
      <w:bookmarkStart w:id="195" w:name="pg19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195"/>
      <w:r>
        <w:rPr>
          <w:rFonts w:ascii="Cambria" w:hAnsi="Cambria"/>
          <w:b/>
          <w:i w:val="0"/>
          <w:color w:val="FFFFFF"/>
          <w:sz w:val="20"/>
          <w:u w:val="none"/>
        </w:rPr>
        <w:t>How long does it take before GME/ETFs show up as FTDs?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become FTDs when the trade settles. So for GME FTDs, its T+2. For ETF’s, its T+6. (shoutout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u/karasuuchiha for pointing out the ETF settlement time to me)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causes GME FTDs?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where the idea of “cycles” comes from. When FTDs fall in SLD and GME spikes, it creates a lot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ITM call options. When those call options are exercised on Friday, they become FTDs upon settling (T+2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settlement). </w:t>
      </w:r>
      <w:r>
        <w:rPr>
          <w:rFonts w:ascii="Cambria" w:hAnsi="Cambria"/>
          <w:b w:val="0"/>
          <w:i/>
          <w:color w:val="FFFFFF"/>
          <w:sz w:val="20"/>
          <w:u w:val="none"/>
        </w:rPr>
        <w:t>Note: Buying and selling option contracts settle in T+1, but exercising contracts is T+2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causes a lot of new FTDs that need to be covered in 34 more days.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Thus creating an obsession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“cycles” and why other “T+X cycle” theories fall short.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It’s literally just ITM options from the last SLD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+ FTD spike price increase will create new FTDs on Tuesday (or Wednesday with a holiday).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causes ETF FTDs?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SSR!!! Remember all those days when SSR didn’t stop GME from going down? It’s because GME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shorted through the ETFs causing ETF FTDs 6 days later when they settle. It did something, it’s just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immediately seen.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I’m still not buying it. There are definitely spikes every 21 days!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I tried. Erase what you know about T+21 cycles and try to understand and apply this post.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maybe you will eventually see what I see.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about Net Capital?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don’t know. I avoid FINRA things because in the end… it’s just FINRA. This is based off of NSCC rules.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I’ve found enough correlation in only using FTDs and SLD that I didn’t think I needed to look into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too much. They could definitely both be happening, but in the end, I don’t think it’s too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important. I’m open to someone changing my mind on this if you can show me the data (not the rules)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support that Net Capital has more correlation than SLD.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else should I know?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 204 says the 35 day exception applies when you have a long position on the stock. If they’re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shorting, how do they get to say they have a long position? I have a theory, but nothing concrete.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TL;DR is at the top of the post you sweet, tender, smooth-brained ape.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I have more eyes on my posts, I’m hoping this theory sticks better than the first time. In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opinion, getting distracted on other types of cycles is diluting focus.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pce~~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05">
        <w:r>
          <w:rPr>
            <w:rFonts w:ascii="Cambria" w:hAnsi="Cambria"/>
            <w:sz w:val="20"/>
            <w:color w:val="FFFFFF"/>
            <w:u/>
          </w:rPr>
          <w:t xml:space="preserve">u/dentisttft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06">
        <w:r>
          <w:rPr>
            <w:rFonts w:ascii="Cambria" w:hAnsi="Cambria"/>
            <w:sz w:val="20"/>
            <w:color w:val="FFFFFF"/>
            <w:u/>
          </w:rPr>
          <w:t xml:space="preserve">Shoutout to u/wJFq6aE7-zv44wa__gHq for letting me bounce ideas off of them! </w:t>
        </w:r>
      </w:hyperlink>
    </w:p>
    <w:p>
      <w:bookmarkStart w:id="196" w:name="pg195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19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EDIT1-3: formatting fixes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EDIT4: Added "Should my tits be jacked!?" section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EDIT5: Fixed the dates on my new section. I rushed it and highlighted June 15 on accident.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Bonus Round!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posted my SLD DD on June 13th at 6:23 PM EST. 6 hours later at 12:02, Elon Musk posted this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Twitter. </w:t>
      </w:r>
    </w:p>
    <w:p>
      <w:pPr>
        <w:keepLines w:val="0"/>
        <w:widowControl w:val="0"/>
        <w:spacing w:before="165" w:after="0"/>
        <w:jc w:val="center"/>
      </w:pPr>
      <w:r>
        <w:drawing>
          <wp:inline xmlns:a="http://schemas.openxmlformats.org/drawingml/2006/main" xmlns:pic="http://schemas.openxmlformats.org/drawingml/2006/picture">
            <wp:extent cx="3551554" cy="3743325"/>
            <wp:docPr id="135" name="Picture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3551554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it about my DD? No idea, probably not. But it’s fun to think about. If any of the RC Tweet analyzers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find a definite connection, that would make my day. </w:t>
      </w:r>
    </w:p>
    <w:p>
      <w:pPr>
        <w:keepLines w:val="0"/>
        <w:widowControl w:val="0"/>
        <w:spacing w:before="23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197" w:name="pg196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197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Bigger Short. How 2008 is repeating, at 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much greater magnitude, and COVID ignited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fuse. GME is not the reason for the market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crash. GME was the fatal flaw of Wall Street in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their infinite money cheat that they did not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expect.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1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not a financial advisor, and I do not provide financial advice. Many thoughts here are my opinion,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others can be speculative.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TL;DR -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(Though I think you REALLY should consider reading because it is important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understand what is going 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crash of 2008 never finished. It was can-kicked and the same people who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caused the crash have </w:t>
      </w:r>
      <w:r>
        <w:rPr>
          <w:rFonts w:ascii="Cambria" w:hAnsi="Cambria"/>
          <w:b/>
          <w:i w:val="0"/>
          <w:color w:val="FFFFFF"/>
          <w:sz w:val="20"/>
          <w:u w:val="none"/>
        </w:rPr>
        <w:t>still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been running rampant doing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same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bullshit in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derivatives market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that market continues to be unregulated. They're profiting off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short-term gains at the risk of killing their institutions and potentially the global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economy. </w:t>
      </w:r>
      <w:r>
        <w:rPr>
          <w:rFonts w:ascii="Cambria" w:hAnsi="Cambria"/>
          <w:b/>
          <w:i w:val="0"/>
          <w:color w:val="FFFFFF"/>
          <w:sz w:val="20"/>
          <w:u w:val="none"/>
        </w:rPr>
        <w:t>Only this time it is much, much worse.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bankers abused smaller amounts of leverage for the 2008 bubble and have since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abused much higher amounts of leverage - creating an even larger speculative bubble.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just in the stock market and derivatives market, but also in the crypt0 market,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upwards of 100x leverage.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COVID came in and rocked the economy to the point where the Fed is now pinned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a rock and a hard place. In order to buy more time, the government triggered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flurry of protective measures, such as mortgage forbearance, expiring end of Q2 on June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30th, 2021, and SLR exemptions, which expired March 31, 2021.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market was going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to crash regardless. GME was and never will be the reason for the market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crashing.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rich made a fatal error in </w:t>
      </w:r>
      <w:r>
        <w:rPr>
          <w:rFonts w:ascii="Cambria" w:hAnsi="Cambria"/>
          <w:b/>
          <w:i w:val="0"/>
          <w:color w:val="FFFFFF"/>
          <w:sz w:val="20"/>
          <w:u w:val="none"/>
        </w:rPr>
        <w:t>way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overshorting stocks. There is a potential for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decades of sucking money out of taxpayers to be taken back. The derivatives market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potentially a </w:t>
      </w:r>
      <w:r>
        <w:rPr>
          <w:rFonts w:ascii="Cambria" w:hAnsi="Cambria"/>
          <w:b/>
          <w:i w:val="0"/>
          <w:color w:val="FFFFFF"/>
          <w:sz w:val="20"/>
          <w:u w:val="none"/>
        </w:rPr>
        <w:t>$1 Quadrillion market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"Meme prices" are not meme prices. There is so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money in the world, and you are just accustomed to thinking the "meme prices"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too high to feasibly reach. </w:t>
      </w:r>
    </w:p>
    <w:p>
      <w:bookmarkStart w:id="198" w:name="pg197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198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DTC, ICC, OCC have been passing rules and regulations (auction and wind-down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plans) so that they can easily eat up competition and consolidate power once again like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2008. The people in charge, including Gary Gensler, are not your friends.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DTC, ICC, OCC are also passing rules to make sure that retail will </w:t>
      </w:r>
      <w:r>
        <w:rPr>
          <w:rFonts w:ascii="Cambria" w:hAnsi="Cambria"/>
          <w:b/>
          <w:i w:val="0"/>
          <w:color w:val="FFFFFF"/>
          <w:sz w:val="20"/>
          <w:u w:val="none"/>
        </w:rPr>
        <w:t>never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able to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this again.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These rules are for the future market (post market crash) and they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never want anyone to have a chance to take their game away from them again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rules are not to start the MOASS. They are indirectly regulating retail so that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squeeze condition can never occur after GME.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COVID pandemic exposed a lot of banks through the Supplementary Leverage Ratio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(SLR) where mass borrowing (leverage) almost made many banks default. Banks have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'blocks' on the Fed's balance sheet which holds their treasuries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deposits.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SLR exemption made it so that these treasuries and deposits of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banks 'accounts' on the Fed's balance sheet were not calculated into SLR, which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allowed them to boost their SLR until March 31, 2021 and avoid defaulting. Now,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must extract treasuries from the Fed in reverse repo to avoid defaulting from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SLR requirements. This results in the reverse repo market explosion as they are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scrambling to survive due to their mass leverage.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not a "retail vs. Melvin/Point72/Citadel" issue. This is a "retail vs. </w:t>
      </w:r>
      <w:r>
        <w:rPr>
          <w:rFonts w:ascii="Cambria" w:hAnsi="Cambria"/>
          <w:b/>
          <w:i w:val="0"/>
          <w:color w:val="FFFFFF"/>
          <w:sz w:val="20"/>
          <w:u w:val="none"/>
        </w:rPr>
        <w:t>Mega Banks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issue. The rich, and I mean </w:t>
      </w:r>
      <w:r>
        <w:rPr>
          <w:rFonts w:ascii="Cambria" w:hAnsi="Cambria"/>
          <w:b/>
          <w:i w:val="0"/>
          <w:color w:val="FFFFFF"/>
          <w:sz w:val="20"/>
          <w:u w:val="none"/>
        </w:rPr>
        <w:t>all of Wall Street,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trying </w:t>
      </w:r>
      <w:r>
        <w:rPr>
          <w:rFonts w:ascii="Cambria" w:hAnsi="Cambria"/>
          <w:b/>
          <w:i w:val="0"/>
          <w:color w:val="FFFFFF"/>
          <w:sz w:val="20"/>
          <w:u w:val="none"/>
        </w:rPr>
        <w:t>desperately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shut GameStop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because it has the chance to suck out trillions if not hundreds of trillions from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 they've played for decades. They've rigged this game since the 1990's when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derivatives were first introduced.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Do you really think they, including the Fed,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wouldn't pull all the stops now to try to get you to sell?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 TL;DR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ton of the information provided in this post is from the movie </w:t>
      </w:r>
      <w:r>
        <w:rPr>
          <w:rFonts w:ascii="Cambria" w:hAnsi="Cambria"/>
          <w:b/>
          <w:i w:val="0"/>
          <w:color w:val="FFFFFF"/>
          <w:sz w:val="20"/>
          <w:u w:val="none"/>
        </w:rPr>
        <w:t>Inside Job (2010)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am paraphrasing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movie as well as taking direct quotes, so please understand that a bunch of this information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summary of that film.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understand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Big Short (2015)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much more popular here, due to it being a more Hollywood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style movie, but it does not go into such great detail of the conditions that led to the crash - and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haven't even changed. But in fact, got worse, and led us to where we are now.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Seriously. </w:t>
      </w:r>
      <w:r>
        <w:rPr>
          <w:rFonts w:ascii="Cambria" w:hAnsi="Cambria"/>
          <w:b/>
          <w:i w:val="0"/>
          <w:color w:val="FFFFFF"/>
          <w:sz w:val="20"/>
          <w:u w:val="none"/>
        </w:rPr>
        <w:t>Go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Watch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Inside Job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 is a documentary with interviews of many people, including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 were involved in the Ponzi Scheme of the derivative market bomb that led to the crash of 2008,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continued lobbying to influence the Government to keep regulations at bay. </w:t>
      </w:r>
    </w:p>
    <w:p>
      <w:bookmarkStart w:id="199" w:name="pg198"/>
      <w:pPr>
        <w:keepLines w:val="0"/>
        <w:pageBreakBefore/>
        <w:widowControl w:val="0"/>
        <w:spacing w:before="0" w:after="0"/>
        <w:jc w:val="center"/>
      </w:pPr>
      <w:bookmarkEnd w:id="199"/>
      <w:r>
        <w:drawing>
          <wp:inline xmlns:a="http://schemas.openxmlformats.org/drawingml/2006/main" xmlns:pic="http://schemas.openxmlformats.org/drawingml/2006/picture">
            <wp:extent cx="3522979" cy="2352039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3522979" cy="23520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Promotional </w:t>
      </w:r>
    </w:p>
    <w:p>
      <w:pPr>
        <w:keepLines w:val="0"/>
        <w:widowControl w:val="0"/>
        <w:spacing w:before="69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The Market Crash Of 2008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1.1 The Casino Of The Financial World: The Derivatives Market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all started back in the 1990's when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Derivative Market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created. This was the opening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literal Casino in the financial world. These are bets placed upon an underlying asset, index, or entity,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</w:t>
      </w:r>
      <w:r>
        <w:rPr>
          <w:rFonts w:ascii="Cambria" w:hAnsi="Cambria"/>
          <w:b/>
          <w:i w:val="0"/>
          <w:color w:val="FFFFFF"/>
          <w:sz w:val="20"/>
          <w:u w:val="none"/>
        </w:rPr>
        <w:t>very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risky. Derivatives are contracts between two or more parties that derives its value from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performance of the underlying asset, index, or entity.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such derivative many are familiar with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options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(CALLs and PUTs). Other examples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derivatives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fowards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futures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swaps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variations of those such as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Collateralized Debt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Obligations (CDOs)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Credit Default Swaps (CDS)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potential to make money off of these trades is </w:t>
      </w:r>
      <w:r>
        <w:rPr>
          <w:rFonts w:ascii="Cambria" w:hAnsi="Cambria"/>
          <w:b/>
          <w:i w:val="0"/>
          <w:color w:val="FFFFFF"/>
          <w:sz w:val="20"/>
          <w:u w:val="none"/>
        </w:rPr>
        <w:t>insane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Take your regular CALL option for example.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no longer take home a 1:1 return when the underlying stock rises or falls $1. Your returns can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amplified by magnitudes more. Sometimes you might make a 10:1 return on your investment, or 20:1,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so forth.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only this, you can grab leverage by borrowing cash from some other entity. This allows your bets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potentially return that much more money. You can see how this gets out of hand really fast, because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of cash that can be gained absolutely skyrockets versus traditional investments.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Attempts were made to regulate the derivatives market, but due to mass lobbying from Wall Street,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regulations were continuously shut down.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People continued to try to pass regulations, until in 2000,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</w:t>
      </w:r>
      <w:hyperlink r:id="rId509">
        <w:r>
          <w:rPr>
            <w:rFonts w:ascii="Cambria" w:hAnsi="Cambria"/>
            <w:sz w:val="20"/>
            <w:color w:val="FFFFFF"/>
            <w:u/>
          </w:rPr>
          <w:t xml:space="preserve"> Commodity Futures Modernization Act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banned the regulation of derivatives outright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of course, once the Derivatives Market was left unchecked, it was off to the races for Wall Street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 making tons of risky bets and surging their profits.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Derivative Market exploded in size once regulation was banned and de-regulation of the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world continued. You can see as of 2000, the cumulative derivatives market was already out of control. </w:t>
      </w:r>
    </w:p>
    <w:p>
      <w:bookmarkStart w:id="200" w:name="pg199"/>
      <w:pPr>
        <w:keepLines w:val="0"/>
        <w:pageBreakBefore/>
        <w:widowControl w:val="0"/>
        <w:spacing w:before="0" w:after="0"/>
        <w:jc w:val="center"/>
      </w:pPr>
      <w:bookmarkEnd w:id="200"/>
      <w:r>
        <w:drawing>
          <wp:inline xmlns:a="http://schemas.openxmlformats.org/drawingml/2006/main" xmlns:pic="http://schemas.openxmlformats.org/drawingml/2006/picture">
            <wp:extent cx="5943600" cy="4690109"/>
            <wp:docPr id="137" name="Picture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0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https://www.hilarispublisher.com/open-access/investment-banks-and-credit-institutions-the-ignored-and-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unregulateddiversity-2151-6219-1000224.pdf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Derivatives Market is big. </w:t>
      </w:r>
      <w:r>
        <w:rPr>
          <w:rFonts w:ascii="Cambria" w:hAnsi="Cambria"/>
          <w:b/>
          <w:i w:val="0"/>
          <w:color w:val="FFFFFF"/>
          <w:sz w:val="20"/>
          <w:u w:val="none"/>
        </w:rPr>
        <w:t>Insanely big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Look at how it compares to </w:t>
      </w:r>
      <w:r>
        <w:rPr>
          <w:rFonts w:ascii="Cambria" w:hAnsi="Cambria"/>
          <w:b/>
          <w:i w:val="0"/>
          <w:color w:val="FFFFFF"/>
          <w:sz w:val="20"/>
          <w:u w:val="none"/>
        </w:rPr>
        <w:t>Global Wealth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201" w:name="pg200"/>
      <w:pPr>
        <w:keepLines w:val="0"/>
        <w:pageBreakBefore/>
        <w:widowControl w:val="0"/>
        <w:spacing w:before="0" w:after="0"/>
        <w:jc w:val="center"/>
      </w:pPr>
      <w:bookmarkEnd w:id="201"/>
      <w:r>
        <w:drawing>
          <wp:inline xmlns:a="http://schemas.openxmlformats.org/drawingml/2006/main" xmlns:pic="http://schemas.openxmlformats.org/drawingml/2006/picture">
            <wp:extent cx="5943600" cy="4535804"/>
            <wp:docPr id="138" name="Picture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5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https://www.visualcapitalist.com/all-of-the-worlds-money-and-markets-in-one-visualization-2020/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bottom of the list are three derivatives entries, with "Market Value" and "Notional Value" called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"Market Value" is the value of the derivative at its current trading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"Notional Value" is the value of the derivative if it was at the strike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E.g. A CALL option (a derivative) represents 100 shares of ABC stock with a strike of $50. Perhaps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in the market at $1 per contract right now.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Value = 100 shares * $1.00 per contract = $100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Notional Value = 100 shares * $50 strike price = $5,000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Visual Capitalist estimates that the cumulative Notional Value of derivatives is between $558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Trillion and $1 Quadrillion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 yeah. </w:t>
      </w:r>
      <w:r>
        <w:rPr>
          <w:rFonts w:ascii="Cambria" w:hAnsi="Cambria"/>
          <w:b/>
          <w:i w:val="0"/>
          <w:color w:val="FFFFFF"/>
          <w:sz w:val="20"/>
          <w:u w:val="none"/>
        </w:rPr>
        <w:t>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not going to cause a market crash if GME sells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millions per share. The rich are already priming the market crash through the Derivatives Market.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1.2 CDOs And Mortgage Backed Securities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Decades ago, the system of paying mortgages used to be between two parties. The buyer, and the loaner.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the movement of money was between the buyer and the loaner, the loaner was very careful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ensure that the buyer would be able to pay off their loan and not miss payments.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now, it's a chain. </w:t>
      </w:r>
    </w:p>
    <w:p>
      <w:bookmarkStart w:id="202" w:name="pg201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202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Home buyers will buy a loan from the lenders.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lenders will then sell those loans to Investment Banks.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Investment Banks then combine thousands of mortgages and other loans, including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car loans, student loans, and credit card debt to create complex derivatives called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"</w:t>
      </w:r>
      <w:r>
        <w:rPr>
          <w:rFonts w:ascii="Cambria" w:hAnsi="Cambria"/>
          <w:b/>
          <w:i w:val="0"/>
          <w:color w:val="FFFFFF"/>
          <w:sz w:val="20"/>
          <w:u w:val="none"/>
        </w:rPr>
        <w:t>Collateralized Debt Obligations (CDO's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)".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Investment Banks then pay Rating Agencies to rate their CDO's. This can be on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scale of "AAA", the best possible rating, equivalent to government-backed securities, all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way down to C/D, which are junk bonds and very risky.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Many of these CDO's were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given AAA ratings despite being filled with junk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Investment Banks then take these CDO's and sell them to investors, including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retirement funds, because that was the rating required for retirement funds as they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only purchase highly rated securities.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when the homeowner pays their mortgage, the money flows directly into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investors. The investors are the main ones who will be hurt if the CDO's containing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mortgages begin to fail.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99054"/>
            <wp:docPr id="139" name="Picture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- Flow Of Money For Mortgage Payments </w:t>
      </w:r>
    </w:p>
    <w:p>
      <w:bookmarkStart w:id="203" w:name="pg202"/>
      <w:pPr>
        <w:keepLines w:val="0"/>
        <w:pageBreakBefore/>
        <w:widowControl w:val="0"/>
        <w:spacing w:before="0" w:after="0"/>
        <w:jc w:val="center"/>
      </w:pPr>
      <w:bookmarkEnd w:id="203"/>
      <w:r>
        <w:drawing>
          <wp:inline xmlns:a="http://schemas.openxmlformats.org/drawingml/2006/main" xmlns:pic="http://schemas.openxmlformats.org/drawingml/2006/picture">
            <wp:extent cx="5943600" cy="3220720"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0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https://www.investopedia.com/ask/answers/09/bond-rating.asp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1.3 The Bubble of Subprime Loans Packed In CDOs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system became a ticking timebomb due to this potential of free short-term gain cash. Lenders didn't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care if a borrower could repay, so they would start handing out riskier loans. The investment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didn't care if there were riskier loans, because the more CDO's sold to investors resulted in more profit.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Rating Agencies didn't care because there were no regulatory constraints and there was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liability if their ratings of the CDO's proved to be wrong.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they went wild and pumped out more and more loans, and more and more CDOs. Between 2000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2003, the number of mortgage loans made each year nearly quadrupled. They didn’t care about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quality of the mortgage - they cared about maximizing the volume and getting profit out of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early 2000s there was a huge increase in the riskiest loans - “Subprime Loans”. These are loans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to people who have low income, limited credit history, poor credit, etc. They are very at risk to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 their mortgages. It was predatory lending, because it hunted for potential home buyers who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never be able to pay back their mortgages so that they could continue to pack these up into CDO's. </w:t>
      </w:r>
    </w:p>
    <w:p>
      <w:bookmarkStart w:id="204" w:name="pg203"/>
      <w:pPr>
        <w:keepLines w:val="0"/>
        <w:pageBreakBefore/>
        <w:widowControl w:val="0"/>
        <w:spacing w:before="0" w:after="0"/>
        <w:jc w:val="center"/>
      </w:pPr>
      <w:bookmarkEnd w:id="204"/>
      <w:r>
        <w:drawing>
          <wp:inline xmlns:a="http://schemas.openxmlformats.org/drawingml/2006/main" xmlns:pic="http://schemas.openxmlformats.org/drawingml/2006/picture">
            <wp:extent cx="5943600" cy="3258820"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88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- % Of Subprime Loans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fact, the investment banks </w:t>
      </w:r>
      <w:r>
        <w:rPr>
          <w:rFonts w:ascii="Cambria" w:hAnsi="Cambria"/>
          <w:b/>
          <w:i w:val="0"/>
          <w:color w:val="FFFFFF"/>
          <w:sz w:val="20"/>
          <w:u w:val="none"/>
        </w:rPr>
        <w:t>preferred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subprime loans, because they carried higher interest rates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profit for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the Investment Banks took these subprime loans, packaged the subprime loans up into CDO's,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many of them still received AAA ratings. These can be considered "toxic CDO's" because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their high ability to default and fail despite their ratings.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Pretty much </w:t>
      </w:r>
      <w:r>
        <w:rPr>
          <w:rFonts w:ascii="Cambria" w:hAnsi="Cambria"/>
          <w:b/>
          <w:i w:val="0"/>
          <w:color w:val="FFFFFF"/>
          <w:sz w:val="20"/>
          <w:u w:val="none"/>
        </w:rPr>
        <w:t>anyone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could get a home now. Purchases of homes and housing prices skyrocketed.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didn't matter because everyone in the chain was making money in an unregulated market.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1.4 Short Term Greed At The Risk Of Institutional And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Economic Failure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Wall Street, annual cash bonuses started to spike. Traders and CEOs became extremely wealthy in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bubble as they continued to pump more toxic CDO's into the market. Lehman Bros. was one of the top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underwriters of subprime lending and their CEO alone took home over $485 million in bonuses. </w:t>
      </w:r>
    </w:p>
    <w:p>
      <w:bookmarkStart w:id="205" w:name="pg204"/>
      <w:pPr>
        <w:keepLines w:val="0"/>
        <w:pageBreakBefore/>
        <w:widowControl w:val="0"/>
        <w:spacing w:before="0" w:after="0"/>
        <w:jc w:val="center"/>
      </w:pPr>
      <w:bookmarkEnd w:id="205"/>
      <w:r>
        <w:drawing>
          <wp:inline xmlns:a="http://schemas.openxmlformats.org/drawingml/2006/main" xmlns:pic="http://schemas.openxmlformats.org/drawingml/2006/picture">
            <wp:extent cx="5943600" cy="3086735"/>
            <wp:docPr id="142" name="Picture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Wall Street Bonuses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it was all short-term gain, high risk, with no worries about the potential failure of your institution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economy. When things collapsed, they would not need to pay back their bonuses and gains.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literally risking the entire world economy for the sake of short-term profits.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THEY EVEN TOOK IT FURTHER WITH LEVERAGE TO MAXIMIZE PROFITS.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bubble from 2000 to 2007, the investment banks were borrowing heavily to buy more loans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to create more CDO's. The ratio of banks borrowed money and their own money was their leverage.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more they borrowed, the higher their leverage. They abused leverage to continue churning profits.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are still abusing massive leverage to this day. It might even be much higher leverage today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it was back in the Housing Market Bubble.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2004, Henry Paulson, the CEO of Goldman Sachs, helped lobby the SEC to relax limits on leverage,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allowing the banks to sharply increase their borrowing. Basically, the SEC allowed investment banks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gamble a lot more.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Investment banks would go up to about 33-to-1 leverage at the time of the 2008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crash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Which means if a 3% decrease occurred in their asset base, it would leave them insolvent.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Henry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Paulson would later become the Secretary Of The Treasury from 2006 to 2009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 was just one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Wall Street executives to eventually make it into Government positions. Including the infamous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Gary Gensler, the current SEC chairman, who helped block derivative market regulations. </w:t>
      </w:r>
    </w:p>
    <w:p>
      <w:bookmarkStart w:id="206" w:name="pg205"/>
      <w:pPr>
        <w:keepLines w:val="0"/>
        <w:pageBreakBefore/>
        <w:widowControl w:val="0"/>
        <w:spacing w:before="0" w:after="0"/>
        <w:jc w:val="center"/>
      </w:pPr>
      <w:bookmarkEnd w:id="206"/>
      <w:r>
        <w:drawing>
          <wp:inline xmlns:a="http://schemas.openxmlformats.org/drawingml/2006/main" xmlns:pic="http://schemas.openxmlformats.org/drawingml/2006/picture">
            <wp:extent cx="5943600" cy="2600325"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0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Leverage Abuse of 2008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borrowing exploded, the profits exploded, and it was all at the risk of obliterating their institutions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possibly the global economy. Some of these banks knew that they were "too big to fail" and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push for bailouts at the expense of taxpayers. Especially when they began planting their own executives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positions of power.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1.5 Credit Default Swaps (CDS)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add another ticking bomb to the system, AIG, the worlds largest insurance company, got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 with another type of derivative. They began selling Credit Default Swaps (CDS).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investors who owned CDO's, CDS's worked like an insurance policy. An investor who purchased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CDS paid AIG a quarterly premium. If the CDO went bad, AIG promised to pay the investor for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losses. Think of it like insuring a car. You're paying premiums, but if you get into an accident,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insurance will pay up (some of the time at least).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unlike regular insurance, where you can only insure your car once,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speculators could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purchase CDS's from AIG in order to bet against CDO's they didn't own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You could suddenly have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sense of rehypothecation where fifty, one hundred entities might now have insurance against a CDO. </w:t>
      </w:r>
    </w:p>
    <w:p>
      <w:bookmarkStart w:id="207" w:name="pg206"/>
      <w:pPr>
        <w:keepLines w:val="0"/>
        <w:pageBreakBefore/>
        <w:widowControl w:val="0"/>
        <w:spacing w:before="0" w:after="0"/>
        <w:jc w:val="center"/>
      </w:pPr>
      <w:bookmarkEnd w:id="207"/>
      <w:r>
        <w:drawing>
          <wp:inline xmlns:a="http://schemas.openxmlformats.org/drawingml/2006/main" xmlns:pic="http://schemas.openxmlformats.org/drawingml/2006/picture">
            <wp:extent cx="5943600" cy="3422650"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2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Payment Flow of CDS's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you've watched The Big Short (2015), you might remember the Credit Default Swaps, because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what Michael Burry and others purchased to bet against the Subprime Mortgage CDO's.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CDS's were unregulated, so </w:t>
      </w:r>
      <w:r>
        <w:rPr>
          <w:rFonts w:ascii="Cambria" w:hAnsi="Cambria"/>
          <w:b/>
          <w:i w:val="0"/>
          <w:color w:val="FFFFFF"/>
          <w:sz w:val="20"/>
          <w:u w:val="none"/>
        </w:rPr>
        <w:t>AIG didn’t have to set aside any money to cover potential losses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Instead, AIG paid its employees huge cash bonuses as soon as contracts were signed in order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incentivize the sales of these derivatives. But if the CDO's later went bad, AIG would be on the hook.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paid everyone short-term gains while pushing the bill to the company itself without worrying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footing the bill if shit hit the fan. People once again were being rewarded with short-term profit to take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massive risks.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AIG’s Financial Products division in London issued over $500B worth of CDS's during the bubble. Many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these CDS's were for CDO's backed by subprime mortgages.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400 employees of AIGFP made $3.5B between 2000 and 2007. And the head of AIGFP personally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made $315M.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1.6 The Crash And Consumption Of Banks To Consolidate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Power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late 2006, Goldman Sachs took it one step further. It didn’t just sell toxic CDO's, it started actively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betting against them at the same time it was telling customers that they were high-quality investments.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Goldman Sachs would purchase CDS's from AIG and bet against CDO's it didn’t own, and got paid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CDO's failed. Goldman bought at least $22B in CDS's from AIG, and it was so much that Goldman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realized AIG itself might go bankrupt (which later on it would and the Government had to bail them out).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Goldman spent $150M insuring themselves against AIG’s potential collapse. They purchased CDS's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against AIG. </w:t>
      </w:r>
    </w:p>
    <w:p>
      <w:bookmarkStart w:id="208" w:name="pg207"/>
      <w:pPr>
        <w:keepLines w:val="0"/>
        <w:pageBreakBefore/>
        <w:widowControl w:val="0"/>
        <w:spacing w:before="0" w:after="0"/>
        <w:jc w:val="center"/>
      </w:pPr>
      <w:bookmarkEnd w:id="208"/>
      <w:r>
        <w:drawing>
          <wp:inline xmlns:a="http://schemas.openxmlformats.org/drawingml/2006/main" xmlns:pic="http://schemas.openxmlformats.org/drawingml/2006/picture">
            <wp:extent cx="5943600" cy="2644139"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4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Payment From AIG To Goldman Sachs If CDO's Failed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in 2007, Goldman went even further. They started selling CDO's specifically designed so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money their customers lost, the more Goldman Sachs made.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other banks did the same. They created shitty CDO's, sold them, while simultaneously bet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fail with CDS's. All of these CDO's were sold to customers as “safe” investments because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complicit Rating Agencies.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three rating agencies, Moody’s, S&amp;P and Fitch, made billions of dollars giving high ratings to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risky securities. Moody’s, the largest ratings agency, quadrupled its profits between 2000 and 2007.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AAA's they gave out, the higher their compensation and earnings were for the quarter. AAA ratings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mushroomed from a handful in 2000 to thousands by 2006. Hundreds of billions of dollars worth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CDO's were being rated AAA per year. When it all collapsed and the ratings agencies were called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Congress, the rating agencies expressed that it was “their opinion” of the rating in order to weasel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way out of blame. Despite knowing that they were toxic and did not deserve anything above 'junk'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rating. </w:t>
      </w:r>
    </w:p>
    <w:p>
      <w:bookmarkStart w:id="209" w:name="pg208"/>
      <w:pPr>
        <w:keepLines w:val="0"/>
        <w:pageBreakBefore/>
        <w:widowControl w:val="0"/>
        <w:spacing w:before="0" w:after="0"/>
        <w:jc w:val="center"/>
      </w:pPr>
      <w:bookmarkEnd w:id="209"/>
      <w:r>
        <w:drawing>
          <wp:inline xmlns:a="http://schemas.openxmlformats.org/drawingml/2006/main" xmlns:pic="http://schemas.openxmlformats.org/drawingml/2006/picture">
            <wp:extent cx="5943600" cy="3505834"/>
            <wp:docPr id="146" name="Picture 1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Ratings Agencies Profits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642995"/>
            <wp:docPr id="147" name="Picture 1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Inside Job (2010) - Insane Increase of AAA Rated CDOs </w:t>
      </w:r>
    </w:p>
    <w:p>
      <w:bookmarkStart w:id="210" w:name="pg20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2008, home foreclosures were skyrocketing. Home buyers in the subprime loans were defaulting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payments. Lenders could no longer sell their loans to the investment banks. And as the loans went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bad, dozens of lenders failed. The market for CDO's collapsed, leaving the investment banks holding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hundreds of billions of dollars in loans, CDO's, and real estate they couldn’t sell. Meanwhile, those who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purchased up CDS's were knocking at the door to be paid.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March 2008, Bear Stearns ran out of cash and was acquired for $2 a share by JPMorgan Chase.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deal was backed by $30B in emergency guarantees by the Fed Reserve. This was just one instance of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 getting consumed by a larger entity.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66875"/>
            <wp:docPr id="148" name="Picture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6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https://www.history.com/this-day-in-history/bear-stearns-sold-to-j-p-morgan-chase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AIG, Bear Stearns, Lehman Bros, Fannie Mae, and Freddie Mac, were all AA or above rating days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either collapsing or being bailed out. Meaning they were 'very secure', yet they failed.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Reserve and Big Banks met together in order to discuss bailouts for different banks, and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decided to let Lehman Brothers fail as well.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Government also then took over AIG, and a day after the takeover, asked the Government for $700B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bailouts for big banks. At this point in time,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person in charge of handling the financial crisis,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Henry Paulson, former CEO of Goldman Sachs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worked with the chairman of the Federal Reserve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force AIG to pay Goldman Sachs some of its bailout money at 100-cents on the dollar. Meaning there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negotiation of lower prices. </w:t>
      </w:r>
      <w:r>
        <w:rPr>
          <w:rFonts w:ascii="Cambria" w:hAnsi="Cambria"/>
          <w:b/>
          <w:i w:val="0"/>
          <w:color w:val="FFFFFF"/>
          <w:sz w:val="20"/>
          <w:u w:val="none"/>
        </w:rPr>
        <w:t>Conflict of interest much?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Fed and Henry Paulson also forced AIG to surrender their right to sue Goldman Sachs and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for fraud.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but a small glimpse of the consolidation of power in big banks from the 2008 crash.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let others fail and scooped up their assets in the crisis.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After the crash of 2008, big banks are more powerful and more consolidated than ever before.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the DTC, ICC, OCC rules are planning on making that worse through the auction and wind-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down plans where big banks can once again consume other entities that default.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1.7 The Can-Kick To Continue The Game Of Derivative Market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Greed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the crisis, the financial industry worked harder than ever to fight reform. The financial sector, as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2010, employed over 3000 lobbyists. More than five for each member of Congress. Between 1998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2008 the financial industry spent over $5B on lobbying and campaign contributions. And ever since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crisis, they’re spending even more money. </w:t>
      </w:r>
    </w:p>
    <w:p>
      <w:bookmarkStart w:id="211" w:name="pg21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President Barack Obama campaigned heavily on "Change" and "Reform" of Wall Street, but when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office, nothing substantial was passed. But this goes back for decades - the Government has been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pocket of the rich for a long time, both parties, both sides, and their influence through lobbying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undoubtedly prevented any actual change from occurring.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their game of playing the derivative market was green-lit to still run rampant following the 2008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crash and mass bailouts from the Government at the expense of taxpayers.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now more consolidation of banks, more consolidation of power, more years of deregulation,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a decade that they used to continue the game. And just like in 2008, it's happening again. We're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brink of another market crash and potentially a global financial crisis.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The New CDO Game, And How COVID Uppercut To The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System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2.1 Abuse Of Commercial Mortgage Backed Securities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not just /u/atobitt's "House Of Cards" where the US Treasury Market has been abused. It is abuse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forms of collateral and securities this time around.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same thing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2008, but much worse due to even higher amounts of leverage in the system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top of massive amounts of liquidity and potential inflation from stimulus money of the COVID crisis.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22">
        <w:r>
          <w:rPr>
            <w:rFonts w:ascii="Cambria" w:hAnsi="Cambria"/>
            <w:sz w:val="20"/>
            <w:color w:val="FFFFFF"/>
            <w:u/>
          </w:rPr>
          <w:t xml:space="preserve">Here's an excerpt from The Bigger Short: Wall Street's Cooked Books Fueled The Financial Crisis of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22">
        <w:r>
          <w:rPr>
            <w:rFonts w:ascii="Cambria" w:hAnsi="Cambria"/>
            <w:sz w:val="20"/>
            <w:color w:val="FFFFFF"/>
            <w:u/>
          </w:rPr>
          <w:t xml:space="preserve">2008. It's Happening Again: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longtime industry analyst has uncovered creative accounting on a startling scale in the commercial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 estate market, in ways similar to the “liar loans” handed out during the mid-2000s for residential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 estate, according to financial records examined by the analyst and reviewed by The Intercept.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recent, large-scale academic study backs up his conclusion,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finding that banks such as Goldman Sachs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Citigroup have systematically reported erroneously inflated income data that compromises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integrity of the resulting securities.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analyst’s findings, first reported by ProPublica last year, are the subject of a whistleblower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complaint he filed in 2019 with the Securities and Exchange Commission. Moreover, the analyst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identified complex financial machinations by one financial institution, one that both issues loans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manages a real estate trust, that may ultimately help one of its top tenants — the low-cost, low-wage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store Dollar General — flourish while devastating smaller retailers.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time, the issue is not a bubble in the housing market,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but apparent widespread inflation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value of commercial businesses, on which loans are based.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Now it may be happening again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— this time not with residential mortgage-backed securities, based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loans for homes,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but commercial mortgage-backed securities, or CMBS, based on loans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businesses.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this industrywide scheme is colliding with a collapse of the commercial real estate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amid the pandemic, which has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business tenants across the country unable to make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payments.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12" w:name="pg21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They've been abusing Commercial Mortgage Backed Securities (CMBS) this time around, and potentially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still been abusing other forms of collateral - they might still be hitting MBS as well as treasury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202">
        <w:r>
          <w:rPr>
            <w:rFonts w:ascii="Cambria" w:hAnsi="Cambria"/>
            <w:sz w:val="20"/>
            <w:color w:val="FFFFFF"/>
            <w:u/>
          </w:rPr>
          <w:t xml:space="preserve">bonds per /u/atobitt's DD.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John M. Griffin and Alex Priest released a study last November. They sampled almost 40,000 CMBS loans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market capitalization of $650 billion underwritten from the beginning of 2013 to the end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2019.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Their findings were that large banks had 35% or more loans exhibiting 5% or greater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income overstatements.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below chart shows the overstatements of the biggest problem-making banks. The difference in bars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between samples taken from data between 2013-2015, and then data between 2016-2019. Almost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single bank experienced a positive move up over time of overstatements.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Unintentional overstatement should have occurred at random times. Or if lenders were assiduous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overstatement was unwitting, one might expect it to diminish over time as the lenders discovered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mistakes. </w:t>
      </w:r>
      <w:r>
        <w:rPr>
          <w:rFonts w:ascii="Cambria" w:hAnsi="Cambria"/>
          <w:b/>
          <w:i w:val="0"/>
          <w:color w:val="FFFFFF"/>
          <w:sz w:val="20"/>
          <w:u w:val="none"/>
        </w:rPr>
        <w:t>Instead, with almost every lender, the overstatement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increased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as time went 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22">
        <w:r>
          <w:rPr>
            <w:rFonts w:ascii="Cambria" w:hAnsi="Cambria"/>
            <w:sz w:val="20"/>
            <w:color w:val="FFFFFF"/>
            <w:u/>
          </w:rPr>
          <w:t xml:space="preserve">- Source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09034"/>
            <wp:docPr id="149" name="Picture 1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9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https://theintercept.com/2021/04/20/wall-street-cmbs-dollar-general-ladder-capital/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does this mean?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means they've once again been handing out subprime loans (predatory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loans). But this time to businesses through Commercial Mortgage Backed Securities.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like Mortgage-Backed Securities from 2000 to 2007, the loaners will go around, hand out loans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businesses, and rake in the profits while having no concern over the potential for the subprime loans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failing.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2.2 COVID's Uppercut Sent Them Scrambling </w:t>
      </w:r>
    </w:p>
    <w:p>
      <w:bookmarkStart w:id="213" w:name="pg21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system was propped up to fail just like from the 2000-2007 Housing Market Bubble. Now we are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speculative bubble of the entire market along with the Commercial Market Bubble due to continued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 leverage abuse of the world.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 - also in Crypt0currencies that were introduced after the 2008 crash.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Did you know that you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get over 100x leverage in crypt0 right now? Imagine how terrifying that crash could be if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other markets fail.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SO. MUCH. LEVERAGE. ABUSE. IN. THE. WORLD. All it takes is one fatal blow to bring it all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</w:t>
      </w:r>
      <w:r>
        <w:rPr>
          <w:rFonts w:ascii="Cambria" w:hAnsi="Cambria"/>
          <w:b/>
          <w:i w:val="0"/>
          <w:color w:val="FFFFFF"/>
          <w:sz w:val="20"/>
          <w:u w:val="none"/>
        </w:rPr>
        <w:t>and it sure as hell looks like COVID was that uppercut to send everything into a death spiral.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COVID hit, many people were left without jobs. Others had less pay from the jobs they kept.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rocked the financial world and it was so unexpected. Apartment residents would now become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delinquent, causing the apartment complexes to become delinquent. Business owners would be hurting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cash to pay their mortgages as well due to lack of business. The subprime loans all started to become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really big issue.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Delinquency rates of Commercial Mortgages started to </w:t>
      </w:r>
      <w:r>
        <w:rPr>
          <w:rFonts w:ascii="Cambria" w:hAnsi="Cambria"/>
          <w:b/>
          <w:i w:val="0"/>
          <w:color w:val="FFFFFF"/>
          <w:sz w:val="20"/>
          <w:u w:val="none"/>
        </w:rPr>
        <w:t>skyrocket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when the COVID crisis hit. They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surpassed 2008 levels in March of 2020. Remember what happened in 2008 when this occurred?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delinquency rates went up on mortgages in 2008, the CDO's of those mortgages began to fail. But,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time, they can-kicked it because COVID caught them all off guard.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924934"/>
            <wp:docPr id="150" name="Picture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49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https://theintercept.com/2021/04/20/wall-street-cmbs-dollar-general-ladder-capital/ </w:t>
      </w:r>
    </w:p>
    <w:p>
      <w:bookmarkStart w:id="214" w:name="pg213"/>
      <w:pPr>
        <w:keepLines w:val="0"/>
        <w:pageBreakBefore/>
        <w:widowControl w:val="0"/>
        <w:spacing w:before="22" w:after="0" w:lineRule="exact" w:line="368"/>
        <w:ind w:left="0" w:right="-60"/>
      </w:pPr>
      <w:bookmarkEnd w:id="214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2.3 Can-Kick Of COVID To Prevent CDO's From Defaulting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Before Being Ready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COVID sent them </w:t>
      </w:r>
      <w:r>
        <w:rPr>
          <w:rFonts w:ascii="Cambria" w:hAnsi="Cambria"/>
          <w:b/>
          <w:i w:val="0"/>
          <w:color w:val="FFFFFF"/>
          <w:sz w:val="20"/>
          <w:u w:val="none"/>
        </w:rPr>
        <w:t>Scrambling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They could not allow these CDO's to fail just yet, because they wanted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their rules in place to help them consume other failing entities at a whim.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in 2008, they wanted to not only protect themselves when the nuke went off from these decades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derivatives abuse, they wanted to be able to scoop up the competition easily. That is when the DTC, ICC,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OCC began drafting their auction and wind-down plans.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buy time, they began tossing out emergency relief "protections" for the economy. Such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preventing mortgage defaults which would send their CDO's tumbling.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protection ends on June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30th, 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guess what? </w:t>
      </w:r>
      <w:r>
        <w:rPr>
          <w:rFonts w:ascii="Cambria" w:hAnsi="Cambria"/>
          <w:b/>
          <w:i w:val="0"/>
          <w:color w:val="FFFFFF"/>
          <w:sz w:val="20"/>
          <w:u w:val="none"/>
        </w:rPr>
        <w:t>Many people are still at risk of being delinquent</w:t>
      </w:r>
      <w:hyperlink r:id="rId525">
        <w:r>
          <w:rPr>
            <w:rFonts w:ascii="Cambria" w:hAnsi="Cambria"/>
            <w:sz w:val="20"/>
            <w:color w:val="FFFFFF"/>
            <w:u/>
          </w:rPr>
          <w:t xml:space="preserve">. This article was posted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</w:t>
      </w:r>
      <w:r>
        <w:rPr>
          <w:rFonts w:ascii="Cambria" w:hAnsi="Cambria"/>
          <w:b/>
          <w:i w:val="0"/>
          <w:color w:val="FFFFFF"/>
          <w:sz w:val="20"/>
          <w:u w:val="none"/>
        </w:rPr>
        <w:t>yesterday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moment these protection plans lift, we can see a surge in foreclosures as delinquent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payments have accumulated over the past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everyone, including small business owners who were attacked with predatory loans, begin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 from these emergency plans expiring, it can lead to the CDO's themselves collapsing.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Which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exactly what triggered the 2008 recession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458595"/>
            <wp:docPr id="151" name="Picture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8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https://www.housingwire.com/articles/mortgage-forbearance-drops-as-expiration-date-nears/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2.4 SLR Requirement Exemption - Why The Reverse Repo Is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Blowing Up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big issue exposed from COVID is when SLR requirements were leaned during the pandemic.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had to pass a quick measure to protect the banks from defaulting in April of 2020.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brief announcement, the Fed said it would allow a change to the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supplementary leverage ratio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expire March 31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initial move, announced April 1, 2020,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allowed banks to exclude Treasurys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deposits with Fed banks from the calculation of the leverage ratio</w:t>
      </w:r>
      <w:hyperlink r:id="rId527">
        <w:r>
          <w:rPr>
            <w:rFonts w:ascii="Cambria" w:hAnsi="Cambria"/>
            <w:sz w:val="20"/>
            <w:color w:val="FFFFFF"/>
            <w:u/>
          </w:rPr>
          <w:t xml:space="preserve">. - Source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can you take from the above?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SLR is based on the banks deposits with the Fed itself. It is the treasuries and deposits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banks have on the Fed's balance sheet. Banks have an 'account block' on the Fed's balance sheet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 holds treasuries and deposits. The SLR pandemic rule allowed them to neglect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treasuries and deposits from their SLR calculation, and it boosted their SLR value, allowing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 survive defaults.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15" w:name="pg21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</w:t>
      </w:r>
      <w:r>
        <w:rPr>
          <w:rFonts w:ascii="Cambria" w:hAnsi="Cambria"/>
          <w:b/>
          <w:i w:val="0"/>
          <w:color w:val="FFFFFF"/>
          <w:sz w:val="20"/>
          <w:u w:val="none"/>
        </w:rPr>
        <w:t>big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big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BIG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sign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banks are way overleveraged by borrowing tons of money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like in 2008.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SLR is the "Supplementary Leverage Ratio" and they enacted quick to allow it so banks wouldn't fail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mass leverage for failing to maintain enough equity.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supplementary leverage ratio is the US implementation of the Basel III Tier 1 </w:t>
      </w:r>
      <w:r>
        <w:rPr>
          <w:rFonts w:ascii="Cambria" w:hAnsi="Cambria"/>
          <w:b/>
          <w:i w:val="0"/>
          <w:color w:val="FFFFFF"/>
          <w:sz w:val="20"/>
          <w:u w:val="none"/>
        </w:rPr>
        <w:t>leverage ratio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banks calculate the amount of common equity capital they must hold relative to their total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leverage exposure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Large US banks must hold 3%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Top-tier bank holding companies must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hold an extra 2% buffer, for a total of 5%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SLR, which does not distinguish between assets based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risk, is conceived as a backstop to risk-weighted capital requirements. - Source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28">
        <w:r>
          <w:rPr>
            <w:rFonts w:ascii="Cambria" w:hAnsi="Cambria"/>
            <w:sz w:val="20"/>
            <w:color w:val="FFFFFF"/>
            <w:u/>
          </w:rPr>
          <w:t xml:space="preserve">Here is an exposure of their SLR from earlier this year. The key is to have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high SLR, above 5%, as a top-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tier bank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</w:t>
      </w:r>
    </w:p>
    <w:p>
      <w:pPr>
        <w:keepLines w:val="0"/>
        <w:widowControl w:val="0"/>
        <w:tabs>
          <w:tab w:pos="1141" w:val="left"/>
          <w:tab w:pos="2967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Bank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Supplementary Leverage Ratio (SLR) </w:t>
      </w:r>
    </w:p>
    <w:p>
      <w:pPr>
        <w:keepLines w:val="0"/>
        <w:widowControl w:val="0"/>
        <w:tabs>
          <w:tab w:pos="130" w:val="left"/>
          <w:tab w:pos="296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JP Morgan Chase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6.8% </w:t>
      </w:r>
    </w:p>
    <w:p>
      <w:pPr>
        <w:keepLines w:val="0"/>
        <w:widowControl w:val="0"/>
        <w:tabs>
          <w:tab w:pos="130" w:val="left"/>
          <w:tab w:pos="2967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Bank Of America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7% </w:t>
      </w:r>
    </w:p>
    <w:p>
      <w:pPr>
        <w:keepLines w:val="0"/>
        <w:widowControl w:val="0"/>
        <w:tabs>
          <w:tab w:pos="130" w:val="left"/>
          <w:tab w:pos="296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Citigroup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6.7% </w:t>
      </w:r>
    </w:p>
    <w:p>
      <w:pPr>
        <w:keepLines w:val="0"/>
        <w:widowControl w:val="0"/>
        <w:tabs>
          <w:tab w:pos="130" w:val="left"/>
          <w:tab w:pos="296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Goldman Sachs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6.7% </w:t>
      </w:r>
    </w:p>
    <w:p>
      <w:pPr>
        <w:keepLines w:val="0"/>
        <w:widowControl w:val="0"/>
        <w:tabs>
          <w:tab w:pos="130" w:val="left"/>
          <w:tab w:pos="296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Morgan Stanley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7.3% </w:t>
      </w:r>
    </w:p>
    <w:p>
      <w:pPr>
        <w:keepLines w:val="0"/>
        <w:widowControl w:val="0"/>
        <w:spacing w:before="139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>Bank of New York Mellon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8.2% </w:t>
      </w:r>
    </w:p>
    <w:p>
      <w:pPr>
        <w:keepLines w:val="0"/>
        <w:widowControl w:val="0"/>
        <w:tabs>
          <w:tab w:pos="130" w:val="left"/>
          <w:tab w:pos="296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State Street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8.3%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SLR protection ended on March 31, 2021. Guess what started to happen just after?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reverse repo market started to explode. This is VERY unusual behavior because it is not at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quarter-end where quarter-ends have significant strain on the economy. The build-up over time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implies that there is significant strain on the market AS OF ENTERING Q2 (April 1st - June 30th).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30070"/>
            <wp:docPr id="152" name="Picture 1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0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https://fred.stlouisfed.org/series/RRPONTSYD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Speculation: SLR IS DEPENDENT ON THEIR DEPOSITS WITH THE FED ITSELF. THEY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EXTRACT TREASURIES OVER NIGHT TO KEEP THEM OFF THE FED'S BALANCE SHEETS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PREVENT THEMSELVES FROM FAILING SLR REQUIREMENTS AND DEFAULTING DUE TO MASS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OVERLEVERAGE. EACH BANK HAS AN ACCOUNT ON THE FED'S BALANCE SHEET, WHICH IS WHAT </w:t>
      </w:r>
    </w:p>
    <w:p>
      <w:bookmarkStart w:id="216" w:name="pg21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16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SLR IS CALCULATED AGAINST. THIS IS WHY IT IS EXPLODING. THEY ARE ALL STRUGGLING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MEET SLR REQUIREMENTS.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2.5 DTC, ICC, OCC Wind-Down and Auction Plans; Preparing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For More Consolidation Of Power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We've seen some interesting rules from the DTC, ICC, and OCC. For the longest time we thought this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surrounding GameStop. Guess what. </w:t>
      </w:r>
      <w:r>
        <w:rPr>
          <w:rFonts w:ascii="Cambria" w:hAnsi="Cambria"/>
          <w:b/>
          <w:i w:val="0"/>
          <w:color w:val="FFFFFF"/>
          <w:sz w:val="20"/>
          <w:u w:val="none"/>
        </w:rPr>
        <w:t>They aren't all about GameStop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Some of them are, but not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are furiously passing these rules because the COVID can-kick can't last forever. The Fed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dealing with the potential of runaway inflation from COVID stimulus and they can't allow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overleveraged banks to can-kick any more. They need to resolve this as soon as possible. June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30th could be the deadline because of the potential for CDO's to begin collapsing.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revisit a few of these rules. The most important ones, in my opinion, because they shed light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bullshit they're trying to do once again: Scoop up competitors at the cheap, and protect themselves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 as well.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DTC-004: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Wind-down and auction plan. - Link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ICC-005: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Wind-down and auction plan. - Link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OCC-004: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Auction plan. Allows third parties to join in. - Link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OCC-003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Shielding plan. Protects the OCC. - Link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of these plans, in brief summary, allows each branch of the market to protect themselves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 of major defaults of members. They also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allow members to scoop up assets of defaulting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members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was that? Scooping up assets? </w:t>
      </w:r>
      <w:r>
        <w:rPr>
          <w:rFonts w:ascii="Cambria" w:hAnsi="Cambria"/>
          <w:b/>
          <w:i w:val="0"/>
          <w:color w:val="FFFFFF"/>
          <w:sz w:val="20"/>
          <w:u w:val="none"/>
        </w:rPr>
        <w:t>In other words it is more concentration of power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competition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would not be surprised if many small and large Banks, Hedge Funds, and Financial Institutions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evaporate and get consumed after this crash and we're left with just a select few massive entities.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is, after all, exactly what they're planning for.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could not allow the COVID crash to pop their massive speculative derivative bubble so soon.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came too sudden for them to not all collapse instead of just a few of them. It would have obliterated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entire economy even more so than it will once this bomb is finally let off. They needed more time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prepare so that they could feast when it all comes crashing down.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2.6 Signs Of Collapse Coming - ICC-014 - Incentives For Credit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Default Swaps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comment on this subreddit made me revisit a rule passed by the ICC. It flew under the radar and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sign for a crash coming.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ICC-014. Passed and effective as of June 1st, 2021.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Seems boring at first. Right? That's why it flew under the radar?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now that you know the causes of the 2008 market crash and how toxic CDO's were packaged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together, and then CDS's were used to bet against those CDO's, check out what ICC-014 is doing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June 1st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217" w:name="pg216"/>
      <w:pPr>
        <w:keepLines w:val="0"/>
        <w:pageBreakBefore/>
        <w:widowControl w:val="0"/>
        <w:spacing w:before="0" w:after="0"/>
        <w:jc w:val="center"/>
      </w:pPr>
      <w:bookmarkEnd w:id="217"/>
      <w:r>
        <w:drawing>
          <wp:inline xmlns:a="http://schemas.openxmlformats.org/drawingml/2006/main" xmlns:pic="http://schemas.openxmlformats.org/drawingml/2006/picture">
            <wp:extent cx="5943600" cy="1976120"/>
            <wp:docPr id="153" name="Picture 1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6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ICC-014 Proposed Discounts On Credit Default Index Swaptions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are providing incentive programs to purchase Credit Default Swap Indexes. These are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standard CDS's, but packaged together like an index. Think of it like an index fund.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allowing them to bet against a wide range of CDO's or other entities at a cheaper rate.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Buyers can now bet against a wide range of failures in the market. They are allowing upwards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25% discounts.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many more indicators that are pointing to a market collapse. But I will leave that to you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investigate more. Here is quite a scary compilation of charts relating the current market trends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crashes of Black Monday, The Internet Bubble, The 2008 Housing Market Crash, and Today. </w:t>
      </w:r>
    </w:p>
    <w:p>
      <w:bookmarkStart w:id="218" w:name="pg217"/>
      <w:pPr>
        <w:keepLines w:val="0"/>
        <w:pageBreakBefore/>
        <w:widowControl w:val="0"/>
        <w:spacing w:before="0" w:after="0"/>
        <w:ind w:left="0"/>
      </w:pPr>
      <w:bookmarkEnd w:id="218"/>
      <w:r>
        <w:drawing>
          <wp:inline xmlns:a="http://schemas.openxmlformats.org/drawingml/2006/main" xmlns:pic="http://schemas.openxmlformats.org/drawingml/2006/picture">
            <wp:extent cx="4716145" cy="8229600"/>
            <wp:docPr id="154" name="Picture 1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4716145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19" w:name="pg218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219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Summary of Recent Warnings Re Intermediate Trend In Equities </w:t>
      </w:r>
    </w:p>
    <w:p>
      <w:pPr>
        <w:keepLines w:val="0"/>
        <w:widowControl w:val="0"/>
        <w:spacing w:before="132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The Failure Of The 1% - How GameStop Can Deal A Fatal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Blow To Wealth Inequality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3.1 GameStop Was Never Going To Cause The Market Crash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was meant to die off. The rich bet against it many folds over, and it was on the brink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Bankruptcy before many conditions led it to where it is today.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never going to cause the market crash. And it never will cause the crash. The short squeeze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result of high abuse of the derivatives market over the past decade, where Wall Street's abuse of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has primed the economy for another market crash on their 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can see this because when COVID hit, GameStop was a non-issue in the market. The CDO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CMBS was about to collapse on its own because of the instantaneous recession which left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mortgage owners delinquent.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anyone, be it the media, the US Government, or others, try to blame this crash on GameStop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anything </w:t>
      </w:r>
      <w:r>
        <w:rPr>
          <w:rFonts w:ascii="Cambria" w:hAnsi="Cambria"/>
          <w:b/>
          <w:i w:val="0"/>
          <w:color w:val="FFFFFF"/>
          <w:sz w:val="20"/>
          <w:u w:val="none"/>
        </w:rPr>
        <w:t>other than the Banks and Wall Street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they are WRONG.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3.2 The Rich Are Trying To Kill GameStop. They Are Terrified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January, the SI% was reported to be 140%. But it is very likely that it was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underreported at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Maybe it was 200% back then. 400%. 800%. Who knows. From the above you can hopefully gather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Wall Street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takes on massive risks all the time, they do not care as long as it churns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short-term profits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There is loads of evidence pointing to shorts never covering by hiding their SI%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malicious options practices, and manipulating the price every step of the way.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conditions that led GameStop to where it is today is a miracle in itself, and the support of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traders has led to expose a fatal mistake of the rich.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Because a short position has infinite loss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potential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There is SO much money in the world, especially in the derivatives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should scream to you that any price target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think is low, could very well be extremely 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</w:t>
      </w:r>
      <w:r>
        <w:rPr>
          <w:rFonts w:ascii="Cambria" w:hAnsi="Cambria"/>
          <w:b/>
          <w:i w:val="0"/>
          <w:color w:val="FFFFFF"/>
          <w:sz w:val="20"/>
          <w:u w:val="none"/>
        </w:rPr>
        <w:t>YOUR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perspective. You might just be accustomed to thinking "$X price floor is too much money.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no way it can hit that". I used to think that too, until I dove deep into this bullshit.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crashing no longer was a matter of simply scooping up defaulters, their assets,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consolidating power. The rich now have to worry about the potential of </w:t>
      </w:r>
      <w:r>
        <w:rPr>
          <w:rFonts w:ascii="Cambria" w:hAnsi="Cambria"/>
          <w:b/>
          <w:i w:val="0"/>
          <w:color w:val="FFFFFF"/>
          <w:sz w:val="20"/>
          <w:u w:val="none"/>
        </w:rPr>
        <w:t>infinite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losses from GameStop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possibly other meme stocks with high price floor targets some retail have.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not a fight against Melvin / Citadel / Point72. </w:t>
      </w:r>
      <w:r>
        <w:rPr>
          <w:rFonts w:ascii="Cambria" w:hAnsi="Cambria"/>
          <w:b/>
          <w:i w:val="0"/>
          <w:color w:val="FFFFFF"/>
          <w:sz w:val="20"/>
          <w:u w:val="none"/>
        </w:rPr>
        <w:t>It's a battle against the entire financial world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even speculation from multiple people that the Fed is even being complicit right now in helping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suppress GameStop. </w:t>
      </w:r>
      <w:r>
        <w:rPr>
          <w:rFonts w:ascii="Cambria" w:hAnsi="Cambria"/>
          <w:b/>
          <w:i w:val="0"/>
          <w:color w:val="FFFFFF"/>
          <w:sz w:val="20"/>
          <w:u w:val="none"/>
        </w:rPr>
        <w:t>Their whole game is at risk here.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Don't you think they'd fight tooth-and-nail to suppress this and try to get everyone to sell?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That they'd pull every trick in the book to make you think that they've covered?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amount of money they could lose is unfathomable. </w:t>
      </w:r>
    </w:p>
    <w:p>
      <w:bookmarkStart w:id="220" w:name="pg21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collapsing SI%, it is mathematically impossible for the squeeze to have happened -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mathematically impossible for them to have covered. /u/atobitt also discusses this in House of Cards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">
        <w:r>
          <w:rPr>
            <w:rFonts w:ascii="Cambria" w:hAnsi="Cambria"/>
            <w:sz w:val="20"/>
            <w:color w:val="FFFFFF"/>
            <w:u/>
          </w:rPr>
          <w:t xml:space="preserve">Part 2.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93364"/>
            <wp:docPr id="155" name="Picture 1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3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https://www.thebharatexpressnews.com/short-squeeze-could-save-gamestop-investors-a-third-time/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 regards to all the other rules that look good for the MOASS - I see them in a negative light.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passing NSCC-002/801, DTC-005, and others, in order to prevent a GameStop situation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occurring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realized how much power retail could have from piling into a short squeeze play. These new rules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snap new emerging short squeezes instantly if the conditions of a short squeeze ever occur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will </w:t>
      </w:r>
      <w:r>
        <w:rPr>
          <w:rFonts w:ascii="Cambria" w:hAnsi="Cambria"/>
          <w:b/>
          <w:i w:val="0"/>
          <w:color w:val="FFFFFF"/>
          <w:sz w:val="20"/>
          <w:u w:val="none"/>
        </w:rPr>
        <w:t>never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a GameStop situation after this.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their game after all. They've been abusing the derivative market game for decades and GameStop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huge threat. It was supposed to be, "crash the economy and run with the money". Not "crash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 and pay up to retail". But GameStop was a flaw exposed by their greed, the COVID crash,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quick turn-around of the company to take it away from the brink of bankruptcy.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rich are now at risk of losing that money and insane amounts of cash that they've accumulated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years from causing the Internet Bubble Crash of 2000, and the Housing Market Crash of 2008.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yeah, I'm going to be fucking greedy.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221" w:name="pg220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221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Elliot Waves, GME, The S&amp;P 500, Wen Market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Peak and GME Boom?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Financial Advice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so honored to finally have the Elliot Wave Guy flair!!! I post on twitter pretty consistently now, if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wanna see snippets of analysis and whatnot intraday (also in the event my reddit gets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hacked) </w:t>
      </w:r>
      <w:hyperlink r:id="rId533">
        <w:r>
          <w:rPr>
            <w:rFonts w:ascii="Calibri" w:hAnsi="Calibri"/>
            <w:sz w:val="20"/>
            <w:color w:val="00B0F0"/>
            <w:u/>
          </w:rPr>
          <w:t>https://twitter.com/gavinmayreal</w:t>
        </w:r>
      </w:hyperlink>
      <w:hyperlink r:id="rId53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remember this is all just my theory, I can very well be wrong. I’m just an ape who want banana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🍌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isn't gonna be talking about GME's wave's as much, rather the broader market, and how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use SPX (I'm gonna be referencing $SPY in this post, ETF that tracks the SP500, SPYDER GANG)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gauge of when to expect some erratic GME movement.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one request before I begin, please blast this song while reading, it sets the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mood: </w:t>
      </w:r>
      <w:hyperlink r:id="rId534">
        <w:r>
          <w:rPr>
            <w:rFonts w:ascii="Calibri" w:hAnsi="Calibri"/>
            <w:sz w:val="20"/>
            <w:color w:val="00B0F0"/>
            <w:u/>
          </w:rPr>
          <w:t>https://youtu.be/MN3x-kAbgFU</w:t>
        </w:r>
      </w:hyperlink>
      <w:hyperlink r:id="rId53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then, hope everyone is having an amazing evening! I think it's a pretty safe assumption to assume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majority of apes here understand the GME situation pretty well. What I'm gonna be focusing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post is how we can use elliot waves on SPY to not only predict the top of this absurd, seemingly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endless bull market, but more importantly, how we can use these targets on the broader market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relation to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all know by now that GME is a negative beta stock. Simply put, </w:t>
      </w:r>
      <w:r>
        <w:rPr>
          <w:rFonts w:ascii="Cambria" w:hAnsi="Cambria"/>
          <w:b/>
          <w:i w:val="0"/>
          <w:color w:val="FFFFFF"/>
          <w:sz w:val="20"/>
          <w:u w:val="none"/>
        </w:rPr>
        <w:t>Beta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numeric value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measures the fluctuations of a stock to changes in the overall stock market. Beta measures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responsiveness of a stock's price to changes in the overall stock market. ... The volatility of the stock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systematic risk can be judged by calculating beta.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 stocks have a positive beta, usually around 1.0, meaning if the market (SPY) drops 1 point,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assume said ticker will drop 1 point as well. idk what GME's beta is as of now, though it's probably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ridiculously negative (anyone with a bloomberg terminal wanna lmk the actual beta?).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seen numbers ranging from -5 to -40... needless to say, GME does indeed have a negative beta.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535">
        <w:r>
          <w:rPr>
            <w:rFonts w:ascii="Calibri" w:hAnsi="Calibri"/>
            <w:sz w:val="20"/>
            <w:color w:val="00B0F0"/>
            <w:u/>
          </w:rPr>
          <w:t>wut mean?</w:t>
        </w:r>
      </w:hyperlink>
      <w:hyperlink r:id="rId53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have been many great thesis's drafted regarding GME boom = market crash, which I think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completely true. In short, the market crash makes GME moon, or GME moon causes the market crash.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why? I know people have noticed the wild crip toe fluctuations and drops, this is partly attributed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requirements, meaning if shorts don't post collateral by x time on x date, marge comes a calling.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think about the stock market. It's no secret that hedgies are also long certain stocks, after all they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 billions and billions of dollars. Citadel recent 13f: </w:t>
      </w:r>
      <w:hyperlink r:id="rId536">
        <w:r>
          <w:rPr>
            <w:rFonts w:ascii="Calibri" w:hAnsi="Calibri"/>
            <w:sz w:val="20"/>
            <w:color w:val="00B0F0"/>
            <w:u/>
          </w:rPr>
          <w:t>https://whalewisdom.com/filer/citadel-advisors-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536">
        <w:r>
          <w:rPr>
            <w:rFonts w:ascii="Calibri" w:hAnsi="Calibri"/>
            <w:sz w:val="20"/>
            <w:color w:val="00B0F0"/>
            <w:u/>
          </w:rPr>
          <w:t>llc#tabholdings_tab_link</w:t>
        </w:r>
      </w:hyperlink>
      <w:hyperlink r:id="rId53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222" w:name="pg22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note the last reported 13f is 3/31, reported quarterly.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Interesting how their largest position reported is short SPY huh? Anyways, not much of a point digging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their holdings, you can if you want but I don't see it as a super useful way to spend your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(when) the market takes a turn and enters a bear market, needless to say their long positions lose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value. What happens when their long positions are suddenly worth less and they need to post collateral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avoid marge calling in... See where I'm going with this?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onto the wavvveeeesssssss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is a monthly view of SPY: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537">
        <w:r>
          <w:rPr>
            <w:rFonts w:ascii="Calibri" w:hAnsi="Calibri"/>
            <w:sz w:val="20"/>
            <w:color w:val="00B0F0"/>
            <w:u/>
          </w:rPr>
          <w:t>monthly</w:t>
        </w:r>
      </w:hyperlink>
      <w:hyperlink r:id="rId53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our SUPER CYCLE, starting from the low of the 08 fin crisis. Now let's zoom in and see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we're at on a smaller scale: </w:t>
      </w:r>
    </w:p>
    <w:p>
      <w:pPr>
        <w:keepLines w:val="0"/>
        <w:widowControl w:val="0"/>
        <w:spacing w:before="374" w:after="0" w:lineRule="exact" w:line="252"/>
        <w:ind w:left="0" w:right="-60"/>
      </w:pPr>
      <w:hyperlink r:id="rId538">
        <w:r>
          <w:rPr>
            <w:rFonts w:ascii="Calibri" w:hAnsi="Calibri"/>
            <w:sz w:val="20"/>
            <w:color w:val="00B0F0"/>
            <w:u/>
          </w:rPr>
          <w:t>4 hr compressed</w:t>
        </w:r>
      </w:hyperlink>
      <w:hyperlink r:id="rId53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Remember, the order for wave cycles is grand super cycle, super cycle, cycle, primary, intermediate,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on. What's important is you can distinguish where we are at in any cycle. For SPY, we are actually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5th wave of our 5th wave of our 5th wave... can anyone tell me what that means?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I'll wait...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come on...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you know...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fine I'll tell you. Using EW, we can clearly see that we are nearing the tippy top of this raging bull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market. From a grand super cycle standpoint alone, my next target comes out to 428.5, and my cycle 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(not super cycle, too lazy to draw a bunch of lines lol) target comes out to 429.69 (nice).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this under no circumstances is saying SPY will peak at exactly 429.69 and begin to trend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downward (though that would be pretty fucking funny right, i mean 69? come on, doesn't get any better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 that). However, what we DO know is that GME and the rest of the market are correlated.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my working thesis is that the top of the stock market is not only predictable, but imminent. Tying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GME, well, you know the rest.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Speaking of GME, a little update on the waaavvveees: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539">
        <w:r>
          <w:rPr>
            <w:rFonts w:ascii="Calibri" w:hAnsi="Calibri"/>
            <w:sz w:val="20"/>
            <w:color w:val="00B0F0"/>
            <w:u/>
          </w:rPr>
          <w:t>4hr</w:t>
        </w:r>
      </w:hyperlink>
      <w:hyperlink r:id="rId53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78" w:after="0" w:lineRule="exact" w:line="252"/>
        <w:ind w:left="0" w:right="-60"/>
      </w:pPr>
      <w:hyperlink r:id="rId540">
        <w:r>
          <w:rPr>
            <w:rFonts w:ascii="Calibri" w:hAnsi="Calibri"/>
            <w:sz w:val="20"/>
            <w:color w:val="00B0F0"/>
            <w:u/>
          </w:rPr>
          <w:t>1hr</w:t>
        </w:r>
      </w:hyperlink>
      <w:hyperlink r:id="rId54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note, we have not actually hit the 61.8% retracement of our cycle 1 (201), we under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circumstances have to hit that for the structure to be valid. In fact, the structure is valid unless we break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112.83 (bottom of cycle 1), so I wouldn't worry about that at all haha. I'm still waiting for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significant move to give updated GME upside targets, tis a waiting game for now. What's new? Wish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more time, need more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Regarding SPY, because this is our super cycle, and we are nearing the peak, that means that we must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correct that entire move via an ABC correction, targeting minimum 50% of that entire move.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that put SPY when all is said and done?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541">
        <w:r>
          <w:rPr>
            <w:rFonts w:ascii="Calibri" w:hAnsi="Calibri"/>
            <w:sz w:val="20"/>
            <w:color w:val="00B0F0"/>
            <w:u/>
          </w:rPr>
          <w:t>SHEEEEEEESH</w:t>
        </w:r>
      </w:hyperlink>
      <w:hyperlink r:id="rId54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223" w:name="pg22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50% of the entire 5 wave super cycle puts SPY at 247.67 (assuming ~ 429 is the top). It could go higher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 429 without a doubt, though i doubt much higher in all honesty.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Alright, I think I covered everything. Thanks for reading and have a great rest of your night!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The top of the market is imminent, using EW, we are literally at the tippy top with only a few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points till bear market ensues. GME moves inverse the market for a variety of reasons... the market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near the top, GME moves inverse the market, the market is near the top............ mmm yes it's all coming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together...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JACKED TO INFINITY!!! BUY AND HODL!!!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okay, maybe let's dance isn't the best song to listen to for this, remember the big shorts' "dont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fucking dance?" my bad, gme exciting, rest of market for everyone not in GME, not so much.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updated with another banger, also sets the mood :)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Just for reference, here is SPY vs GME at the end of January: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SPY: </w:t>
      </w:r>
      <w:hyperlink r:id="rId542">
        <w:r>
          <w:rPr>
            <w:rFonts w:ascii="Calibri" w:hAnsi="Calibri"/>
            <w:sz w:val="20"/>
            <w:color w:val="00B0F0"/>
            <w:u/>
          </w:rPr>
          <w:t>https://imgur.com/BaQ1cu1</w:t>
        </w:r>
      </w:hyperlink>
      <w:hyperlink r:id="rId54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GME: </w:t>
      </w:r>
      <w:hyperlink r:id="rId543">
        <w:r>
          <w:rPr>
            <w:rFonts w:ascii="Calibri" w:hAnsi="Calibri"/>
            <w:sz w:val="20"/>
            <w:color w:val="00B0F0"/>
            <w:u/>
          </w:rPr>
          <w:t>https://imgur.com/oYtGCgc</w:t>
        </w:r>
      </w:hyperlink>
      <w:hyperlink r:id="rId54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22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Why big name banks like Bank of America, JP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Morgan Chase, Citigroup and more were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excluded from bonds sales in the EU, and what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banks have been doing for YEARS to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manipulate the market to fuck everyone else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over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1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Edit: I just want to thank everyone for the support you guys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have been giving me in the comments! I truly appreciate it and I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am greatful that this community is a really nice and caring one. I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wouldn't want to go to the moon any other way, this sub is really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something else. :)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fellow apes! Its been difficult finding something to properly write up about lately, but I think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got some right now all things considered. </w:t>
      </w:r>
    </w:p>
    <w:p>
      <w:bookmarkStart w:id="224" w:name="pg22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now, you may have seen posts like this floating around on reddit: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44">
        <w:r>
          <w:rPr>
            <w:rFonts w:ascii="Cambria" w:hAnsi="Cambria"/>
            <w:sz w:val="20"/>
            <w:color w:val="FFFFFF"/>
            <w:u/>
          </w:rPr>
          <w:t>https://www.reddit.com/r/Superstonk/comments/o0ctw1/eu_freezes_10_banks_out_of_bond_sales_ov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44">
        <w:r>
          <w:rPr>
            <w:rFonts w:ascii="Cambria" w:hAnsi="Cambria"/>
            <w:sz w:val="20"/>
            <w:color w:val="FFFFFF"/>
            <w:u/>
          </w:rPr>
          <w:t xml:space="preserve">er/?utm_medium=android_app&amp;utm_source=share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 quote that I think helps effectively summarize an alternative article the OP of the post provided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regarding this topic: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"A spokesperson for the European Commission, which handles debt issuance on behalf of the European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Union, said that banks found to have violated EU competition rules “will not be invited to bid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individual syndicated transactions. "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Wut mean?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Basically, the articles were saying that the EU had to literally FORCEFULLY stop banks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participating in their bonds sales because of how ridiculous their borrowing has gotten, along with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history of market manipulation in the past. The fact that a lot of these banks are common names here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US: JP Morgan Chase, Bank of America, Citigroup, etc. speaks volumes to how bad the fuckery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gotten.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 to just elaborate a bit: these banks are trying to not just borrow bonds from the US, but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EU just to try to fix their balance sheet and make their debt look a little bit more reasonable.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EU saw ahead of the disaster and took IMMEDIATE action to stop it, as they didn't want the fire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spread to them and screw them as well.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Its quite clear at this point that they have fucked the system, but what have they been DOING exactly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 the system, and fuck EVERYONE except themselves just to keep themselves afloat?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refrence another article in the following paragraph, from this source: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45">
        <w:r>
          <w:rPr>
            <w:rFonts w:ascii="Cambria" w:hAnsi="Cambria"/>
            <w:sz w:val="20"/>
            <w:color w:val="FFFFFF"/>
            <w:u/>
          </w:rPr>
          <w:t xml:space="preserve">https://ec.europa.eu/commission/presscorner/detail/en/ip_21_2004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exactly what they have been doing, according to a European article speaking on the European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commission fining banks like these for violating EU anti-trust laws (keep in mind, this was from April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2021 and are regarding different bonds but multiple big name banks are probably still doing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overall):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Logged onto multilateral/ bi-lateral chat rooms on Bloomberg terminals and knew each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suspiciously well despite being in "direct competition".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of how well they knew each other, they updated each other frequently on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activities.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had at times agreed to hold back on bidding and offering in the market if it meant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would come into competition with each other.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had split trades between each other to either combine or reduce their positions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 a specific customer's request (the article doesn't specify on what customer 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particular) without the customer themselves knowing they were dealing with more than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entity and thus in theory the customer's choices were limited.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Conclusion/TLDR: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Basically, Bank of America, Merrill Lynch, Crédit Agricole, and Credit Suisse all aligned their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activities in such a way that they acted as a SINGLE entity to manipulate the bonds market in April 2021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got caught for it and fined. But remember, these were just the banks that GOT CAUGHT doing this. </w:t>
      </w:r>
    </w:p>
    <w:p>
      <w:bookmarkStart w:id="225" w:name="pg22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EU recently barring more big banks like JP Morgan &amp; Chase and Citigroup from participating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bonds sales it looks like they are suspicious of them as well in corroborating in market collusion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similar degree.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many more banks are in on this collusion, acting as one big entity to further their own agenda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and fuck everyone else over, that has been happening for MULTIPLE years now? Is their debt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big now that they are preying on EU bonds and the EU realizes what could happen if these big name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colluded in bonds sales together and spread their debt amongst themselves so they don't all go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together? I feel like when the whole truth comes out and more gets revealed regarding this it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possibly be the absolute WORST case of financial corruption in this "free market" in history.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Post DD Message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as always guys, thanks for reading my posts! :) I know I haven't posted as much lately regarding DD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 all honesty the reasoning for that was because a lot of my DD would get debunked, and I felt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discouraged to continue making more without stronger sources to back up my claims. I tried to make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DD a little stronger today, and I hope you guys have enjoyed reading it! Hopefully I can continue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improve more with DD in the future and make something really good in quality.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Sources: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45">
        <w:r>
          <w:rPr>
            <w:rFonts w:ascii="Cambria" w:hAnsi="Cambria"/>
            <w:sz w:val="20"/>
            <w:color w:val="FFFFFF"/>
            <w:u/>
          </w:rPr>
          <w:t xml:space="preserve">https://ec.europa.eu/commission/presscorner/detail/en/ip_21_2004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46">
        <w:r>
          <w:rPr>
            <w:rFonts w:ascii="Cambria" w:hAnsi="Cambria"/>
            <w:sz w:val="20"/>
            <w:color w:val="FFFFFF"/>
            <w:u/>
          </w:rPr>
          <w:t>https://quebecnewstribune.com/news/business/eu-freezes-bond-sales-of-10-banks-for-violating-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46">
        <w:r>
          <w:rPr>
            <w:rFonts w:ascii="Cambria" w:hAnsi="Cambria"/>
            <w:sz w:val="20"/>
            <w:color w:val="FFFFFF"/>
            <w:u/>
          </w:rPr>
          <w:t xml:space="preserve">antitrust-laws-18190/ </w:t>
        </w:r>
      </w:hyperlink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Riding Elliot Waves to the Moon, Why GME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from a Technical Standpoint Alone is Better </w:t>
      </w:r>
    </w:p>
    <w:p>
      <w:pPr>
        <w:keepLines w:val="0"/>
        <w:widowControl w:val="0"/>
        <w:spacing w:before="93" w:after="0" w:lineRule="exact" w:line="493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Than Gold </w:t>
      </w: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apes, Elliot Waves guy 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wanted to write this post because for one, my last post blew up way more than I ever expected, so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 lot of new readers now. If you missed my previous post, you can check it out here (seriously,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can't thank this community enough for all your love and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1">
        <w:r>
          <w:rPr>
            <w:rFonts w:ascii="Cambria" w:hAnsi="Cambria"/>
            <w:sz w:val="20"/>
            <w:color w:val="FFFFFF"/>
            <w:u/>
          </w:rPr>
          <w:t>support) https://www.reddit.com/r/Superstonk/comments/nwyj77/elliot_waves_and_gme_why_im_ja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1">
        <w:r>
          <w:rPr>
            <w:rFonts w:ascii="Cambria" w:hAnsi="Cambria"/>
            <w:sz w:val="20"/>
            <w:color w:val="FFFFFF"/>
            <w:u/>
          </w:rPr>
          <w:t xml:space="preserve">cked_to_infinity/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isn't gonna be going over technical levels as much, rather a general overview of why I believe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stock price is about to take off from a technical perspective only, and how it all ties into the bigger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picture. I also noticed on my last post, there was an issue with the images loading when I added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directly to the post, so from now on I'll just be linking everything via imgur.com </w:t>
      </w:r>
    </w:p>
    <w:p>
      <w:bookmarkStart w:id="226" w:name="pg22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had to make a small edit in my recent post as I didn't analyze the proper fib ratio when saying 213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appeared to be the bottom. In EW theory, wave 2 typically retraces 61.8% of wave 1, though the 61.8%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level I used in that analysis was actually from the start of a 5 wave impulse within the cycle, not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actual cycle. I have circled the proper fib ratios for the apparent Cycle 1 and 2 that appear to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completed: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47">
        <w:r>
          <w:rPr>
            <w:rFonts w:ascii="Cambria" w:hAnsi="Cambria"/>
            <w:sz w:val="20"/>
            <w:color w:val="FFFFFF"/>
            <w:u/>
          </w:rPr>
          <w:t xml:space="preserve">https://imgur.com/r9UEkkr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Hopefully you caught my edit in my recent post, but if you didn't, this puts our bottom of cycle 2 at 201.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did not hit this level to the T, though given the nature of the rebound from the lows yesterday, I'm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inclined to say that we will not see us hit 201... though if we do, expect a bounce: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48">
        <w:r>
          <w:rPr>
            <w:rFonts w:ascii="Cambria" w:hAnsi="Cambria"/>
            <w:sz w:val="20"/>
            <w:color w:val="FFFFFF"/>
            <w:u/>
          </w:rPr>
          <w:t xml:space="preserve">https://imgur.com/3CVBUu5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Wave 3 is often the longest and strongest of the 5 wave impulse, but what I want you to note that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specifically interesting about this specific situation with GME, we are in a 3 within a 3 within a 3,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starting the Cycle 3 (the order is grand super cycle, super cycle, cycle, primary, intermediate, and so on)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image I'm about to link, do note just because a price target based on the line I drew is on a certain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date, do not bank on anything happening by said date. This is solely for visualization purposes.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reference our cycle 1 took over 2 months to pan out, though this can be attributed to many outside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factors causing us to trade sideways for a considerable amount of time (circled, March 24 to June 8).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Grand super cycle is illustrated in blue, super cycle in yellow, and cycle in white: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49">
        <w:r>
          <w:rPr>
            <w:rFonts w:ascii="Cambria" w:hAnsi="Cambria"/>
            <w:sz w:val="20"/>
            <w:color w:val="FFFFFF"/>
            <w:u/>
          </w:rPr>
          <w:t xml:space="preserve">https://imgur.com/PJfbmCL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for reference: I'm gonna link a car/truck company and a company that does electricity generally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(boomer stocks are great examples of EW in action, also automod doesn’t let me use other tickers lol)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 how wave 3 is the strongest for both: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50">
        <w:r>
          <w:rPr>
            <w:rFonts w:ascii="Cambria" w:hAnsi="Cambria"/>
            <w:sz w:val="20"/>
            <w:color w:val="FFFFFF"/>
            <w:u/>
          </w:rPr>
          <w:t xml:space="preserve">Cars and trucks that starts with eff: https://imgur.com/yG6itXH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1">
        <w:r>
          <w:rPr>
            <w:rFonts w:ascii="Cambria" w:hAnsi="Cambria"/>
            <w:sz w:val="20"/>
            <w:color w:val="FFFFFF"/>
            <w:u/>
          </w:rPr>
          <w:t xml:space="preserve">Electricity, generally : https://imgur.com/FLfk2Xy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Granted, these were not a 3 within a 3 within a 3, but even from a visual standpoint on boring ass stocks,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see Elliot Wave theory come to fruition.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for GME short term, I can't quite give short term upside targets yet, as I am yet to see a primary 1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 complete. To verify this action, I'm looking for a strong ish move to the upside followed by a 50%-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61.8% correction of that move.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time to really be loading up, to be honest, from an EW standpoint, this is about as good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setup you can dream of, the risk/reward from a technical standpoint is worth drooling over, and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isn't even factoring in a short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note, when the rocket really kicks off, and I mean well above 5 figures, this is when I'll have to take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 my big crayon and draw that whole movement set as a 1, if that makes sense. Worrying about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later haha, for now all i know is buy, hodl, buy some more, okay maybe some more, and hodl for 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figures or more.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try to post every day of the trading week by popular demand, in the event my account gets attacked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(as has happened to previous well known DD creators in the past), check out my </w:t>
      </w:r>
    </w:p>
    <w:p>
      <w:pPr>
        <w:keepLines w:val="0"/>
        <w:widowControl w:val="0"/>
        <w:spacing w:before="69" w:after="0" w:lineRule="exact" w:line="247"/>
        <w:ind w:left="0" w:right="-60"/>
      </w:pPr>
      <w:hyperlink r:id="rId533">
        <w:r>
          <w:rPr>
            <w:rFonts w:ascii="Cambria" w:hAnsi="Cambria"/>
            <w:sz w:val="20"/>
            <w:color w:val="FFFFFF"/>
            <w:u/>
          </w:rPr>
          <w:t xml:space="preserve">twitter: https://twitter.com/gavinmayreal Much easier to do small updates on their as well </w:t>
        </w:r>
      </w:hyperlink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27" w:name="pg22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just started posting my analysis on twitter, disregard the follower count hahaha I used to be a youtuber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in the day, sort of retired cause I don't really like where it's gone, but if people would like I can start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posting genuine tutorials on my Youtube.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GME? bullish af. Shorts? fuk. Tits? Jacked.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52">
        <w:r>
          <w:rPr>
            <w:rFonts w:ascii="Cambria" w:hAnsi="Cambria"/>
            <w:sz w:val="20"/>
            <w:color w:val="FFFFFF"/>
            <w:u/>
          </w:rPr>
          <w:t xml:space="preserve">My Cycle 3 targets are as follows: https://imgur.com/g80KXrX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remember, these are CYCLE 3 targets, not intermediate or primary, meaning don't be upset if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dont break 500 this week... It is inevitable that we will in due time, and the ball is really about to start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rolling. Can it just be Monday already?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note, quad witching comes up this Friday: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553">
        <w:r>
          <w:rPr>
            <w:rFonts w:ascii="Cambria" w:hAnsi="Cambria"/>
            <w:sz w:val="20"/>
            <w:color w:val="FFFFFF"/>
            <w:u/>
          </w:rPr>
          <w:t>https://preview.redd.it/mkvwok0vpw471.png?width=859&amp;format=png&amp;auto=webp&amp;s=86bdbd4d9c9f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3">
        <w:r>
          <w:rPr>
            <w:rFonts w:ascii="Cambria" w:hAnsi="Cambria"/>
            <w:sz w:val="20"/>
            <w:color w:val="FFFFFF"/>
            <w:u/>
          </w:rPr>
          <w:t xml:space="preserve">50b398d683185efd316542da47c6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GME is at the bottom of a cycle 3, within a super cycle 3, within a grand super cycle 3. this is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bullish EW trading setup possible, and EW traders dream of finding this setup. These low prices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won't last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Hopefully Automod doesn't block it this time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🤞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lol super random, I bought assassins creed Valhalla from my local GameStop recently, if you know,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are the best weapons?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🤣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53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Cohen has reached the same conclusion as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u/Criand's T+21 Net Capital thesis: An analysis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of tweet activity and corporate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announcements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This is not financial advice. I am a retard who always lets one banana in the bunch he buys go bad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 can’t time eating the bananas correctly.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 WITH LATEST RC TWEET: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0">
        <w:r>
          <w:rPr>
            <w:rFonts w:ascii="Cambria" w:hAnsi="Cambria"/>
            <w:sz w:val="20"/>
            <w:color w:val="FFFFFF"/>
            <w:u/>
          </w:rPr>
          <w:t>https://www.reddit.com/r/Superstonk/comments/o6tax3/hi_all_its_ryan_cohen_t21_tweet_guy_im_los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0">
        <w:r>
          <w:rPr>
            <w:rFonts w:ascii="Cambria" w:hAnsi="Cambria"/>
            <w:sz w:val="20"/>
            <w:color w:val="FFFFFF"/>
            <w:u/>
          </w:rPr>
          <w:t xml:space="preserve">ing_my/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TL;DR: CHANCE THAT THIS IS RANDOM IS NOW 0.0069543%!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another edit now that June 24th has passed: </w:t>
      </w:r>
    </w:p>
    <w:p>
      <w:bookmarkStart w:id="228" w:name="pg22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we are clear that T+21 did not happen Thursday, and probably not Friday either (due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Juneteenth speculation). I reiterate that the main purpose of the post is to demonstrate that Cohen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aware of the mechanics behind this situation and price movement, and that shareholders are in good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hands. However, I am inclined to present two main alternatives theses: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A) SHF were able to reach the 100% net capital requirement, moving payment to T+28;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353">
        <w:r>
          <w:rPr>
            <w:rFonts w:ascii="Cambria" w:hAnsi="Cambria"/>
            <w:sz w:val="20"/>
            <w:color w:val="FFFFFF"/>
            <w:u/>
          </w:rPr>
          <w:t xml:space="preserve">https://www.reddit.com/r/Superstonk/comments/o7g9mn/net_capital_and_t21/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Speculating that injection of 5 million shares through the offering allowed shorts to have enough money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pass the 75% net capital requirement. If that is the case we will see on July 5th/6th (Mon/Tues,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depending on Juneteenth). Personally, I don't think dates are an issue. The public has a limited amount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information to work with and this is the best apes can do. Up until now, net capital cycles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best way to predict price movements, aside from T+35 day-per-day FTD's (refer to u/dentisttft 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B) SHF covered not only the previous cycle, but also the current cycle in the runup to 340.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fact is, apes are going to buy and hodl anyways; many are immune to the dips at this point.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gotten hateful comments from gme_meltdown users trying to spread FUD in this forum (talk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brigading, huh?). Apes give constructive feedback, alternative theories, and support; remember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this. And there is plenty of good news to come out of this week - I mean, Cohen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did make the tweet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supposed T+21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And the price didn't go up; that's proof enough that the price movements are not due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 tweets but due to underlying mechanisms.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And the original post ---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post will re-analyze Cohen's tweets and Gamestop's positive price movements in relation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u/Criand's new T+21 net capital thesis.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of all I would like to lead you to Criand’s new post, “Revisit to Net Capital”.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49">
        <w:r>
          <w:rPr>
            <w:rFonts w:ascii="Cambria" w:hAnsi="Cambria"/>
            <w:sz w:val="20"/>
            <w:color w:val="FFFFFF"/>
            <w:u/>
          </w:rPr>
          <w:t>https://www.reddit.com/r/Superstonk/comments/ny2ov4/a_revisit_to_net_capital_what_is_truly_drivi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49">
        <w:r>
          <w:rPr>
            <w:rFonts w:ascii="Cambria" w:hAnsi="Cambria"/>
            <w:sz w:val="20"/>
            <w:color w:val="FFFFFF"/>
            <w:u/>
          </w:rPr>
          <w:t xml:space="preserve">ng/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that TA does not apply to our favorite stock (but look forward to Elliot Wave guys proving 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wrong), but the initial T+21/T+35 cycles were unique in that they don’t rely on normal stock behavior,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instead analyze the unique situation GME is in (excessive shorting, FTD’s). Additionally, it has had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almost a 100% success rate at predicting price movements.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the net capital requirement thesis ties this together by eliminating loose ends in the previous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theory, such as the shaky T+35 price movements, in addition to providing a solid explanation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</w:t>
      </w:r>
      <w:r>
        <w:rPr>
          <w:rFonts w:ascii="Cambria" w:hAnsi="Cambria"/>
          <w:b w:val="0"/>
          <w:i/>
          <w:color w:val="FFFFFF"/>
          <w:sz w:val="20"/>
          <w:u w:val="none"/>
        </w:rPr>
        <w:t>why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movements occur.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decided to take this opportunity to revisit speculation on Cohen’s tweets/Gamestop major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news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their timing, and analyze if these were the causes of price movements (and thus not the actual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cycles). I decided to investigate by going full retard on my only day off and investigating each news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 compared to the net capital cycle. The result has my </w:t>
      </w:r>
      <w:r>
        <w:rPr>
          <w:rFonts w:ascii="Cambria" w:hAnsi="Cambria"/>
          <w:b/>
          <w:i/>
          <w:color w:val="FFFFFF"/>
          <w:sz w:val="20"/>
          <w:u w:val="none"/>
        </w:rPr>
        <w:t>tits absolutely, indescribably jacked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**:**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If you’d like to follow along, let’s open Criand’s beautiful chart - </w:t>
      </w:r>
    </w:p>
    <w:p>
      <w:bookmarkStart w:id="229" w:name="pg22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29"/>
      <w:hyperlink r:id="rId554">
        <w:r>
          <w:rPr>
            <w:rFonts w:ascii="Cambria" w:hAnsi="Cambria"/>
            <w:sz w:val="20"/>
            <w:color w:val="FFFFFF"/>
            <w:u/>
          </w:rPr>
          <w:t>https://preview.redd.it/xh4u2ugmfs471.png?width=1438&amp;format=png&amp;auto=webp&amp;s=85188eccc2bf3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4">
        <w:r>
          <w:rPr>
            <w:rFonts w:ascii="Cambria" w:hAnsi="Cambria"/>
            <w:sz w:val="20"/>
            <w:color w:val="FFFFFF"/>
            <w:u/>
          </w:rPr>
          <w:t xml:space="preserve">841bb98e37e5be98b8badcc01c7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take a look with some positive Gamestop news catalysts and tweets from our favorite Ryan Cohen.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I’ll keep this area to data only and leave speculations for the end.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The Ice Cream Cone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555">
        <w:r>
          <w:rPr>
            <w:rFonts w:ascii="Cambria" w:hAnsi="Cambria"/>
            <w:sz w:val="20"/>
            <w:color w:val="FFFFFF"/>
            <w:u/>
          </w:rPr>
          <w:t xml:space="preserve">https://twitter.com/ryancohen/status/1364650709669601289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Ryan Cohen tweets the famous ice cream cone on Feb 24, </w:t>
      </w:r>
      <w:r>
        <w:rPr>
          <w:rFonts w:ascii="Cambria" w:hAnsi="Cambria"/>
          <w:b/>
          <w:i w:val="0"/>
          <w:color w:val="FFFFFF"/>
          <w:sz w:val="20"/>
          <w:u w:val="none"/>
        </w:rPr>
        <w:t>lining up perfectly with the T+21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 date. The price rockets that day. Edit: The tweet was at 1:57PM. A large influx of buying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began in the morning (9:30, 10:30), and the spike came at 2:30PM. The tweet may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exacerbated the T+21 cycle, but did not cause it.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Voluntary redemption of senior notes is announced.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556">
        <w:r>
          <w:rPr>
            <w:rFonts w:ascii="Cambria" w:hAnsi="Cambria"/>
            <w:sz w:val="20"/>
            <w:color w:val="FFFFFF"/>
            <w:u/>
          </w:rPr>
          <w:t>https://news.gamestop.com/news-releases/news-release-details/gamestop-announces-voluntary-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6">
        <w:r>
          <w:rPr>
            <w:rFonts w:ascii="Cambria" w:hAnsi="Cambria"/>
            <w:sz w:val="20"/>
            <w:color w:val="FFFFFF"/>
            <w:u/>
          </w:rPr>
          <w:t xml:space="preserve">early-redemption-senior-notes-0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announces a voluntary early redemption of senior notes on April 13th. Price spike is April 13 AH –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T+14 date is April 15th. The positive news does not correlate with price movement.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Side note: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DFV Final Yolo update: April 16th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Cohen train tweet.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557">
        <w:r>
          <w:rPr>
            <w:rFonts w:ascii="Cambria" w:hAnsi="Cambria"/>
            <w:sz w:val="20"/>
            <w:color w:val="FFFFFF"/>
            <w:u/>
          </w:rPr>
          <w:t xml:space="preserve">https://twitter.com/ryancohen/status/1386485746916380673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25th: Cohen tweets a train coming. South Park. </w:t>
      </w:r>
      <w:r>
        <w:rPr>
          <w:rFonts w:ascii="Cambria" w:hAnsi="Cambria"/>
          <w:b/>
          <w:i w:val="0"/>
          <w:color w:val="FFFFFF"/>
          <w:sz w:val="20"/>
          <w:u w:val="none"/>
        </w:rPr>
        <w:t>This 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one day before the T+21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75%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cycle. Additionally: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Gamestop announces completion of the At-The-Market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equity offering program.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558">
        <w:r>
          <w:rPr>
            <w:rFonts w:ascii="Cambria" w:hAnsi="Cambria"/>
            <w:sz w:val="20"/>
            <w:color w:val="FFFFFF"/>
            <w:u/>
          </w:rPr>
          <w:t>https://news.gamestop.com/news-releases/news-release-details/gamestop-completes-market-equity-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8">
        <w:r>
          <w:rPr>
            <w:rFonts w:ascii="Cambria" w:hAnsi="Cambria"/>
            <w:sz w:val="20"/>
            <w:color w:val="FFFFFF"/>
            <w:u/>
          </w:rPr>
          <w:t>offering-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8">
        <w:r>
          <w:rPr>
            <w:rFonts w:ascii="Cambria" w:hAnsi="Cambria"/>
            <w:sz w:val="20"/>
            <w:color w:val="FFFFFF"/>
            <w:u/>
          </w:rPr>
          <w:t>program#:~:text=GameStop%20disclosed%20on%20April%205,time%20through%20the%20ATM%2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58">
        <w:r>
          <w:rPr>
            <w:rFonts w:ascii="Cambria" w:hAnsi="Cambria"/>
            <w:sz w:val="20"/>
            <w:color w:val="FFFFFF"/>
            <w:u/>
          </w:rPr>
          <w:t xml:space="preserve">0Offering.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news is </w:t>
      </w:r>
      <w:r>
        <w:rPr>
          <w:rFonts w:ascii="Cambria" w:hAnsi="Cambria"/>
          <w:b/>
          <w:i w:val="0"/>
          <w:color w:val="FFFFFF"/>
          <w:sz w:val="20"/>
          <w:u w:val="none"/>
        </w:rPr>
        <w:t>placed directly on the T+21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date. </w:t>
      </w:r>
      <w:r>
        <w:rPr>
          <w:rFonts w:ascii="Cambria" w:hAnsi="Cambria"/>
          <w:b w:val="0"/>
          <w:i/>
          <w:color w:val="FFFFFF"/>
          <w:sz w:val="20"/>
          <w:u w:val="none"/>
        </w:rPr>
        <w:t>Price spikes.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3rd; Gamestop completes voluntary early redemption of senior notes, leading them out of debt.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T+7 is May 5th, no price movement on this announcement. They also announce acquisition of a 700,000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sq. ft fulfillment center, resulting in </w:t>
      </w:r>
      <w:r>
        <w:rPr>
          <w:rFonts w:ascii="Cambria" w:hAnsi="Cambria"/>
          <w:b w:val="0"/>
          <w:i/>
          <w:color w:val="FFFFFF"/>
          <w:sz w:val="20"/>
          <w:u w:val="none"/>
        </w:rPr>
        <w:t>no price movement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11; Gamestop tweets man on the moon, T+14 is May 14th,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12, Gamestop Esports twitter profile is launched.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None of these announcements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result in significant price movement. Neither do Cohen's tweets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T+21 dates. These should go to show that his tweets are not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cause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price movements. </w:t>
      </w:r>
    </w:p>
    <w:p>
      <w:bookmarkStart w:id="230" w:name="pg229"/>
      <w:pPr>
        <w:keepLines w:val="0"/>
        <w:pageBreakBefore/>
        <w:widowControl w:val="0"/>
        <w:spacing w:before="22" w:after="0" w:lineRule="exact" w:line="368"/>
        <w:ind w:left="0" w:right="-60"/>
      </w:pPr>
      <w:bookmarkEnd w:id="230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May 25, Ryan Cohen tweets “Don’t try this at home” at 12:32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AM, midnight before market open on the T+21 cycle the next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day.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559">
        <w:r>
          <w:rPr>
            <w:rFonts w:ascii="Cambria" w:hAnsi="Cambria"/>
            <w:sz w:val="20"/>
            <w:color w:val="FFFFFF"/>
            <w:u/>
          </w:rPr>
          <w:t xml:space="preserve">https://twitter.com/ryancohen/status/1397047791889879041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Price spike.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Later that day, the Gamestop NFT is found. It has a launch date of July 14, 1 day before June 24 T+14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29, Cohen tweets “R.I.P. dumb ass”, noting that the T+21 cycle has been figured out and the Hedgies.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Are. Fuk.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Speculation: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Cohen is </w:t>
      </w:r>
      <w:r>
        <w:rPr>
          <w:rFonts w:ascii="Cambria" w:hAnsi="Cambria"/>
          <w:b w:val="0"/>
          <w:i/>
          <w:color w:val="FFFFFF"/>
          <w:sz w:val="20"/>
          <w:u w:val="none"/>
        </w:rPr>
        <w:t>fully aware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T+21 net capital loop that the hedge funds are trapped in. Given that both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news and hype tweets are clearly insufficient to result in a positive price movement (See: May 3rd,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11, May 12, April 13), I am highly doubtful that an ice cream cone tweet is enough to drive up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by over 100%.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that Cohen has had this figured out since very early on, and that’s clear in his tweet behavior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later T+21 dates.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can also explain why Gamestop made the choice to conduct a share offering on 6/9 -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6/9, the Gamestop shareholder meeting, as meme of a date as it may be, is </w:t>
      </w:r>
      <w:r>
        <w:rPr>
          <w:rFonts w:ascii="Cambria" w:hAnsi="Cambria"/>
          <w:b w:val="0"/>
          <w:i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a significant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 date, and thus Cohen and friends were well aware that the price would fall again.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counteract negative sentiment, he announces the share offering; effectively, FUD immunity, because 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 movement can be attributed to it. Additionally, it provides </w:t>
      </w:r>
      <w:r>
        <w:rPr>
          <w:rFonts w:ascii="Cambria" w:hAnsi="Cambria"/>
          <w:b w:val="0"/>
          <w:i/>
          <w:color w:val="FFFFFF"/>
          <w:sz w:val="20"/>
          <w:u w:val="none"/>
        </w:rPr>
        <w:t>1 billion dollars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capital for future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positive announcements, which he can place on the T+21 dates; for example, the June 24 T+21, which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close proximity to the Russel rebalancing. Note: So far, only Cohen tweets have lined up with T+21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dates. If positive Gamestop news; an acquisition, a dividend, NFT’s, esports deals lines up… oh god.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dates, but those with shares have nothing to worry about - they're in good hands. </w:t>
      </w:r>
      <w:r>
        <w:rPr>
          <w:rFonts w:ascii="Cambria" w:hAnsi="Cambria"/>
          <w:b w:val="0"/>
          <w:i/>
          <w:color w:val="FFFFFF"/>
          <w:sz w:val="20"/>
          <w:u w:val="none"/>
        </w:rPr>
        <w:t>Only up.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Cohen is well aware of the T+21 dates and has lined up his own tweets </w:t>
      </w:r>
      <w:r>
        <w:rPr>
          <w:rFonts w:ascii="Cambria" w:hAnsi="Cambria"/>
          <w:b w:val="0"/>
          <w:i/>
          <w:color w:val="FFFFFF"/>
          <w:sz w:val="20"/>
          <w:u w:val="none"/>
        </w:rPr>
        <w:t>in clear indication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it.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6/9 ATM market offering, although I know many apes including myself were disappointed by,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 FUD immunity as the price falls in between T+21 cycles. Furthermore, it raises capital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positive corporate announcements which can be lined up with T+21 dates, which so far, only Cohen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tweets have lined up with. Positive news and RC tweets that are </w:t>
      </w:r>
      <w:r>
        <w:rPr>
          <w:rFonts w:ascii="Cambria" w:hAnsi="Cambria"/>
          <w:b w:val="0"/>
          <w:i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T+21 dates do not result in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movement, indicating that they are not the catalyst themselves, but may compound them.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We’re in good hands. If you hodl shares, there’s nothing to worry about. HODL!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formatting. If anyone has criticisms, announcements, or additional news that I missed, please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comment below. </w:t>
      </w:r>
    </w:p>
    <w:p>
      <w:bookmarkStart w:id="231" w:name="pg23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31"/>
      <w:r>
        <w:rPr>
          <w:rFonts w:ascii="Cambria" w:hAnsi="Cambria"/>
          <w:b w:val="0"/>
          <w:i/>
          <w:color w:val="FFFFFF"/>
          <w:sz w:val="20"/>
          <w:u w:val="none"/>
        </w:rPr>
        <w:t>Not financial advice.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01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Guys I fucking missed one.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On March 25, Cohen tweets our smoky teddy,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560">
        <w:r>
          <w:rPr>
            <w:rFonts w:ascii="Cambria" w:hAnsi="Cambria"/>
            <w:sz w:val="20"/>
            <w:color w:val="FFFFFF"/>
            <w:u/>
          </w:rPr>
          <w:t xml:space="preserve">https://twitter.com/ryancohen/status/1375159657166209031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Lining up with the T+21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date on March 25th.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this, out of 18 Cohen tweets since his activity in Gamestop, 4 of them line up with the 5 T+21 cycle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 thus far, missing only the first one on January. While it is </w:t>
      </w:r>
      <w:r>
        <w:rPr>
          <w:rFonts w:ascii="Cambria" w:hAnsi="Cambria"/>
          <w:b w:val="0"/>
          <w:i/>
          <w:color w:val="FFFFFF"/>
          <w:sz w:val="20"/>
          <w:u w:val="none"/>
        </w:rPr>
        <w:t>possible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this is a coincidence, given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there's about 180 days since the beginning of all this I don't think it's very likely. If anyone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statistics legend and could calculate the probability that this is random it would be much appreciated.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I don't think there's much of another reason why he would tweet an ice cream cone.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Reached out to friend who is a statistics major. He just graduated and doesn't want to do math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 response was - "Pretty sure though just from inspection it'll be statistically significant".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Update - math wrinkle brain messaged me with: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 can't post bc of karma but the probability of having at least 4 right dates on 5 while picking 18 out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180 is </w:t>
      </w:r>
      <w:r>
        <w:rPr>
          <w:rFonts w:ascii="Cambria" w:hAnsi="Cambria"/>
          <w:b/>
          <w:i w:val="0"/>
          <w:color w:val="FFFFFF"/>
          <w:sz w:val="20"/>
          <w:u w:val="none"/>
        </w:rPr>
        <w:t>0.0339%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It's an hypergeometric law."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basically any statistical research model this is </w:t>
      </w:r>
      <w:r>
        <w:rPr>
          <w:rFonts w:ascii="Cambria" w:hAnsi="Cambria"/>
          <w:b/>
          <w:i/>
          <w:color w:val="FFFFFF"/>
          <w:sz w:val="20"/>
          <w:u w:val="none"/>
        </w:rPr>
        <w:t>significant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As always if anyone has any corrections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please comment or message me. Tits jacked!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FAQ: When is the next T+21?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24 (it says in chart)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232" w:name="pg231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232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A revisit to Net Capital. What is truly driving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these T+21 loops, the March and June gamma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runs, and how skyrocketing ETF FTDs might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cause big price movements in the coming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weeks.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well, I think it's time to revisit an old topic. Net Capital. I posted about this in the past and for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reason gave up on it. I can now provide </w:t>
      </w:r>
      <w:r>
        <w:rPr>
          <w:rFonts w:ascii="Cambria" w:hAnsi="Cambria"/>
          <w:b/>
          <w:i w:val="0"/>
          <w:color w:val="FFFFFF"/>
          <w:sz w:val="20"/>
          <w:u w:val="none"/>
        </w:rPr>
        <w:t>counter DD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to my own T+21/T+35 theory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- I am not a financial advisor and I do not provide financial advice! Everything in here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research and discussion with others on the topics. As always, do your own research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criticize. Take my opinions with a grain of salt.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Wanting to revisit the Net Capital topic was a few things. There were posts about ETF FTDs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spiking </w:t>
      </w:r>
      <w:r>
        <w:rPr>
          <w:rFonts w:ascii="Cambria" w:hAnsi="Cambria"/>
          <w:b/>
          <w:i w:val="0"/>
          <w:color w:val="FFFFFF"/>
          <w:sz w:val="20"/>
          <w:u w:val="none"/>
        </w:rPr>
        <w:t>severely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of May 12th - even more than the highest peaks of January. I had my own doubts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time of how we could possibly have multiple cycles overlapping, when it felt more like there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only a single cycle. And of course, some people commented and/or posted counter DD! Which I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awesome, it's always good to provide counter DD.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Kenny and his gang love to continue digging a hole for themselves - while the whole financial world tries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desperately to contain this potential market crash from coming to fruition.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shorts and Reverse Repo Market go </w:t>
      </w:r>
      <w:r>
        <w:rPr>
          <w:rFonts w:ascii="Cambria" w:hAnsi="Cambria"/>
          <w:b/>
          <w:i w:val="0"/>
          <w:color w:val="FFFFFF"/>
          <w:sz w:val="20"/>
          <w:u w:val="none"/>
        </w:rPr>
        <w:t>brrrrrrrr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TLDR: Sorry I'm too lazy right now. About to post this and go to sleep.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😎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33" w:name="pg232"/>
      <w:pPr>
        <w:keepLines w:val="0"/>
        <w:pageBreakBefore/>
        <w:widowControl w:val="0"/>
        <w:spacing w:before="0" w:after="0"/>
        <w:jc w:val="center"/>
      </w:pPr>
      <w:bookmarkEnd w:id="233"/>
      <w:r>
        <w:drawing>
          <wp:inline xmlns:a="http://schemas.openxmlformats.org/drawingml/2006/main" xmlns:pic="http://schemas.openxmlformats.org/drawingml/2006/picture">
            <wp:extent cx="3336925" cy="3043554"/>
            <wp:docPr id="156" name="Picture 1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30435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Kenny And The Boys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previous post about Net Capital was thinking that we'd see significant price movement T+14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April 16th options expirations. That didn't happen, so I tossed it out of the window. (Criand,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dumb bitch)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then led me down the path of the T+21 Loop Missing Link. It got pretty popular. It's the whole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T+21/T+35 conjunction theory that occurred May 24th and May 25th. While it definitely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appears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right, </w:t>
      </w:r>
      <w:r>
        <w:rPr>
          <w:rFonts w:ascii="Cambria" w:hAnsi="Cambria"/>
          <w:b/>
          <w:i w:val="0"/>
          <w:color w:val="FFFFFF"/>
          <w:sz w:val="20"/>
          <w:u w:val="none"/>
        </w:rPr>
        <w:t>I have been doubting it ever since May 24th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Especially after a courageous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u/dentisttftposted the Counter DD to T+21 theory. T+35 (May 24th) didn't have significant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movement. If it truly was a new T+35 initiating a loop, then it should have exploded up in price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24th. And for that, I think it's time to put that theory to bed.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counter DD that</w:t>
      </w:r>
      <w:hyperlink r:id="rId505">
        <w:r>
          <w:rPr>
            <w:rFonts w:ascii="Cambria" w:hAnsi="Cambria"/>
            <w:sz w:val="20"/>
            <w:color w:val="FFFFFF"/>
            <w:u/>
          </w:rPr>
          <w:t xml:space="preserve"> /u/dentisttft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posted is excellent and you should definitely take a look. If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post is wrong,</w:t>
      </w:r>
      <w:hyperlink r:id="rId505">
        <w:r>
          <w:rPr>
            <w:rFonts w:ascii="Cambria" w:hAnsi="Cambria"/>
            <w:sz w:val="20"/>
            <w:color w:val="FFFFFF"/>
            <w:u/>
          </w:rPr>
          <w:t xml:space="preserve"> /u/dentisttft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still proposes another possibility: that T+35 from the FTD spike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initiate buy pressure around June 17th.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since the counter DD, I decided to revisit Net Capital since that is what /u/keijikage brought to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attention so many weeks ago. Very smart guy by the way! Always very knowledgeable and provides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amazing discussion!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back on Net Capital now, especially with the ETF FTD spike that occurred on May 12th, it might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 paint the picture as to what has been going on this whole time with the "T+21 cycle", the March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Gamma Ramp, and the June Gamma Ramp.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GME FTDs, ETF FTDs, Massive Resurgence Started May 12 </w:t>
      </w:r>
    </w:p>
    <w:p>
      <w:bookmarkStart w:id="234" w:name="pg23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3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I want to discuss ETF FTDs, as something absolutely wild occurred in May. Note that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the full months FTD data yet. The SEC releases the data in first half and second half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 reports. So, it cuts off quite conveniently when FTDs began to go haywire.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2">
        <w:r>
          <w:rPr>
            <w:rFonts w:ascii="Cambria" w:hAnsi="Cambria"/>
            <w:sz w:val="20"/>
            <w:color w:val="FFFFFF"/>
            <w:u/>
          </w:rPr>
          <w:t xml:space="preserve">For a while now it's been theorized (with some pretty damn good evidence) that ETFs containing GME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been heavily shorted. Supposedly they will short the ETF, buy up all of the other stocks in the ETF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were shorted, but leave GME alone. There's a net 0 effect on the other stocks but a net short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GME. This then starts to cause ETF FTD anomalies which they also try to suppress, but they can't hide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forever. Because it appears that as of May 12th, these FTDs have begun to spill out of hiding.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3">
        <w:r>
          <w:rPr>
            <w:rFonts w:ascii="Cambria" w:hAnsi="Cambria"/>
            <w:sz w:val="20"/>
            <w:color w:val="FFFFFF"/>
            <w:u/>
          </w:rPr>
          <w:t xml:space="preserve">u/basketas87 posted about this surge of ETF FTDs in "New data shows a large increase of ETF FTDs":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687445"/>
            <wp:docPr id="157" name="Picture 1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7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Price Vs. GME FTDs and ETF FTDs (which contain GME); Source: /u/basketas87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immediately see the ETF FTDs absolutely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SKYROCKETED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just before the cutoff of the SEC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bi-monthly report.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 don't even know how high this has gone in the following days or if its 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crashing back down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Remember - these are aggregate. We don't sum up the FTDs between dates.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Whatever the number is upon a date is the current total of FTDs reported.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 date-by-date tracking for these FTDs between January and the end of March, /u/broccaaaprovided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5">
        <w:r>
          <w:rPr>
            <w:rFonts w:ascii="Cambria" w:hAnsi="Cambria"/>
            <w:sz w:val="20"/>
            <w:color w:val="FFFFFF"/>
            <w:u/>
          </w:rPr>
          <w:t xml:space="preserve">an excellent chart in "The naked shorting scam using ETFs: mass shifting of FTDs from GME to 20+ ETFs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65">
        <w:r>
          <w:rPr>
            <w:rFonts w:ascii="Cambria" w:hAnsi="Cambria"/>
            <w:sz w:val="20"/>
            <w:color w:val="FFFFFF"/>
            <w:u/>
          </w:rPr>
          <w:t xml:space="preserve">&amp; 27+ billion dollars still owed in remaining SI". This gives us an easier look at the exact dates when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spiked earlier in the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selected GME and 19 ETFs containing GME. I chose to only look at the ETFs that contain the most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and had large numbers of FTDs in 2021. - /u/broccaaa </w:t>
      </w:r>
    </w:p>
    <w:p>
      <w:bookmarkStart w:id="235" w:name="pg234"/>
      <w:pPr>
        <w:keepLines w:val="0"/>
        <w:pageBreakBefore/>
        <w:widowControl w:val="0"/>
        <w:spacing w:before="0" w:after="0"/>
        <w:jc w:val="center"/>
      </w:pPr>
      <w:bookmarkEnd w:id="235"/>
      <w:r>
        <w:drawing>
          <wp:inline xmlns:a="http://schemas.openxmlformats.org/drawingml/2006/main" xmlns:pic="http://schemas.openxmlformats.org/drawingml/2006/picture">
            <wp:extent cx="5943600" cy="2375535"/>
            <wp:docPr id="158" name="Picture 1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5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Aggregate FTDs for GME; GME and ETFs; Source: /u/broccaaa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notable aggregate FTD dates from this chart: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29th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2nd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18th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of course, the latest absolutely insane </w:t>
      </w:r>
      <w:r>
        <w:rPr>
          <w:rFonts w:ascii="Cambria" w:hAnsi="Cambria"/>
          <w:b/>
          <w:i w:val="0"/>
          <w:color w:val="FFFFFF"/>
          <w:sz w:val="20"/>
          <w:u w:val="none"/>
        </w:rPr>
        <w:t>May 12th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Once again, we don't even know what the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numbers are for the second half of May. It could very well be much higher.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Net Capital And Market Makers; Citadel's Can-Kicked Bag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 Capital is detailed out in this post but I will do a quick summary. It revolves around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7">
        <w:r>
          <w:rPr>
            <w:rFonts w:ascii="Cambria" w:hAnsi="Cambria"/>
            <w:sz w:val="20"/>
            <w:color w:val="FFFFFF"/>
            <w:u/>
          </w:rPr>
          <w:t xml:space="preserve">Requirements For Brokers or Dealers - 240.15c3-1: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...is designed to ensure that a broker-dealer holds, at all times, more than one dollar of highly liquid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for each dollar of liabilities (e.g., money owed to customers and counterparties), excluding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liabilities that are subordinated to all other creditors by contractual agreement. The premise underlying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net capital rule is that if a broker-dealer fails, it should be in a position to meet all unsubordinated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obligations to customers and counterparties and generate resources sufficient to wind down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operations in an orderly manner without the need of a formal proceeding...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...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 broker-dealer must ensure that its actual net capital exceeds its required minimum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capital at all times.</w:t>
      </w:r>
      <w:hyperlink r:id="rId568">
        <w:r>
          <w:rPr>
            <w:rFonts w:ascii="Cambria" w:hAnsi="Cambria"/>
            <w:sz w:val="20"/>
            <w:color w:val="FFFFFF"/>
            <w:u/>
          </w:rPr>
          <w:t xml:space="preserve"> - Source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in other words, you must have enough capital to not be "margin-called". In this case, Citadel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victim to this rule as they are a Market Maker and must sustain enough net capital to not go bust.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they do not, they're a risk to their customers and counterparties. This rule tries to ensure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enough money to pay up in the event of a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very interesting part of this rule comes down to how they're calculating Net Capital in regards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securities: </w:t>
      </w:r>
    </w:p>
    <w:p>
      <w:bookmarkStart w:id="236" w:name="pg235"/>
      <w:pPr>
        <w:keepLines w:val="0"/>
        <w:pageBreakBefore/>
        <w:widowControl w:val="0"/>
        <w:spacing w:before="0" w:after="0"/>
        <w:jc w:val="center"/>
      </w:pPr>
      <w:bookmarkEnd w:id="236"/>
      <w:r>
        <w:drawing>
          <wp:inline xmlns:a="http://schemas.openxmlformats.org/drawingml/2006/main" xmlns:pic="http://schemas.openxmlformats.org/drawingml/2006/picture">
            <wp:extent cx="5943600" cy="1886585"/>
            <wp:docPr id="159" name="Picture 1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Net Capital Rule; Short Securities Deduction From Net Capital Per "Days After Discovery"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this basically means is that after the short security difference is found to be unresolved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discovery (think FTD popping up is the "discovery"), then it's going to slowly start eating away at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 capital the longer it remains unresolved/undelivered: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after discovery = 0%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after discovery = 25%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after discovery = 50%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21 after discovery = 75%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28 after discovery = 100% of the unresolved short security is calculated into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have these debts accounted for into your net capital, it is taking away that value, because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difference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owe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As the days go by, net capital starts chunking down. So, if you have a rather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large short security difference discovered one day (such as May 12th) then you want to resolve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quickly or risk defaulting.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you find a way to stuff the unresolved shorts back under the rug? Do you deliver and force buy-ins?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Both? That appears to be the loop they've been stuck in, which slowly bumps the price floor upward.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You'll notice that there's a familiar number in there. </w:t>
      </w:r>
      <w:r>
        <w:rPr>
          <w:rFonts w:ascii="Cambria" w:hAnsi="Cambria"/>
          <w:b/>
          <w:i w:val="0"/>
          <w:color w:val="FFFFFF"/>
          <w:sz w:val="20"/>
          <w:u w:val="none"/>
        </w:rPr>
        <w:t>Day 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T+21? Oooh. Tasty. </w:t>
      </w:r>
      <w:r>
        <w:rPr>
          <w:rFonts w:ascii="Cambria" w:hAnsi="Cambria"/>
          <w:b/>
          <w:i w:val="0"/>
          <w:color w:val="FFFFFF"/>
          <w:sz w:val="20"/>
          <w:u w:val="none"/>
        </w:rPr>
        <w:t>Here we go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total timeframe for Net Capital is 28 days, but Citadel most likely cannot allow the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threshold to go past 75%. They must kick-the-can and force buy-ins on or before T+7, T+14, T+21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 the entire process by the net 75% threshold of T+21. They can't risk it going to 100% or else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they'll most likely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Wham, bam, the T+21 loop ignites itself continuously.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Plotting The Net Capital Loop - The Counter of T+21 and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T+35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major option dates still play a big role. But I don't think T+35 theory is what's really applying here. </w:t>
      </w:r>
    </w:p>
    <w:p>
      <w:bookmarkStart w:id="237" w:name="pg23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3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are "major options"? These are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only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options that were available for the year 2021 back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early 2020. These are the option dates that were most likely opened up initially by shorters at the start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COVID. Perfect time to place bets and start their kill shot on GameStop: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15, 2021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16, 2021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16, 2021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Upon expiration, unrealized losses now became realized losses, and their overall capital receives a dent.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most likely gets harder to hide FTDs and hide them under the rug.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know the most curious thing?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Posts about Citadel working the night-shift started just after April 16th options expirations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That's also right around when Bank of America shut down a bunch of their locations. I won't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their excuses. Bank of America looks like they're a bag holder and is freaking out too.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big had to of happened as of April 16th, and it's most likely that they had a huge dent in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that is now causing a slow bleed-out of FTDs that they've hidden, which then must be satisfied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the Net Capital timeframe of T+7, T+14, T+21, T+28, or else they can go net negative and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of course, following April 16 options expirations, the ETF FTDs start to skyrocket on May 12th.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main intuition is that they were unable to hide these any more and they have started to spill out. Ruh-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I'll plot out the T+21 Net Capital loop so that it isn't </w:t>
      </w:r>
      <w:r>
        <w:rPr>
          <w:rFonts w:ascii="Cambria" w:hAnsi="Cambria"/>
          <w:b/>
          <w:i w:val="0"/>
          <w:color w:val="FFFFFF"/>
          <w:sz w:val="20"/>
          <w:u w:val="none"/>
        </w:rPr>
        <w:t>too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cluttered: </w:t>
      </w:r>
    </w:p>
    <w:p>
      <w:bookmarkStart w:id="238" w:name="pg237"/>
      <w:pPr>
        <w:keepLines w:val="0"/>
        <w:pageBreakBefore/>
        <w:widowControl w:val="0"/>
        <w:spacing w:before="0" w:after="0"/>
        <w:jc w:val="center"/>
      </w:pPr>
      <w:bookmarkEnd w:id="238"/>
      <w:r>
        <w:drawing>
          <wp:inline xmlns:a="http://schemas.openxmlformats.org/drawingml/2006/main" xmlns:pic="http://schemas.openxmlformats.org/drawingml/2006/picture">
            <wp:extent cx="5943600" cy="4534534"/>
            <wp:docPr id="160" name="Picture 1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4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Plotted Net Capital "T+21" Cycle, December 22 to July 26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Upon December 22, the clock starts ticking. It's possible that at this point the price was too high for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worry about Net Capital any more, and they had to start can-kicking and forced buy-ins.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loop is separated T+21 because it appears that they cannot sustain higher than the 75% threshold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time. You can see the T+21 loop we're familiar with, starting December 22, and then traveling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January 25, February 24, March 25, April 26, May 25. And potentially continuing on to June 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July 26. [The next two dates if any apes are curious].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get a closer look of the potential effects of the various Threshold amounts (T+7 (25%), T+14 (50%),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(75%)) I've zoomed in on March 25th to May 25th. </w:t>
      </w:r>
      <w:r>
        <w:rPr>
          <w:rFonts w:ascii="Cambria" w:hAnsi="Cambria"/>
          <w:b/>
          <w:i w:val="0"/>
          <w:color w:val="FFFFFF"/>
          <w:sz w:val="20"/>
          <w:u w:val="none"/>
        </w:rPr>
        <w:t>ENHANCE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! </w:t>
      </w:r>
    </w:p>
    <w:p>
      <w:bookmarkStart w:id="239" w:name="pg238"/>
      <w:pPr>
        <w:keepLines w:val="0"/>
        <w:pageBreakBefore/>
        <w:widowControl w:val="0"/>
        <w:spacing w:before="0" w:after="0"/>
        <w:jc w:val="center"/>
      </w:pPr>
      <w:bookmarkEnd w:id="239"/>
      <w:r>
        <w:drawing>
          <wp:inline xmlns:a="http://schemas.openxmlformats.org/drawingml/2006/main" xmlns:pic="http://schemas.openxmlformats.org/drawingml/2006/picture">
            <wp:extent cx="5943600" cy="4514215"/>
            <wp:docPr id="161" name="Picture 1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Plotted Net Capital "T+21" Cycle, March 25 to May 25, Price Spikes Prior to Each Threshold (T+7, T+14) Date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above it's </w:t>
      </w:r>
      <w:r>
        <w:rPr>
          <w:rFonts w:ascii="Cambria" w:hAnsi="Cambria"/>
          <w:b/>
          <w:i w:val="0"/>
          <w:color w:val="FFFFFF"/>
          <w:sz w:val="20"/>
          <w:u w:val="none"/>
        </w:rPr>
        <w:t>unlikely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there is a chance that they have too many FTDs to shuffle around by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Net Capital 25% (T+7) Threshold hits. This could initiate some buy-in pressure on or before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date, typically the day before, as outlined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light green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circle. The day before because they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those positions to be 50% upon the next day. They must be resolved </w:t>
      </w:r>
      <w:r>
        <w:rPr>
          <w:rFonts w:ascii="Cambria" w:hAnsi="Cambria"/>
          <w:b/>
          <w:i w:val="0"/>
          <w:color w:val="FFFFFF"/>
          <w:sz w:val="20"/>
          <w:u w:val="none"/>
        </w:rPr>
        <w:t>BEFORE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also </w:t>
      </w:r>
      <w:r>
        <w:rPr>
          <w:rFonts w:ascii="Cambria" w:hAnsi="Cambria"/>
          <w:b/>
          <w:i w:val="0"/>
          <w:color w:val="FFFFFF"/>
          <w:sz w:val="20"/>
          <w:u w:val="none"/>
        </w:rPr>
        <w:t>unlikely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a greater chance that they have too many FTDs to shuffle around by the time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50% (T+14) Threshold hits. This again could initiate some buy-in pressure on or before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date, typically the day before, as outlined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blue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circle.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And of course upon Net Capital 75% (T+21) Threshold, they must complete their rug-hiding and/or buy-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 to avoid going Net Negative. It is possible that the rug-hiding and buy-ins are in conjunction with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another, slowly increasing the price floor, and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between each threshold they try to short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stock more to push down the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Looping back to Section 1 when we identified the major FTD dates: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29th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2nd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18th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12th </w:t>
      </w:r>
    </w:p>
    <w:p>
      <w:bookmarkStart w:id="240" w:name="pg23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a potential relationship to be seen with these insane FTD dates. Now this chart I'm about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 is highly speculative. I'm unsure if the Net Capital loop initiates upon the FTD spikes (though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certainly should, per Net Capital rule, because that would be when they are "discovered").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say I'm unsure because I only see one data point here so far and somewhat of a second data point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run-up we've been seeing the past few days.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39615"/>
            <wp:docPr id="162" name="Picture 1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Plotted Net Capital "T+21" Cycle, December 22 to July 26, and FTD Spike Relationship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above picture, look at January 29th's FTD spike. Plotting the full 28 days of Net Capital out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100% of the debts would be accounted for, that lands it on March 11th. They want to resolve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</w:t>
      </w:r>
      <w:r>
        <w:rPr>
          <w:rFonts w:ascii="Cambria" w:hAnsi="Cambria"/>
          <w:b/>
          <w:i w:val="0"/>
          <w:color w:val="FFFFFF"/>
          <w:sz w:val="20"/>
          <w:u w:val="none"/>
        </w:rPr>
        <w:t>before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March 11th, while the debts are still 75% accounted for. Remember that date? March 10th?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sure do. This </w:t>
      </w:r>
      <w:r>
        <w:rPr>
          <w:rFonts w:ascii="Cambria" w:hAnsi="Cambria"/>
          <w:b/>
          <w:i w:val="0"/>
          <w:color w:val="FFFFFF"/>
          <w:sz w:val="20"/>
          <w:u w:val="none"/>
        </w:rPr>
        <w:t>could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why we saw the price spike, and why T+35 is incorrect in theory. But, it appears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major option dates still play a role, because of the May 12th FTD spike that just occurred,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followed April 16th options. Likewise, the January 15th options may have initiated the FTD spikes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January 29th and February 2nd.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same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situation occurs due to the May 12th FTDs, then plotting out the full 28 days of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lands us on June 22nd. </w:t>
      </w:r>
      <w:r>
        <w:rPr>
          <w:rFonts w:ascii="Cambria" w:hAnsi="Cambria"/>
          <w:b/>
          <w:i w:val="0"/>
          <w:color w:val="FFFFFF"/>
          <w:sz w:val="20"/>
          <w:u w:val="none"/>
        </w:rPr>
        <w:t>If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these FTDs initiated Net Capital T+0 upon May 12th, then things could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crazy on or before June 22nd. </w:t>
      </w:r>
    </w:p>
    <w:p>
      <w:bookmarkStart w:id="241" w:name="pg24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very possible that the run-up from May 25th to June 8th was all due to this new set of FTDs,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had to start buy-ins on or before T+14 and T+21 from May 12th due to the sheer amount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unresolved shorts that were eating away at their Net Capital. If the FTDs aren't fully hidden again or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buy-ins aren't complete, there's still T+28 to look towards, which lands on </w:t>
      </w:r>
      <w:r>
        <w:rPr>
          <w:rFonts w:ascii="Cambria" w:hAnsi="Cambria"/>
          <w:b/>
          <w:i w:val="0"/>
          <w:color w:val="FFFFFF"/>
          <w:sz w:val="20"/>
          <w:u w:val="none"/>
        </w:rPr>
        <w:t>June 22nd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They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to hide these FTDs again and/or buy-in on or before June 22nd. This would keep in line with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10th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also very well explain what was going on with AMC. (Don't freak out on me yet, I love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AMC because it's very good analysis to track. It's been following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same exact T+21 pattern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AMC Behavior - Given Up On By Shorts? Too Expensive To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Juggle With GME?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AMC has gone on an absolute RUN. It increased nearly 70% in one day. Take a look at the following chart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you know about Net Capital and the different T+7, T+14, T+21, T+28 Thresholds: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61204"/>
            <wp:docPr id="163" name="Picture 1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1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AMC Behavior from May 12th to June 24th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Damn. Did they just GIVE UP on AMC and decide that it's too much to deal with? Do they not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capital to deal with both GME and AMC (and possibly other short meme stocks)? I think so, </w:t>
      </w:r>
    </w:p>
    <w:p>
      <w:bookmarkStart w:id="242" w:name="pg24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this lines up quite well. They had to fix Net Capital for AMC by T+7 (25%) Threshold on June 4th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because it was too expensive to handle alongside GME, and GME is the one they </w:t>
      </w:r>
      <w:r>
        <w:rPr>
          <w:rFonts w:ascii="Cambria" w:hAnsi="Cambria"/>
          <w:b/>
          <w:i w:val="0"/>
          <w:color w:val="FFFFFF"/>
          <w:sz w:val="20"/>
          <w:u w:val="none"/>
        </w:rPr>
        <w:t>really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their ammo for.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T+7 and T+14, they of course short some more, trying to pull the price down in preparation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Threshold cycle of T+14, which will probably cause an equivalent or greater amount of buy-ins.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This lands on... June 15th. And if it's like previous cycles, that would imply that they want to do the buy-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 by June 14th (next Monday) to avoid those unresolved shorts hitting the next threshold amount.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spike coming again?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then, the current T+21 cycle isn't over. The threshold of 75% doesn't land until June 24th,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very likely will continue to spike upward with an equivalent or greater spike of the run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T+7 (25%) Threshold.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truly think that they've put all of their effort into containing GME and have more or less "given up"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AMC because it's not as big of a deal to them. That's why it's mooning like crazy while GME is taking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little time to wake up.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5. GME Behavior - Shorts Holding On As Long As They Can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same exact timeframe of AMC, let's finally look at GME and the current cycle going on. The ETF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from May 12th line up T+28 (100% Net Capital Threshold) on June 22nd. Again, </w:t>
      </w:r>
      <w:r>
        <w:rPr>
          <w:rFonts w:ascii="Cambria" w:hAnsi="Cambria"/>
          <w:b/>
          <w:i w:val="0"/>
          <w:color w:val="FFFFFF"/>
          <w:sz w:val="20"/>
          <w:u w:val="none"/>
        </w:rPr>
        <w:t>if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loop initiated upon that FTD spike, then things could get absolutely wild on or just before June 22nd.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Otherwise, it might just be the standard T+21 Net Capital loop, which has that extra pressure from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ETF FTDs, where the Net Capital loop initiated on May 25th, and ends on June 24th. </w:t>
      </w:r>
    </w:p>
    <w:p>
      <w:bookmarkStart w:id="243" w:name="pg242"/>
      <w:pPr>
        <w:keepLines w:val="0"/>
        <w:pageBreakBefore/>
        <w:widowControl w:val="0"/>
        <w:spacing w:before="0" w:after="0"/>
        <w:jc w:val="center"/>
      </w:pPr>
      <w:bookmarkEnd w:id="243"/>
      <w:r>
        <w:drawing>
          <wp:inline xmlns:a="http://schemas.openxmlformats.org/drawingml/2006/main" xmlns:pic="http://schemas.openxmlformats.org/drawingml/2006/picture">
            <wp:extent cx="5943600" cy="4499609"/>
            <wp:docPr id="164" name="Picture 1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9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Behavior from May 12th to June 24th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time of T+7 (25% Threshold), it appears that they really needed to apply some buy-ins,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started to rise quite significantly. Just like AMC, but not as extreme, because they want to put all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energy into keeping this bad boy from popping off.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again... take a look when T+14 (50% Threshold) will hit. June 15th. From the above analysis,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buy-ins would occur on or before this threshold date, typically right before. Know where that lands?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Monday. June 14th.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possible that they won't be able to sustain to the 75% threshold any more, but now must sustain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50% threshold of T+14 where they need to resolve their unresolved shorts by.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Maybe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there will be a big price spike next Monday. Otherwise, keep an eye out for the T+28 date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ETF FTDs, landing June 22nd, or the original T+21 date, landing June 24th.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we're also waiting for the Russell 1000 change the week of June 24th. ;) </w:t>
      </w:r>
    </w:p>
    <w:p>
      <w:pPr>
        <w:keepLines w:val="0"/>
        <w:widowControl w:val="0"/>
        <w:spacing w:before="60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244" w:name="pg243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244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Clarification of when GameStop will issue 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press release stating the ATM Offering is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complete, sale price max, maximum offering,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update on outstanding shares, the reason why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MarketWatch and Ortex differ, and other Form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424B5 goodies with highlighted pictures!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there! This comes straight from the 424B5 Form! Here is the link for reference.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75">
        <w:r>
          <w:rPr>
            <w:rFonts w:ascii="Cambria" w:hAnsi="Cambria"/>
            <w:sz w:val="20"/>
            <w:color w:val="FFFFFF"/>
            <w:u/>
          </w:rPr>
          <w:t xml:space="preserve">https://gamestop.gcs-web.com/sec-filings/sec-filing/424b5/0001193125-21-186796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will not receive any update about the completion of the ATM offering today. The earliest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announcement could be made is Monday. This is based off of T+2 settlement. Also, based on past press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releases, this will not happen until after market close on any given day.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76">
        <w:r>
          <w:rPr>
            <w:rFonts w:ascii="Cambria" w:hAnsi="Cambria"/>
            <w:sz w:val="20"/>
            <w:color w:val="FFFFFF"/>
            <w:u/>
          </w:rPr>
          <w:t xml:space="preserve">https://i.imgur.com/tuz8Nhh.jpg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is updated before the market opens every day on how many shares were sold the previous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day. Which also points to any announcement of the completion of the offering happening after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77">
        <w:r>
          <w:rPr>
            <w:rFonts w:ascii="Cambria" w:hAnsi="Cambria"/>
            <w:sz w:val="20"/>
            <w:color w:val="FFFFFF"/>
            <w:u/>
          </w:rPr>
          <w:t xml:space="preserve">https://i.imgur.com/sr8Undy.jpg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$255.39 is not the max sell price. This was the average share price on June 4th and they used it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calculating the fee projections of this offering.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$1,276,950,000 is not the maximum amount of funds GameStop can raise from this offering. Again,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this for calculating the fee projections of this offering. This was understandably confusing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last offering had a maximum amount allowable to raise.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78">
        <w:r>
          <w:rPr>
            <w:rFonts w:ascii="Cambria" w:hAnsi="Cambria"/>
            <w:sz w:val="20"/>
            <w:color w:val="FFFFFF"/>
            <w:u/>
          </w:rPr>
          <w:t xml:space="preserve">https://i.imgur.com/5cljjEg.jpg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of June 1st 2021 Outstanding Shares numbered 71,815,131 shares. If I am reading this correctly,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 includes 2,435,881 restricted shares.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79">
        <w:r>
          <w:rPr>
            <w:rFonts w:ascii="Cambria" w:hAnsi="Cambria"/>
            <w:sz w:val="20"/>
            <w:color w:val="FFFFFF"/>
            <w:u/>
          </w:rPr>
          <w:t xml:space="preserve">https://i.imgur.com/dPp6A21.jpg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1: If GameStop sells all 5 million shares then the new Outstanding Shares will be 76,815,131.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0">
        <w:r>
          <w:rPr>
            <w:rFonts w:ascii="Cambria" w:hAnsi="Cambria"/>
            <w:sz w:val="20"/>
            <w:color w:val="FFFFFF"/>
            <w:u/>
          </w:rPr>
          <w:t xml:space="preserve">Thanks to /u/Cspawn for the image!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81">
        <w:r>
          <w:rPr>
            <w:rFonts w:ascii="Cambria" w:hAnsi="Cambria"/>
            <w:sz w:val="20"/>
            <w:color w:val="FFFFFF"/>
            <w:u/>
          </w:rPr>
          <w:t xml:space="preserve">https://i.imgur.com/Dvnq05P.jpg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BTW the restricted shares is why MarketWatch and Ortex Outstanding Shares differ.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Ortex is adding the restricted shares to the 71,815,131 number which brings them to 74,251,012.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2">
        <w:r>
          <w:rPr>
            <w:rFonts w:ascii="Cambria" w:hAnsi="Cambria"/>
            <w:sz w:val="20"/>
            <w:color w:val="FFFFFF"/>
            <w:u/>
          </w:rPr>
          <w:t xml:space="preserve">https://i.imgur.com/0EX7jDx.jpg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MarketWatch is including the restricted shares in the 71,815,131.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3">
        <w:r>
          <w:rPr>
            <w:rFonts w:ascii="Cambria" w:hAnsi="Cambria"/>
            <w:sz w:val="20"/>
            <w:color w:val="FFFFFF"/>
            <w:u/>
          </w:rPr>
          <w:t xml:space="preserve">https://i.imgur.com/9VCvtvS.jpg </w:t>
        </w:r>
      </w:hyperlink>
    </w:p>
    <w:p>
      <w:bookmarkStart w:id="245" w:name="pg24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MarketWatch and Ortex updated their Outstanding Shares numbers based on the 424B5 form and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they saw new shares enter the market. This makes sense, because if they could do that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would account for all the synthetic shares on the market as well….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thank you to /u/Dclaw504 for finding this info! The 10-Q release specifically says that restricted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are included in the number of outstanding shares!!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4">
        <w:r>
          <w:rPr>
            <w:rFonts w:ascii="Cambria" w:hAnsi="Cambria"/>
            <w:sz w:val="20"/>
            <w:color w:val="FFFFFF"/>
            <w:u/>
          </w:rPr>
          <w:t xml:space="preserve">https://i.imgur.com/7dowX8b.jpg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Hers is the link to the 10-Q released June 9th 2021. the info on restricted shares os located on page 13.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5">
        <w:r>
          <w:rPr>
            <w:rFonts w:ascii="Cambria" w:hAnsi="Cambria"/>
            <w:sz w:val="20"/>
            <w:color w:val="FFFFFF"/>
            <w:u/>
          </w:rPr>
          <w:t xml:space="preserve">https://gamestop.gcs-web.com/sec-filings/sec-filing/10-q/0001326380-21-000066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hope this helps clarify some things!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Elliot Waves and GME, Why I'm Jacked To </w:t>
      </w:r>
    </w:p>
    <w:p>
      <w:pPr>
        <w:keepLines w:val="0"/>
        <w:widowControl w:val="0"/>
        <w:spacing w:before="97" w:after="0" w:lineRule="exact" w:line="493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Infinity With Today's 82 Point Drop </w:t>
      </w: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apes, (refer to edit 8 for updated downside target, i looked at my levels wrong, and want you to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accurate information)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hooooollllyyyy fuck what a day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Lower your pitchforks please, I know we broke below the "impossible" 219. First of all, this isn't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advice, I'm quite literally retarded and use crayons to predict where a stock will go.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yesterday's prediction if you missed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6">
        <w:r>
          <w:rPr>
            <w:rFonts w:ascii="Cambria" w:hAnsi="Cambria"/>
            <w:sz w:val="20"/>
            <w:color w:val="FFFFFF"/>
            <w:u/>
          </w:rPr>
          <w:t>it: https://www.reddit.com/r/Superstonk/comments/nw84nw/elliot_waves_and_gme_why_tomorrow_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86">
        <w:r>
          <w:rPr>
            <w:rFonts w:ascii="Cambria" w:hAnsi="Cambria"/>
            <w:sz w:val="20"/>
            <w:color w:val="FFFFFF"/>
            <w:u/>
          </w:rPr>
          <w:t xml:space="preserve">should_be/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Buckle up, this isn't gonna be short, I'm going super in depth for you guys cause I've never been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jacked...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not gonna lie, the drop caught me off guard a bit, but its because I wasn't looking big enough... Here's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view of my previous charting, where you can visualize the "cycle" waves with the white lines (SS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yesterday as I already drew new waves):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7">
        <w:r>
          <w:rPr>
            <w:rFonts w:ascii="Cambria" w:hAnsi="Cambria"/>
            <w:sz w:val="20"/>
            <w:color w:val="FFFFFF"/>
            <w:u/>
          </w:rPr>
          <w:t xml:space="preserve">previous wave cycle deemed invalid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why am I excited? Originally I was looking at the previous movements as cycle movements, where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thought the move from our low on 3/24 (last earnings) was a 5 wave CYCLE, but todays price action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showed be that that whole move to 344 was actually just a wave 1 within that cycle, and today was wave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2..... completed...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wave 3 is the longest and most explosive wave of the 5, and were about to fucking start it...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how do we verify all of this? First of all, really quick, here are basic EW rules (just inserting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screenshot from wikipedia cause It's way better than my explanation) </w:t>
      </w:r>
    </w:p>
    <w:p>
      <w:bookmarkStart w:id="246" w:name="pg24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8">
        <w:r>
          <w:rPr>
            <w:rFonts w:ascii="Cambria" w:hAnsi="Cambria"/>
            <w:sz w:val="20"/>
            <w:color w:val="FFFFFF"/>
            <w:u/>
          </w:rPr>
          <w:t xml:space="preserve">RULES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 you to look at wave 4 specifically, as this is why I am redrawing. notice how 4 can't retrace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territory of 1? Well the top of my previous 1 was at 218.93, which is why I said it should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theoretically be impossible to break below this. HOWEVER, since we did indeed break below (hit a 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211), this invalidates that wave structure, forcing me to tHiNk OuTsIdE tHe bOx here...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so you know, the price targets I outlined (to the upside at least) are invalid now, as I had to redraw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cycle set. that being said, the new price targets to the upside are so fucking juicy you might just kiss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I'm gonna be referencing the rules of the waves pretty frequently in this post, so feel free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reference the rules above^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 not to get too jacked, this is just the 3rd cycle wave illustrated, just take a look...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89">
        <w:r>
          <w:rPr>
            <w:rFonts w:ascii="Cambria" w:hAnsi="Cambria"/>
            <w:sz w:val="20"/>
            <w:color w:val="FFFFFF"/>
            <w:u/>
          </w:rPr>
          <w:t xml:space="preserve">you done fucked up kenny 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that Gamestop did indeed start their 5m share offering today, or at least some of it, but im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gonna speculate on that, I'm just the waves guy. So how can we confirm that today was a cycle 2? Let's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look...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how wave 2 targets 61.8% of the entire wave 1 right? Here are the fib targets from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bottom to the top of my newly drawn cycle 1: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90">
        <w:r>
          <w:rPr>
            <w:rFonts w:ascii="Cambria" w:hAnsi="Cambria"/>
            <w:sz w:val="20"/>
            <w:color w:val="FFFFFF"/>
            <w:u/>
          </w:rPr>
          <w:t xml:space="preserve">for reference, the 61.8 level here is 213.24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BAM!!! WAVE 2 CONFIRMED! Now refer back to EW rules, or if you're a good ape and did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homework, you already know that wave 3 can't be the shortest wave, and often is the longest and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powerful of the 5 wave impulse...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assuming that 213 is the bottom of our cycle 2 (pretty confident in this, possible we retrace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177.51 </w:t>
      </w:r>
      <w:r>
        <w:rPr>
          <w:rFonts w:ascii="Cambria" w:hAnsi="Cambria"/>
          <w:b/>
          <w:i w:val="0"/>
          <w:color w:val="FFFFFF"/>
          <w:sz w:val="20"/>
          <w:u w:val="none"/>
        </w:rPr>
        <w:t>but super fucking unlikely imo,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given the nature of the bounce at 213)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so wave 3 can't be the shortest, what happens if it doesn't hit the 1.618:1 target? (in this case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586.1)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has to hit, at the minimum 1:1 of wave 1. If it doesn't reach this target, the wave is not finished.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</w:t>
      </w:r>
      <w:r>
        <w:rPr>
          <w:rFonts w:ascii="Cambria" w:hAnsi="Cambria"/>
          <w:b/>
          <w:i w:val="0"/>
          <w:color w:val="FFFFFF"/>
          <w:sz w:val="20"/>
          <w:u w:val="none"/>
        </w:rPr>
        <w:t>at the very minimum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this cycle 3 should target 442.83.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91">
        <w:r>
          <w:rPr>
            <w:rFonts w:ascii="Cambria" w:hAnsi="Cambria"/>
            <w:sz w:val="20"/>
            <w:color w:val="FFFFFF"/>
            <w:u/>
          </w:rPr>
          <w:t xml:space="preserve">100, 123.6, and 161.8 are initial targets, could go even higher depending on wtf happens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note though, these are CYCLE targets, I am in no way saying that we will see 442 or 586 tomorrow,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these are the bigger targets to watch for as of now. To give more precise targets for the waves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this cycle (intermediate, minor etc) I will need for at least an intermediate "1" to complete,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likely by tomorrow I'll be able to pinpoint more precise intraday/daily/weekly targets for your viewing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(and buying) pleasure.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disregarding EW, another reason why I'm excited about today's drop is a GAP UP from 6/1. If you've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following me for a while, I always point out gaps, and their significance. You can visualize the gap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by the green box. </w:t>
      </w:r>
    </w:p>
    <w:p>
      <w:bookmarkStart w:id="247" w:name="pg24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7"/>
      <w:hyperlink r:id="rId592">
        <w:r>
          <w:rPr>
            <w:rFonts w:ascii="Cambria" w:hAnsi="Cambria"/>
            <w:sz w:val="20"/>
            <w:color w:val="FFFFFF"/>
            <w:u/>
          </w:rPr>
          <w:t xml:space="preserve">GAP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you've been following me since march, this is how I was able to predict the 350 to 180 drop, but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before I knew EW theory. now that this gap is filled (we have one on the daily chart as well that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filled today, doesn't matter as much as that "gap" only appears on the daily, meaning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action filled the areas in the after hours/pre market. We can determine this by looking on a 4hr chart.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compare the daily and the 4hr below: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93">
        <w:r>
          <w:rPr>
            <w:rFonts w:ascii="Cambria" w:hAnsi="Cambria"/>
            <w:sz w:val="20"/>
            <w:color w:val="FFFFFF"/>
            <w:u/>
          </w:rPr>
          <w:t xml:space="preserve">daily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94">
        <w:r>
          <w:rPr>
            <w:rFonts w:ascii="Cambria" w:hAnsi="Cambria"/>
            <w:sz w:val="20"/>
            <w:color w:val="FFFFFF"/>
            <w:u/>
          </w:rPr>
          <w:t xml:space="preserve">4hr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the difference?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Anyways, not too significant, just worth noting. In any scenario, a gap fill is a great indicator to switch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direction and play the reversal.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alright, you should be jacked now. Not only do we (appear) to have confirmation of cycle wave 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completion (61.8% of wave 1), but this newly drawn cycle fits into my super cycle target a lotttttt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better...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reference, my super cycle is visualized by the yellow lines. Given that this is the beginning of our 3,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targets seem to line up a lot better with the original super cycle drawing... If anything,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 cycle wave 3 will finish even higher than initially predicted: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95">
        <w:r>
          <w:rPr>
            <w:rFonts w:ascii="Cambria" w:hAnsi="Cambria"/>
            <w:sz w:val="20"/>
            <w:color w:val="FFFFFF"/>
            <w:u/>
          </w:rPr>
          <w:t xml:space="preserve">jacked to da max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dont even really trade technical patterns anymore, but I couldn't ignore this beautiful cup and handle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forming...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96">
        <w:r>
          <w:rPr>
            <w:rFonts w:ascii="Cambria" w:hAnsi="Cambria"/>
            <w:sz w:val="20"/>
            <w:color w:val="FFFFFF"/>
            <w:u/>
          </w:rPr>
          <w:t xml:space="preserve">checks out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lines up with the wave 2 bottom, cup and handle patterns are very bullish, bias confirmed.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want me to update this post tomorrow in real time let me know, I had fun nonetheless, it was cool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adapting in real time and reconstructing an analysis. I feel super privileged to be learning this theory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such an erratic situation, and to all the haters, you can't argue with human nature. This shit works.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Oki I think I'm done. Thanks for trusting me and giving me a platform to try and spread a skill I've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trying to put into action. I'm no expert by any means, to be completely honest I've only been studying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theory for about 3 months, and am nowhere near an expert.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213 looks like the very bottom, hard to deny that today was a cycle wave 2. It was rough to watch,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when you take a step back and look at where we are, it's really hard not to be bullish. I have trader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friends that absolutely hate GME and have zero faith in it, even they said they're buying today...Buckle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friends, we all know what happened after the last earnings call... to be completely honest, if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action is as similar to march 25 (which mind you was also the bottom of a "2") tomorrow should be face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ripping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AND HODL!!! I emptied the rest of my ammo in at 238 today and couldn't be more jacked! </w:t>
      </w:r>
    </w:p>
    <w:p>
      <w:bookmarkStart w:id="248" w:name="pg247"/>
      <w:pPr>
        <w:keepLines w:val="0"/>
        <w:pageBreakBefore/>
        <w:widowControl w:val="0"/>
        <w:spacing w:before="71" w:after="0" w:lineRule="exact" w:line="247"/>
        <w:ind w:left="0" w:right="-60"/>
      </w:pPr>
      <w:bookmarkEnd w:id="24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holy shit I made the front page of all of Reddit… thank you all so much for the love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❤️❤️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the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fucking moon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97">
        <w:r>
          <w:rPr>
            <w:rFonts w:ascii="Cambria" w:hAnsi="Cambria"/>
            <w:sz w:val="20"/>
            <w:color w:val="FFFFFF"/>
            <w:u/>
          </w:rPr>
          <w:t xml:space="preserve">Edit 2: great comment by u/ricecooker8055BH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“((1)) Apr13 low 132=&gt;((2))=&gt;((3))=&gt;((4))=&gt;((5)) Jun8 hi 344 ==&gt; MINUTE ((i))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drop from Jun8 hi 344 to Jun10 low 211 ==&gt; MINUTE ((i))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wave MINUTE ((iii)) is considerably/extremely bullish.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Elliottician dream is to identify this wave known as THIRD OF THIRD IMPULSIVE RALLY (within MINOR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WAVE 3). This is the DEADLY TSUNAMI WAVE that hit Sumatra, Indonesia; Phuket, Thailand in 2004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Fukushima, Japan 2011. You don't want to go against this KILLER WAVE.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will be a lot of ARCHEGOS body bag when this unfold. Really? Based on DD we read, and with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measured objective 555/766/978, I don't know how many HF can survive it if MARGIE CALLING.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gonna trigger it? Probably SEC, DTC I don't know.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it's confusing...LONG STORY SHORT...this is fking BUUUUULLISH! BUY&amp;HOLD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💎🙌🏻🦍💪🏻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🚀🚀🚀🚀🚀🚀🚀🚀🚀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3: Morning, looks like I was correct in this analysis, 213 does seem to be the bottom of our cycle 2...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confirmation in that alone is enough for me to be happy with today.I'm still waiting for a bigger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intermedia movement to really have an idea of the targets, but based off this mornings price action,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what I'm watching as of now: https://imgur.com/auYvUMj also thank you all so much for the support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this post, really does mean the world &lt;3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4: lol im literally dead broke, but i deposited another $80 into my TD (i hold xxx on fidelity, only x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td) to buy my last (till i get paid) share at 231... these prices won't last!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5: I feel like there were a few misconceptions from my post, first of all, In no way do i expect to hit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500+ today. The targets outlined are CYCLE 3 targets, but I haven't seen enough movement to draft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intermediate waves and so on... ALL I CARE ABOUT is that 213 is the bottom of wave 3 (within 3 within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3, uber bullish), that in itself is huge.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6: there’s no truer pain than watching your favorite stock dip and not having liquid funds to buy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dip 🥲 give em hell for 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7: about to hit the gym, probably not gonna update for a bit... we seem to be holding above 213,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for clarify, if we do happen to break below, its not the end of the world by any means. EW theory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valid so long as we dont drop below like 110 ish (bottom of cycle 1) in this subset, so anything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213 would be ideal to buy.making an ASSUMPTION here in that GME isn't done with their 5m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offering (I believe i read somewhere the offering has to be under 255/share? someone correct me if im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wrong)... Just remember that every short piling onto this mess is gonna get squeezed out very, very soon.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Technical indicators are probably gonna trigger algo buys soon, as we are nearing oversold territory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8: holy fuck, just another reason why you shouldn't listen to me, im so retarded (I was probably high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all honesty) when I wrote this and i looked at my fibs as 213 being the 61.8 level to watch... but i am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retarded... the proper level is 201... so keep a strong eye on that for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bounce: https://imgur.com/dmywYOA (okay now im acc leaving, the TA wasn't sitting right with me so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took a closer look, and voila... user error smh. Sorry for confusion, I'm just an ape (look CLOSELY at how </w:t>
      </w:r>
    </w:p>
    <w:p>
      <w:bookmarkStart w:id="249" w:name="pg24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4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retracemnt is drawn, from the low on 3/24 to the high on 6/8... these are the PROPER ratios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reference, Irdk how I missed that yesterday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Danger Zone Part 2 - Shorts are terrified of 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$310+ close. Projected price movement for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>next few months based on T+21, ever-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increasing, and poking harder at the first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domino just waiting for it to fall.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Welcome. WELCOME. More patterns. More dates (T+21 dates).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not a financial advisor - I don't provide financial advice. Also, you must be pretty nuts to be listening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 Pomeranian.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made a post before about the price entering the DANGER ZONE and thought it was above $160. Well, </w:t>
      </w:r>
    </w:p>
    <w:p>
      <w:pPr>
        <w:keepLines w:val="0"/>
        <w:widowControl w:val="0"/>
        <w:spacing w:before="307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926079"/>
            <wp:docPr id="165" name="Picture 1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6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revisit that topic because of the interesting price movement we have been getting. </w:t>
      </w:r>
    </w:p>
    <w:p>
      <w:bookmarkStart w:id="250" w:name="pg249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250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Somebody. PLEASE call Kenny. Marge? You there?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TLDR: Danger Zone part 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The price floor continues to rise each T+21 cycle.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Price goes on a Crabby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🦀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 normal T+21 dates - floor rises about $30 each </w:t>
      </w:r>
    </w:p>
    <w:p>
      <w:pPr>
        <w:keepLines w:val="0"/>
        <w:widowControl w:val="0"/>
        <w:spacing w:before="68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Price goes on a Parabolic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between T+21 dates where major options come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into play (January 15, April 16, July 16) - floor rises about $80 each time.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If the price pattern continues, we should see a $500 floor by January 2022.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Shorts haven't covered. They post unrealized losses and unrealized gains to mess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with you.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Retail average base cost is (probably) around $156.57. This is most likely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shorter average short price.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Shorts with an average price of $156.57 would experience 100% loss around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$313.14. (Speculative based on data - the real cost could be around $350).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Shorters are terrified of $300+, there's been a big battle here for a few days,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hinting that small short positions are about to hit margin call territory (the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Danger Zone).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current price momentum in this gamma is much stronger than the previous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two gammas of January and March. They're trying desperately to not let it take off.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The moment one shorter falls, the dominos fall.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 like the stock. I also like you.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😉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Ever-Rising Price Floor And Projection For The Next Few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Cycles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been getting pinged a lot on the next T+21 dates and when the next possible parabolic move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coming. You might say "Past performance is no guarantee of future results" and generally I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agree. But with T+21 consistently occurring and the parabolic moves so far looking like they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triggered by major option dates, I'd say it's a pretty good bet that past performance will guarantee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future results.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21 trading days a price spike occurs. Upon each spike, the clock resets to 0,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count up 21 trading days following. Note that you must ignore holidays.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Major options dates appear to drive parabolic moves upward. "Major dates" are the only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 dates which were available early last year for the 2021 trading year.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15 --&gt; February 24 - March 10; Parabolic Move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16 --&gt; May 25 - June 9; Parabolic Move (Maybe more movement to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come)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16 --&gt; August 24 - September 8; Parabolic Move (Projected)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say, the only thing that could make this crap the bed is if DTC-2021-009 somehow affects T+21.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we'll have to see what happens on June 24th, the next T+21. I'm thinking it does not, since T+21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likely not caused by a DTC rule, and therefore the DTC can't mess with that timeframe. </w:t>
      </w:r>
    </w:p>
    <w:p>
      <w:bookmarkStart w:id="251" w:name="pg25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51"/>
      <w:hyperlink r:id="rId479">
        <w:r>
          <w:rPr>
            <w:rFonts w:ascii="Cambria" w:hAnsi="Cambria"/>
            <w:sz w:val="20"/>
            <w:color w:val="FFFFFF"/>
            <w:u/>
          </w:rPr>
          <w:t xml:space="preserve">On another note, there is speculation that T+21 is not actually a thing. It could be due to other mechanics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don't fully understand (T+35 rule or Net Capital for example). </w:t>
      </w:r>
      <w:r>
        <w:rPr>
          <w:rFonts w:ascii="Cambria" w:hAnsi="Cambria"/>
          <w:b/>
          <w:i w:val="0"/>
          <w:color w:val="FFFFFF"/>
          <w:sz w:val="20"/>
          <w:u w:val="none"/>
        </w:rPr>
        <w:t>That being said,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we're consistently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loop so far. So, for the sake of making it easy to understand the loop, I think it's safe to continue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calling it T+21.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further ado, here you go! Projection of price movements with T+21 dates labeled for the next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few months.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00879"/>
            <wp:docPr id="166" name="Picture 1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0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Price Projection Based On Rising Floor Every T+21 Days And Major Option Expirations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a bit of a wild chart, so I'm sorry if it's cluttered. I've plotted with curvy lines the parabolic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momentum that we see, and the crabby moves we get dependent on the different factors at play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cycle: </w:t>
      </w:r>
    </w:p>
    <w:p>
      <w:pPr>
        <w:keepLines w:val="0"/>
        <w:widowControl w:val="0"/>
        <w:spacing w:before="69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24 -&gt; March 25: Parabolic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(January 15 options) </w:t>
      </w:r>
    </w:p>
    <w:p>
      <w:pPr>
        <w:keepLines w:val="0"/>
        <w:widowControl w:val="0"/>
        <w:spacing w:before="68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25 -&gt; April 26: Crabby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26 -&gt; May 25: Crabby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25 -&gt; June 24: Parabolic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(April 16 options) </w:t>
      </w:r>
    </w:p>
    <w:p>
      <w:pPr>
        <w:keepLines w:val="0"/>
        <w:widowControl w:val="0"/>
        <w:spacing w:before="69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24 -&gt; July 26: Crabby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26 -&gt; August 24: Crabby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7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August 24 -&gt; September 8: Parabolic Move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(July 16 options) </w:t>
      </w:r>
    </w:p>
    <w:p>
      <w:bookmarkStart w:id="252" w:name="pg25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5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chart, there's blue boxes starting at the floor of the previous cycle and ending at the floor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cycle. I drew them very roughly, so the numbers on the graph aren't exact. Sorry. I'm moving a bit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You'll see that the floor has continued to rise. Although I'm sure many have already seen that from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exponential floor posts! This is expanding on those posts and is a visualization to show that the floor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rises every T+21 day cycle. So far, it looks like it rises at a very nice rate, even with the crabby cycles: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Crabby Moves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increase the floor roughly $30 each time.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Parabolic Moves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increase the floor roughly $80 each time.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patterns follow, we could see the following price floors. Note that between April 26 and May 25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price broke below the previous floor. That's ok and expected. They can short a hell of a lot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to try to pull the price down between these cycles, but the floor continues to rise upon each T+21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date, despite this trickery. </w:t>
      </w:r>
    </w:p>
    <w:p>
      <w:pPr>
        <w:keepLines w:val="0"/>
        <w:widowControl w:val="0"/>
        <w:tabs>
          <w:tab w:pos="2537" w:val="left"/>
          <w:tab w:pos="4363" w:val="left"/>
          <w:tab w:pos="6913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Price Floor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$ Increase From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% Increase From </w:t>
      </w:r>
    </w:p>
    <w:p>
      <w:pPr>
        <w:keepLines w:val="0"/>
        <w:widowControl w:val="0"/>
        <w:tabs>
          <w:tab w:pos="501" w:val="left"/>
          <w:tab w:pos="2592" w:val="left"/>
          <w:tab w:pos="4763" w:val="left"/>
          <w:tab w:pos="67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T+21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(Roughly)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Previous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Previous (Rounded)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137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24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$45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-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-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$116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$71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157%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26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$148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$32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28%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$182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$34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23%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24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$259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$77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42%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July 26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(Projected)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$289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$30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12% </w:t>
      </w:r>
    </w:p>
    <w:p>
      <w:pPr>
        <w:keepLines w:val="0"/>
        <w:widowControl w:val="0"/>
        <w:spacing w:before="133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August 24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(Projected)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$318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$29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10%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September 8 </w:t>
      </w:r>
    </w:p>
    <w:p>
      <w:pPr>
        <w:keepLines w:val="0"/>
        <w:widowControl w:val="0"/>
        <w:tabs>
          <w:tab w:pos="130" w:val="left"/>
          <w:tab w:pos="2257" w:val="left"/>
          <w:tab w:pos="4278" w:val="left"/>
          <w:tab w:pos="646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(Projected)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$396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$78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25% </w:t>
      </w:r>
    </w:p>
    <w:p>
      <w:pPr>
        <w:keepLines w:val="0"/>
        <w:widowControl w:val="0"/>
        <w:spacing w:before="15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September 8 I don't think we'll see another parabolic move for a while, since that would be due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last "major option date" of 2021 (July 16 options). The next "major option date" would be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2022. But, if the pattern continues, then the price floor would be around $500 by January 2022.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Ooftah. Think they could last that long?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Short Position "Gains" And "Losses" Are Unrealized. They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Averaged Up.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 to bring your attention to another matter that has popped up a lot, and there's a lot of celebration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it. The articles about short sellers "losing" billions of dollars in short positions on meme stocks.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Horray!!! Shorts are bleeding money! Right? I don't think so. They're bleeding, but not for this reason. </w:t>
      </w:r>
    </w:p>
    <w:p>
      <w:bookmarkStart w:id="253" w:name="pg252"/>
      <w:pPr>
        <w:keepLines w:val="0"/>
        <w:pageBreakBefore/>
        <w:widowControl w:val="0"/>
        <w:spacing w:before="0" w:after="0"/>
        <w:jc w:val="center"/>
      </w:pPr>
      <w:bookmarkEnd w:id="253"/>
      <w:r>
        <w:drawing>
          <wp:inline xmlns:a="http://schemas.openxmlformats.org/drawingml/2006/main" xmlns:pic="http://schemas.openxmlformats.org/drawingml/2006/picture">
            <wp:extent cx="5943600" cy="1376680"/>
            <wp:docPr id="167" name="Picture 1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6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https://www.cnbc.com/video/2021/06/03/short-sellers-lose-almost-5-billion-in-one-day-on-meme-</w:t>
      </w:r>
    </w:p>
    <w:p>
      <w:pPr>
        <w:keepLines w:val="0"/>
        <w:widowControl w:val="0"/>
        <w:spacing w:before="116" w:after="0" w:lineRule="exact" w:line="199"/>
        <w:ind w:left="1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stocks.html#:~:text=CNBC's%20Kristina%20Partsinevelos%20reports%20on,investors%20push%20the%20names%20higher.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always thought these articles being posted were interesting.... almost as if they wanted to convey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shorters "covered". (A few small shorters, like new retail shorters, might have covered. But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big ones).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Hint hint. They haven't covered. They do not plan to cover. The margin call Thanos snap when they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liquidated will finally make them cover.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11675"/>
            <wp:docPr id="168" name="Picture 1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1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left="44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https://www.reddit.com/r/wallstreetbets/comments/lawubt/hey_everyone_its_mark_cuban_jumping_on_to_do_an/ </w:t>
      </w:r>
    </w:p>
    <w:p>
      <w:bookmarkStart w:id="254" w:name="pg25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5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always look back at the total PUT OI going on an absolute tear in January when they hid SI% and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myself, "Damn. That's totally not normal."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look at this. PUT OI spikes to 2e6 OI = </w:t>
      </w:r>
      <w:r>
        <w:rPr>
          <w:rFonts w:ascii="Cambria" w:hAnsi="Cambria"/>
          <w:b/>
          <w:i w:val="0"/>
          <w:color w:val="FFFFFF"/>
          <w:sz w:val="20"/>
          <w:u w:val="none"/>
        </w:rPr>
        <w:t>200m shares worth in PUTs.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These PUTs were spread far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wide to many options expiring from February 5 all the way to January 2023. What in the hell?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Totally normal hedge move, yup. Totally normal. </w:t>
      </w:r>
    </w:p>
    <w:p>
      <w:pPr>
        <w:keepLines w:val="0"/>
        <w:widowControl w:val="0"/>
        <w:spacing w:before="157" w:after="0"/>
        <w:jc w:val="center"/>
      </w:pPr>
      <w:r>
        <w:drawing>
          <wp:inline xmlns:a="http://schemas.openxmlformats.org/drawingml/2006/main" xmlns:pic="http://schemas.openxmlformats.org/drawingml/2006/picture">
            <wp:extent cx="2602229" cy="3758946"/>
            <wp:docPr id="169" name="Picture 1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2602229" cy="37589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CALL and PUT OI Comparison; Data from /u/yelyah2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not covering. They're hiding their shorts and trying everything they can to scare you off.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in my eyes these articles are all bull. Especially this one from the start of March: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40765"/>
            <wp:docPr id="170" name="Picture 1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0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left="28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https://www.cnbc.com/2021/03/03/melvin-capital-posts-return-of-more-than-20percent-in-february-sources-say.html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remember getting pinged about this article and being told that Melvin won, shorters exited, blah blah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blah, that was the FUD back then. </w:t>
      </w:r>
    </w:p>
    <w:p>
      <w:bookmarkStart w:id="255" w:name="pg25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5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could they possibly gain 20% in February after getting obliterated in January? Well... they,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shorters, must have averaged up their short position price. Anyone who took advantage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peak price in January was able to have a fun time with gains.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23740"/>
            <wp:docPr id="171" name="Picture 1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37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Short Position Unrealized Gains / Losses Based On Opening New Shorts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overall short position price went up, so they could post that they had returns/gains 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massive downward momentum in February. But these gains are all unrealized. They aren't covering,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just digging a deeper hole because that's all they can do.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Average Retail Buy Price; Average Short Position Price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an absolute WARZONE right now. The price is so desperately trying to go on a run upward.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2">
        <w:r>
          <w:rPr>
            <w:rFonts w:ascii="Cambria" w:hAnsi="Cambria"/>
            <w:sz w:val="20"/>
            <w:color w:val="FFFFFF"/>
            <w:u/>
          </w:rPr>
          <w:t xml:space="preserve">Last week I was noticing how similar this run was to February, and I was predicting that we'd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605">
        <w:r>
          <w:rPr>
            <w:rFonts w:ascii="Cambria" w:hAnsi="Cambria"/>
            <w:sz w:val="20"/>
            <w:color w:val="FFFFFF"/>
            <w:u/>
          </w:rPr>
          <w:t xml:space="preserve">see another Gamma Neutral spike on June 4th.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BUT IT SPIKED UP TWO DAYS EARLIER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EXPECTED ON JUNE 2nd</w:t>
      </w:r>
      <w:hyperlink r:id="rId606">
        <w:r>
          <w:rPr>
            <w:rFonts w:ascii="Cambria" w:hAnsi="Cambria"/>
            <w:sz w:val="20"/>
            <w:color w:val="FFFFFF"/>
            <w:u/>
          </w:rPr>
          <w:t xml:space="preserve">. [Data courtesy of /u/yelyah2]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was a big, "Wait. What?" moment for me because it implied this gamma was ready to take off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sooner than the previous gamma run of February 24 - March 10. I should have noticed earlier at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stronger this run was compared to the previous two gammas. Check out this comparison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hammers for January, March, and June gamma runs. Big shout out to /u/sharp717 for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07">
        <w:r>
          <w:rPr>
            <w:rFonts w:ascii="Cambria" w:hAnsi="Cambria"/>
            <w:sz w:val="20"/>
            <w:color w:val="FFFFFF"/>
            <w:u/>
          </w:rPr>
          <w:t xml:space="preserve">identifying the similarities to the January run as well. </w:t>
        </w:r>
      </w:hyperlink>
    </w:p>
    <w:p>
      <w:bookmarkStart w:id="256" w:name="pg255"/>
      <w:pPr>
        <w:keepLines w:val="0"/>
        <w:pageBreakBefore/>
        <w:widowControl w:val="0"/>
        <w:spacing w:before="0" w:after="0"/>
        <w:jc w:val="center"/>
      </w:pPr>
      <w:bookmarkEnd w:id="256"/>
      <w:r>
        <w:drawing>
          <wp:inline xmlns:a="http://schemas.openxmlformats.org/drawingml/2006/main" xmlns:pic="http://schemas.openxmlformats.org/drawingml/2006/picture">
            <wp:extent cx="5943600" cy="4527550"/>
            <wp:docPr id="172" name="Picture 1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Price Momentum Being Contained. January, March, and June Gamma Squeezes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huuuuge momentum that they have been trying to contain ever since May 25th. The price has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been swinging up and down massively each day in this parabolic cycle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they succeeded with suppressing the gamma squeeze? I mean, time will tell. June 9th is when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expected it to either start to go parabolic or be flash crashed down. But it's a goddamn battlefield right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now! And this parabolic run is much different and stronger than the previous one. I personally think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run isn't over with. Their attacks are weaker every time, and there's so much strength still in this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parabolic cycle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so much ammunition being thrown because it truly is getting close to margin call territory,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most likely hurting even more in captial from January 15 and April 16 options expiring.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 I say margin call territory? I mean - the DANGER ZONE. Marge, call Kenny. Please.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big brain apes discussed this Webull chart and the implications of it relating to their "Danger Zone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price". It truly is a goldmine. With how popular Webull is it's probably safe to use this as a baseline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(and indirectly a baseline for shorters). </w:t>
      </w:r>
    </w:p>
    <w:p>
      <w:bookmarkStart w:id="257" w:name="pg256"/>
      <w:pPr>
        <w:keepLines w:val="0"/>
        <w:pageBreakBefore/>
        <w:widowControl w:val="0"/>
        <w:spacing w:before="0" w:after="0"/>
        <w:jc w:val="center"/>
      </w:pPr>
      <w:bookmarkEnd w:id="257"/>
      <w:r>
        <w:drawing>
          <wp:inline xmlns:a="http://schemas.openxmlformats.org/drawingml/2006/main" xmlns:pic="http://schemas.openxmlformats.org/drawingml/2006/picture">
            <wp:extent cx="5943600" cy="5522595"/>
            <wp:docPr id="173" name="Picture 1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2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Webull GME Statistics. Average share cost of $156.57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this telling us?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horizontal bar represents a cluster of cost basis for retail shares. For example you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see a huge cluster between $76.83 and $156.57. There's way more retail that own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at that price point than anything above $302.56.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red indicates that the shares owned above $302.56 (price point when this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screenshot was captured) currently have unrealized losses. "They're in the red"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Likewise, the green indicates that the shares owned below $302.56 currently have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unrealized gains. "They're in the green".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blue price point of $156.57 is the average ownership price. </w:t>
      </w:r>
    </w:p>
    <w:p>
      <w:bookmarkStart w:id="258" w:name="pg25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5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Seems fair. </w:t>
      </w:r>
      <w:r>
        <w:rPr>
          <w:rFonts w:ascii="Cambria" w:hAnsi="Cambria"/>
          <w:b/>
          <w:i w:val="0"/>
          <w:color w:val="FFFFFF"/>
          <w:sz w:val="20"/>
          <w:u w:val="none"/>
        </w:rPr>
        <w:t>We can most likely assume that retail's average base cost is around $156.57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Most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started buying in around December, because that's when the news of a GME short squeeze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started to really take off. We can now indirectly say that this is also the average short position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over 100% shorted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December: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have to have naked shorts to get over 100% in the first place.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 implies that barely anyone is selling.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signifies a liquidity issue where synthetics are created, ever-increasing the SI%.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 retail buy was most likely a new short position that was opened or a swap between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paper hands and diamond hands.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Our dear shorties might have an average short position of around $156.57. Give or take a little bit.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have a </w:t>
      </w:r>
      <w:r>
        <w:rPr>
          <w:rFonts w:ascii="Cambria" w:hAnsi="Cambria"/>
          <w:b/>
          <w:i w:val="0"/>
          <w:color w:val="FFFFFF"/>
          <w:sz w:val="20"/>
          <w:u w:val="none"/>
        </w:rPr>
        <w:t>long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position that you opened up at $156.57, and the price goes down to $78.28, you'll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50%. If it continues down to $39.14, you'll be down 75%.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have a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position that you opened up at $156.57, and the price goes up to $234.855, you'll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50% on margin. If it continues up to $313.14, you'll be down 100% on margin. BOOM. Marge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starts calling.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Assumptions per a big brain ape who discussed this: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Generally the margin requirements on short positions is 100% cash value of the position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hit 100% loss, marge starts to call. Example of $156.57 short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hitting $313.14. You need $156.57 posted to cover your margin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WeBull is a large enough broker to likely be considered a representative sample of all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holders.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assuming the positions are unlevered - levering would reduce the margin call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assuming additional capital was not raised against the positions [Such as shill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tickers pumped and dumped / Crypto / etc].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Danger Zone Part 2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dun goofed. Their FUD attack today (which we expected) was fruitless. All their tricks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found out lmao.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what, Ken? Here's my trick. It's crayons showing the goddamn </w:t>
      </w:r>
      <w:r>
        <w:rPr>
          <w:rFonts w:ascii="Cambria" w:hAnsi="Cambria"/>
          <w:b/>
          <w:i w:val="0"/>
          <w:color w:val="FFFFFF"/>
          <w:sz w:val="20"/>
          <w:u w:val="none"/>
        </w:rPr>
        <w:t>Danger Zone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you're entering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desperately trying to stay out of.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new and improved danger zone is based on the average short price of $156.57 which would trigger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100% losses at </w:t>
      </w:r>
      <w:r>
        <w:rPr>
          <w:rFonts w:ascii="Cambria" w:hAnsi="Cambria"/>
          <w:b/>
          <w:i w:val="0"/>
          <w:color w:val="FFFFFF"/>
          <w:sz w:val="20"/>
          <w:u w:val="none"/>
        </w:rPr>
        <w:t>$313.14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assuming 100% margin requirements.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[Note: Speculative based on Webull data. This could very well be $350 or higher, but the battle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$300 signals that this is a very rough place for the shorters to be].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59" w:name="pg258"/>
      <w:pPr>
        <w:keepLines w:val="0"/>
        <w:pageBreakBefore/>
        <w:widowControl w:val="0"/>
        <w:spacing w:before="0" w:after="0"/>
        <w:jc w:val="center"/>
      </w:pPr>
      <w:bookmarkEnd w:id="259"/>
      <w:r>
        <w:drawing>
          <wp:inline xmlns:a="http://schemas.openxmlformats.org/drawingml/2006/main" xmlns:pic="http://schemas.openxmlformats.org/drawingml/2006/picture">
            <wp:extent cx="5943600" cy="4495165"/>
            <wp:docPr id="174" name="Picture 1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51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Danger Zone Visualization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this why there's such a huge battle around $300 right now? And why the price is SEVERELY smacked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when it tries to reach above $350? It's probably because this danger zone is when small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HedgeFunds / shorters begin to fall, and it's getting so close to closing in the zone.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one of the small shorters fall, it becomes a domino effect. Not only would they initiate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pressure from covering their short positions, but the banks which are connected to the shorters might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0">
        <w:r>
          <w:rPr>
            <w:rFonts w:ascii="Cambria" w:hAnsi="Cambria"/>
            <w:sz w:val="20"/>
            <w:color w:val="FFFFFF"/>
            <w:u/>
          </w:rPr>
          <w:t xml:space="preserve">get upper-cut just enough to also send the banks defaulting with the ICC.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would then cascade to all the other shorters under that bank because their swaps with the bank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assets/liabilities to pump their balance sheets would get rug-pulled. Not just that... but everyone else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brink of defaulting in the entire financial world connected to that bank would start to fall.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You've all seen the reverse repo market. Things are bad bad BAD in the market. The amount has already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reached an all-time high above $500 Billion in a </w:t>
      </w:r>
      <w:r>
        <w:rPr>
          <w:rFonts w:ascii="Cambria" w:hAnsi="Cambria"/>
          <w:b/>
          <w:i w:val="0"/>
          <w:color w:val="FFFFFF"/>
          <w:sz w:val="20"/>
          <w:u w:val="none"/>
        </w:rPr>
        <w:t>non-quarter end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. This is abnormal because quarter-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ends are usually the time when banks would take advantage of the repo market to adjust their balance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sheets.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than high levels immediately before a quarter-end, these levels of sustained reverse repo activity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excess of $300 Billion have not been seen since the Great Recession. - Source </w:t>
      </w:r>
    </w:p>
    <w:p>
      <w:bookmarkStart w:id="260" w:name="pg25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6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in the repo market is terrified of the 2008 bomb that wasn't allowed to finish going off.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most likely colluding to prop each other up because of the absolute insanity that could follow.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just in the stock market. But the repo market, the crypto market, the treasury market, every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potentially. </w:t>
      </w:r>
    </w:p>
    <w:p>
      <w:bookmarkStart w:id="261" w:name="pg260"/>
      <w:pPr>
        <w:keepLines w:val="0"/>
        <w:pageBreakBefore/>
        <w:widowControl w:val="0"/>
        <w:spacing w:before="0" w:after="0"/>
        <w:jc w:val="center"/>
      </w:pPr>
      <w:bookmarkEnd w:id="261"/>
      <w:r>
        <w:drawing>
          <wp:inline xmlns:a="http://schemas.openxmlformats.org/drawingml/2006/main" xmlns:pic="http://schemas.openxmlformats.org/drawingml/2006/picture">
            <wp:extent cx="5943600" cy="7917180"/>
            <wp:docPr id="175" name="Picture 1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7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Possible Collusion In Repo Market </w:t>
      </w:r>
    </w:p>
    <w:p>
      <w:bookmarkStart w:id="262" w:name="pg26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6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hey, all it takes is that one.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has to close just high enough for everything,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everything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to come crashing down.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IMPORTANT: This is why they mentioned </w:t>
      </w:r>
    </w:p>
    <w:p>
      <w:pPr>
        <w:keepLines w:val="0"/>
        <w:widowControl w:val="0"/>
        <w:spacing w:before="11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"more than a majority represented" at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meeting. It's simple. Read this. Please.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extensive experience with public company shareholder meetings.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has been a lot of discussion about the statement made that "There are present at this meeting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 or by proxy more than the majority of all shares that are entitled to cast votes". This statement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made by the secretary at the meeting.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TL;DR: This was a standard statement made for the meeting to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be valid.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WHY DID THE SECRETARY SAY THAT?!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part of his script for the meeting so that they have on record that quorum was met so the meeting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be validly held.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quorum? A quorum is the answer to the question: "How many stockholders need to vote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shareholder's meeting to be validly held".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proxy statement, here are the quorum requirements (bolded by me):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**6. What Constitutes a Quorum?**A quorum of common stockholders is required to hold a valid annual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meeting of stockholders. Unless a quorum is present at the annual meeting, no action may be taken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annual meeting except the adjournment thereof to a later time.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holders of a majority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outstanding shares of our common stock entitled to vote at the meeting must be present or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proxy to constitute a quorum.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All valid proxies returned will be included in the determination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whether a quorum is present at the annual meeting. The shares of a stockholder whose ballot on any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proposals is marked as “abstain” will be treated as present for quorum purposes. If a broker indicates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proxy that it does not have discretionary authority as to certain shares to vote on a particular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matter, those uninstructed shares, constituting “broker non-votes,” will be considered as present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determining a quorum, but will not be voted with respect to that matter.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12">
        <w:r>
          <w:rPr>
            <w:rFonts w:ascii="Cambria" w:hAnsi="Cambria"/>
            <w:sz w:val="20"/>
            <w:color w:val="FFFFFF"/>
            <w:u/>
          </w:rPr>
          <w:t xml:space="preserve">https://news.gamestop.com/static-files/8f795a88-54a3-4320-b3e2-a2d5f28be6c4 page 10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that language look familiar? Yep.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DOES THIS MEAN THERE WASN'T OVER VOTING?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This has nothing to do with over-voting. This is required for the secretary to say in order to properly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conduct the meeting. </w:t>
      </w:r>
    </w:p>
    <w:p>
      <w:bookmarkStart w:id="263" w:name="pg26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63"/>
      <w:r>
        <w:rPr>
          <w:rFonts w:ascii="Cambria" w:hAnsi="Cambria"/>
          <w:b/>
          <w:i w:val="0"/>
          <w:color w:val="FFFFFF"/>
          <w:sz w:val="20"/>
          <w:u w:val="none"/>
        </w:rPr>
        <w:t>BUT THEN WHAT DOES THIS MEAN?!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means that the shareholder meeting was validly constituted to conduct the business that it meant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conduct. It meant that the shareholder approvals made at the meeting are valid.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spread FUD or drama about this. It's nothing more than that.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1: I've seen a couple different questions or comments stating that over-voting would have made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meeting invalid. I'm not sure where the source of that came from, but too many votes would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the process invalid. In fact, Delaware law (GME exists under Delaware law) even contemplates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there might be over voting for public companies that is corrected by the inspector of elections.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13">
        <w:r>
          <w:rPr>
            <w:rFonts w:ascii="Cambria" w:hAnsi="Cambria"/>
            <w:sz w:val="20"/>
            <w:color w:val="FFFFFF"/>
            <w:u/>
          </w:rPr>
          <w:t xml:space="preserve">(https://delcode.delaware.gov/title8/c001/sc07/index.html, section 231(d)).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quorum statement is purely procedural to ensure the meeting is valid. This has nothing to do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over-voting and this does not confirm that there was or was not over-voting.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 House of Cards - Part 1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TL;DR- The DTC has been taken over by big money. They transitioned from a manual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computerized ledger system in the 80s, and it played a significant role in the 1987 market crash.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 2003, several issuers with the DTC wanted to remove their securities from the DTC's deposit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account because the DTC's participants were naked short selling their securities. Turns out,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were right. The DTC and it's participants have created a market-sized naked short selling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scheme. All of this is made possible by the DTC's enrollee- Cede &amp; Co.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614">
        <w:r>
          <w:rPr>
            <w:rFonts w:ascii="Cambria" w:hAnsi="Cambria"/>
            <w:sz w:val="20"/>
            <w:color w:val="FFFFFF"/>
            <w:b/>
            <w:u/>
          </w:rPr>
          <w:t>Andrew MoMoney - Live Coverage</w:t>
        </w:r>
      </w:hyperlink>
      <w:hyperlink r:id="rId61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hit the image limit in this DD. Given this, and the fact that there's already SO MUCH info in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DD, I've decided to break it into AT LEAST 2 posts. So stay tuned.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Previous DD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15">
        <w:r>
          <w:rPr>
            <w:rFonts w:ascii="Cambria" w:hAnsi="Cambria"/>
            <w:sz w:val="20"/>
            <w:color w:val="FFFFFF"/>
            <w:u/>
          </w:rPr>
          <w:t xml:space="preserve">1. Citadel Has No Clothes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616">
        <w:r>
          <w:rPr>
            <w:rFonts w:ascii="Cambria" w:hAnsi="Cambria"/>
            <w:sz w:val="20"/>
            <w:color w:val="FFFFFF"/>
            <w:u/>
          </w:rPr>
          <w:t xml:space="preserve">2. BlackRock Bagholders, INC.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11">
        <w:r>
          <w:rPr>
            <w:rFonts w:ascii="Cambria" w:hAnsi="Cambria"/>
            <w:sz w:val="20"/>
            <w:color w:val="FFFFFF"/>
            <w:u/>
          </w:rPr>
          <w:t xml:space="preserve">3. The EVERYTHING Short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67">
        <w:r>
          <w:rPr>
            <w:rFonts w:ascii="Cambria" w:hAnsi="Cambria"/>
            <w:sz w:val="20"/>
            <w:color w:val="FFFFFF"/>
            <w:u/>
          </w:rPr>
          <w:t xml:space="preserve">4. Walkin' like a duck. Talkin' like a duck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Holy SH*T!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events we are living through </w:t>
      </w:r>
      <w:r>
        <w:rPr>
          <w:rFonts w:ascii="Cambria" w:hAnsi="Cambria"/>
          <w:b w:val="0"/>
          <w:i/>
          <w:color w:val="FFFFFF"/>
          <w:sz w:val="20"/>
          <w:u w:val="none"/>
        </w:rPr>
        <w:t>RIGHT 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the 50-year ripple effects of stock market evolution.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birth of the DTC to the cesspool we currently find ourselves in, this DD will illustrate just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fragile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House of Cards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become. </w:t>
      </w:r>
    </w:p>
    <w:p>
      <w:bookmarkStart w:id="264" w:name="pg26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6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We've been warned so many times... We've made the same mistakes </w:t>
      </w:r>
      <w:r>
        <w:rPr>
          <w:rFonts w:ascii="Cambria" w:hAnsi="Cambria"/>
          <w:b w:val="0"/>
          <w:i/>
          <w:color w:val="FFFFFF"/>
          <w:sz w:val="20"/>
          <w:u w:val="none"/>
        </w:rPr>
        <w:t>so. many. times.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we never seem to learn from them..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case you've been living under a rock for the past few months, the DTCC has been proposing a boat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load of rule changes to help better-monitor their participants' exposure. If you don't already know,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 stands for Depository Trust &amp; Clearing Corporation and is broken into the following (primary)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subsidiaries: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Depository Trust Company (DTC)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centralized clearing agency that makes sure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grandma gets her stonks and the broker receives grandma's tendies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National Securities Clearing Corporation (NSCC)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provides clearing, settlement, risk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management, and central counterparty (CCP) services to its members for broker-to-broker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trades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Fixed Income Clearing Corporation (FICC)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provides central counterparty (CCP)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services to members that participate in the US government and mortgage-backed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securities markets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Brief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history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lesson: I promise it's relevant (this</w:t>
      </w:r>
      <w:hyperlink r:id="rId61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617">
        <w:r>
          <w:rPr>
            <w:rFonts w:ascii="Cambria" w:hAnsi="Cambria"/>
            <w:sz w:val="20"/>
            <w:color w:val="FFFFFF"/>
            <w:i/>
            <w:u/>
          </w:rPr>
          <w:t>link</w:t>
        </w:r>
      </w:hyperlink>
      <w:hyperlink r:id="rId61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>provides all the info that follows).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 was created in 1973. It stemmed from the need for a centralized clearing company.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60s went through the roof and resulted in many brokers having to quit before the day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finished so they could manually record their mountain of transactions. All of this was done on paper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share certificate was physically delivered. This obviously resulted in many failures to deliver (FTD)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to the risk of human error in record keeping. In 1974, the Continuous Net Settlement system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launched to clear and settle trades using a rudimentary internet platform.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1982, the DTC started using a Book-Entry Only (BEO) system to underwrite bonds. For the first time,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were no physical certificates that actually traded hands. Everything was now performed virtually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computers. Although this was advantageous for many reasons, it made it MUCH easier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commit a certain type of securities fraud- naked shorting.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year later they adopted NYSE Rule 387 which meant most securities transactions had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completed using this new BEO computer system. Needless to say, explosive growth took place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5 years. Pretty soon, other securities started utilizing the BEO system. It paved the way for growth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mutual funds and government securities, and even allowed for same-day settlement. At the time,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BEO system was a tremendous achievement. However, we were destined to hit a brick wall after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growth in such a short time.. By October 1987, that's exactly what happened.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18">
        <w:r>
          <w:rPr>
            <w:rFonts w:ascii="Cambria" w:hAnsi="Cambria"/>
            <w:sz w:val="20"/>
            <w:color w:val="FFFFFF"/>
            <w:i/>
            <w:u/>
          </w:rPr>
          <w:t xml:space="preserve">"A number of explanations have been offered as to the cause of the crash... Among these are computer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618">
        <w:r>
          <w:rPr>
            <w:rFonts w:ascii="Cambria" w:hAnsi="Cambria"/>
            <w:sz w:val="20"/>
            <w:color w:val="FFFFFF"/>
            <w:i/>
            <w:u/>
          </w:rPr>
          <w:t>trading, derivative securities, illiquidity, trade and budget deficits, and overvaluation..".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you're wondering where the birthplace of High Frequency Trading (HFT) came from, look no further.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same machines that automated the exhaustively manual reconciliation process were also to blame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amplifying the fire sale of 1987. </w:t>
      </w:r>
    </w:p>
    <w:p>
      <w:bookmarkStart w:id="265" w:name="pg264"/>
      <w:pPr>
        <w:keepLines w:val="0"/>
        <w:pageBreakBefore/>
        <w:widowControl w:val="0"/>
        <w:spacing w:before="0" w:after="0"/>
        <w:jc w:val="center"/>
      </w:pPr>
      <w:bookmarkEnd w:id="265"/>
      <w:r>
        <w:drawing>
          <wp:inline xmlns:a="http://schemas.openxmlformats.org/drawingml/2006/main" xmlns:pic="http://schemas.openxmlformats.org/drawingml/2006/picture">
            <wp:extent cx="5943600" cy="1878964"/>
            <wp:docPr id="176" name="Picture 1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8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https://historynewsnetwork.org/article/895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last sentence indicates a much more pervasive issue was at play, here. The fact that we still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trouble explaining the calculus is even more alarming. The effects were so pervasive that it was dubbed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20">
        <w:r>
          <w:rPr>
            <w:rFonts w:ascii="Cambria" w:hAnsi="Cambria"/>
            <w:sz w:val="20"/>
            <w:color w:val="FFFFFF"/>
            <w:u/>
          </w:rPr>
          <w:t xml:space="preserve">the 1st global financial crisis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Here's another great summary published by the NY Times: *"..*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to be fair to the computers.. [they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were].. programmed by fallible people and trusted by people who did not understand the computer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programs' limitations. As computers came in, human judgement went out."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Damned if that didn't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 me goosiebumps...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an EXTREMELY relevant explanation from Bruce Bartlett on the role of derivatives: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276475"/>
            <wp:docPr id="177" name="Picture 1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6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the last sentence? A major factor behind the crash was a disconnect between the price of 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their corresponding derivatives. The value of any given stock should determine the derivative value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that stock. It shouldn't be the other way around.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an important concept to remember as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will be referenced throughout the post.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off chance that the market DID tank, they hoped they could contain their losses with portfolio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22">
        <w:r>
          <w:rPr>
            <w:rFonts w:ascii="Cambria" w:hAnsi="Cambria"/>
            <w:sz w:val="20"/>
            <w:color w:val="FFFFFF"/>
            <w:u/>
          </w:rPr>
          <w:t>insurance</w:t>
        </w:r>
      </w:hyperlink>
      <w:hyperlink r:id="rId622">
        <w:r>
          <w:rPr>
            <w:rFonts w:ascii="Cambria" w:hAnsi="Cambria"/>
            <w:sz w:val="20"/>
            <w:color w:val="FFFFFF"/>
            <w:i/>
            <w:u/>
          </w:rPr>
          <w:t>.</w:t>
        </w:r>
      </w:hyperlink>
      <w:hyperlink r:id="rId623">
        <w:r>
          <w:rPr>
            <w:rFonts w:ascii="Cambria" w:hAnsi="Cambria"/>
            <w:sz w:val="20"/>
            <w:color w:val="FFFFFF"/>
            <w:u/>
          </w:rPr>
          <w:t xml:space="preserve"> Another article from the NY times explains this in better detail.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bookmarkStart w:id="266" w:name="pg265"/>
      <w:pPr>
        <w:keepLines w:val="0"/>
        <w:pageBreakBefore/>
        <w:widowControl w:val="0"/>
        <w:spacing w:before="0" w:after="0"/>
        <w:jc w:val="center"/>
      </w:pPr>
      <w:bookmarkEnd w:id="266"/>
      <w:r>
        <w:drawing>
          <wp:inline xmlns:a="http://schemas.openxmlformats.org/drawingml/2006/main" xmlns:pic="http://schemas.openxmlformats.org/drawingml/2006/picture">
            <wp:extent cx="5943600" cy="1936750"/>
            <wp:docPr id="178" name="Picture 1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587750"/>
            <wp:docPr id="179" name="Picture 1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950595"/>
            <wp:docPr id="180" name="Picture 1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0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major disconnect occurred when these futures contracts were used to intentionally tank the value of </w:t>
      </w:r>
    </w:p>
    <w:p>
      <w:pPr>
        <w:keepLines w:val="0"/>
        <w:widowControl w:val="0"/>
        <w:spacing w:before="4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underlying stock. In a perfect world, organic growth would lead to an increase in value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(underlying stock). They could do this by selling more products, creating new technologies,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breaking into new markets, etc. This would trigger an organic change in the derivative's value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would be (hopefully) more optimistic about the longevity of the company. It could go either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way, but the point is still the same. This is the type of investing that most of us are familiar with: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investing for a better future. </w:t>
      </w:r>
    </w:p>
    <w:p>
      <w:bookmarkStart w:id="267" w:name="pg26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6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don't want to spend too much time on the crash of 1987. I just want to identify the factors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contributed to the crash and the role of the DTC as they transitioned from a manual to an automatic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ledger system.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connection I really want to focus on is the ENORMOUS risk appetite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investors had. Think of how overconfident and greedy they must have been to put that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faith in a computer script.. either way, same problems still exist today.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Finally, the comment by Bruce Bartlett regarding the mismatched investment strategies between stocks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options is crucial in painting the picture of today's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let's do a super brief walkthrough of the main parties within the DTC before opening this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can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worms.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going to talk about three groups within the DTC- </w:t>
      </w:r>
      <w:r>
        <w:rPr>
          <w:rFonts w:ascii="Cambria" w:hAnsi="Cambria"/>
          <w:b/>
          <w:i w:val="0"/>
          <w:color w:val="FFFFFF"/>
          <w:sz w:val="20"/>
          <w:u w:val="none"/>
        </w:rPr>
        <w:t>issuers, participants, and Cede &amp; Co.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Issuers are companies that issue securities (stocks), while participants are the clearing houses, brokers,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other financial institutions that can utilize those securities. Cede &amp; Co. is a subsidiary of the DTC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holds the share certificates.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Participants have MUCH more control over the securities that are deposited from the issuer.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the issuer created those shares, participants are in control when those shares hit the DTC's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doorstep. The DTC transfers those shares to a holding account </w:t>
      </w:r>
      <w:r>
        <w:rPr>
          <w:rFonts w:ascii="Cambria" w:hAnsi="Cambria"/>
          <w:b w:val="0"/>
          <w:i/>
          <w:color w:val="FFFFFF"/>
          <w:sz w:val="20"/>
          <w:u w:val="none"/>
        </w:rPr>
        <w:t>(Cede &amp; Co.)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 participant just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to ask "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May I haff some pwetty pwease wiff sugar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top?"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Now, where's that can of worms?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 was relatively calm after the crash of 1987.... until we hit 2003..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*deep breath*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 started receiving several requests from issuers to pull their securities from the DTC's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depository. I don't think the DTC was prepared for this because they didn't have a written policy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address it, let alone an official rule. Here's the half-assed response from the DTC: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873125"/>
            <wp:docPr id="181" name="Picture 1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https://www.sec.gov/rules/sro/34-47978.htm (section II)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Realizing this situation was heating up, the DTC proposed SR-DTC-2003-02..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34490"/>
            <wp:docPr id="182" name="Picture 1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4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68" w:name="pg267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268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https://www.sec.gov/rules/sro/34-47978.htm#P19_6635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Honestly, they were better of WITHOUT the new proposal.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became an even BIGGER deal when word got about the proposed rule change. Naturally, it triggered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TSUNAMI of comment letters against the DTC's proposal. There was obviously something going 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 that level of concern. Why did </w:t>
      </w:r>
      <w:r>
        <w:rPr>
          <w:rFonts w:ascii="Cambria" w:hAnsi="Cambria"/>
          <w:b w:val="0"/>
          <w:i/>
          <w:color w:val="FFFFFF"/>
          <w:sz w:val="20"/>
          <w:u w:val="none"/>
        </w:rPr>
        <w:t>SO MANY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issuers want their deposits back?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...you ready for this sh*t?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outlined in the DTC's opening remarks: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793750"/>
            <wp:docPr id="183" name="Picture 1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https://www.sec.gov/rules/sro/34-47978.htm#P19_6635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OK... see footnote 4.....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653415"/>
            <wp:docPr id="184" name="Picture 1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https://www.sec.gov/rules/sro/34-47978.htm#P19_6635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UHHHHHHH WHAT!??!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Yeah! I'd be pretty pissed, too! Have my shares deposited in a clearing company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take advantage of their computerized trades just to get kicked to the curb with NO WAY of getting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 back... AND THEN find out that the big-d*ck "participants" at your fancy DTC party are literally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selling my shares without me knowing....?!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....This sound familiar, anyone??? IDK about y'all, but this "trust us with your shares" BS is starting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sound like a major con.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 asked for feedback from all issuers and participants to gather a consensus before making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decision. All together, the DTC received 89 comment letters (a pretty big response). 47 of those letters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opposed the rule change, while 35 were in favor.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To save space, I'm going to use smaller screenshots. Here are just a few of the opposition comments..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bookmarkStart w:id="269" w:name="pg268"/>
      <w:pPr>
        <w:keepLines w:val="0"/>
        <w:pageBreakBefore/>
        <w:widowControl w:val="0"/>
        <w:spacing w:before="0" w:after="0"/>
        <w:jc w:val="center"/>
      </w:pPr>
      <w:bookmarkEnd w:id="269"/>
      <w:r>
        <w:drawing>
          <wp:inline xmlns:a="http://schemas.openxmlformats.org/drawingml/2006/main" xmlns:pic="http://schemas.openxmlformats.org/drawingml/2006/picture">
            <wp:extent cx="5943600" cy="3423920"/>
            <wp:docPr id="185" name="Picture 1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https://www.sec.gov/rules/sro/dtc200302/srdtc200302-89.pdf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another: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65145"/>
            <wp:docPr id="186" name="Picture 1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5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https://www.sec.gov/rules/sro/dtc200302/rsrondeau052003.txt </w:t>
      </w:r>
    </w:p>
    <w:p>
      <w:bookmarkStart w:id="270" w:name="pg26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7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AAAAAAAAAAND another: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6912609"/>
            <wp:docPr id="187" name="Picture 1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12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https://www.sec.gov/rules/sro/dtc200302/msondow040403.txt </w:t>
      </w:r>
    </w:p>
    <w:p>
      <w:bookmarkStart w:id="271" w:name="pg27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7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Here are a few in favor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*..*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All of the comments I checked were participants and classified as market makers and other major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institutions... go f*cking figure.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505834"/>
            <wp:docPr id="188" name="Picture 1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https://www.sec.gov/rules/sro/dtc200302/srdtc200302-82.pdf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Two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72" w:name="pg271"/>
      <w:pPr>
        <w:keepLines w:val="0"/>
        <w:pageBreakBefore/>
        <w:widowControl w:val="0"/>
        <w:spacing w:before="0" w:after="0"/>
        <w:jc w:val="center"/>
      </w:pPr>
      <w:bookmarkEnd w:id="272"/>
      <w:r>
        <w:drawing>
          <wp:inline xmlns:a="http://schemas.openxmlformats.org/drawingml/2006/main" xmlns:pic="http://schemas.openxmlformats.org/drawingml/2006/picture">
            <wp:extent cx="5943600" cy="7195819"/>
            <wp:docPr id="189" name="Picture 1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58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https://www.sec.gov/rules/sro/dtc200302/srdtc200302-81.pdf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Three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73" w:name="pg272"/>
      <w:pPr>
        <w:keepLines w:val="0"/>
        <w:pageBreakBefore/>
        <w:widowControl w:val="0"/>
        <w:spacing w:before="0" w:after="0"/>
        <w:jc w:val="center"/>
      </w:pPr>
      <w:bookmarkEnd w:id="273"/>
      <w:r>
        <w:drawing>
          <wp:inline xmlns:a="http://schemas.openxmlformats.org/drawingml/2006/main" xmlns:pic="http://schemas.openxmlformats.org/drawingml/2006/picture">
            <wp:extent cx="5943600" cy="8211184"/>
            <wp:docPr id="190" name="Picture 1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1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74" w:name="pg273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274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https://www.sec.gov/rules/sro/dtc200302/rbcdain042303.pdf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the full list if you wanna dig on your 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...I realize there are advantages to "paperless" securities transfers... However... It is EXACTLY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Michael Sondow said in his comment letter above..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We simply cannot trust the DTC to protect 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interests when we don't have physical control of our assets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**.**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Several other participants, including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Edward Jones, Ameritrade,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Citibank,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Prudential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overwhelmingly favored this proposal.. How can someone NOT acknowledge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absence of physical shares only makes it easier for these people to manipulate the market....?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rule change would allow these 'participants' to continue doing this because it's extremely profitable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sell shares that don't exist, or have not been collateralized. Furthermore, it's a win-win for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 forces issuers to keep their deposits in the holding account of the DTC...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37">
        <w:r>
          <w:rPr>
            <w:rFonts w:ascii="Cambria" w:hAnsi="Cambria"/>
            <w:sz w:val="20"/>
            <w:color w:val="FFFFFF"/>
            <w:u/>
          </w:rPr>
          <w:t xml:space="preserve">Ever heard of the fractional reserve banking system?? Sounds A LOT like what the stock market has just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become.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proof of market manipulation? Let's fact-check the claims from the opposition letters above.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I'm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only reporting a few for the time period we discussed (2003ish). This is just to validate their claims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some sketchy sh*t is going 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638">
        <w:r>
          <w:rPr>
            <w:rFonts w:ascii="Cambria" w:hAnsi="Cambria"/>
            <w:sz w:val="20"/>
            <w:color w:val="FFFFFF"/>
            <w:b/>
            <w:u/>
          </w:rPr>
          <w:t>UBS Securities</w:t>
        </w:r>
      </w:hyperlink>
      <w:hyperlink r:id="rId63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(formerly UBS Warburg):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559; SHORT SALE VIOLATION; 3/30/1999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535; OVER REPORTING OF SHORT INTEREST POSITIONS; 5/1/1999 -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12/31/1999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533; FAILURE TO REPORT SHORT SALE INDICATORS;INCORRECTLY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REPORTING LONG SALE TRANSACTIONS AS SHORT SALES; 7/2/2002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639">
        <w:r>
          <w:rPr>
            <w:rFonts w:ascii="Cambria" w:hAnsi="Cambria"/>
            <w:sz w:val="20"/>
            <w:color w:val="FFFFFF"/>
            <w:b/>
            <w:u/>
          </w:rPr>
          <w:t>Merrill Lynch</w:t>
        </w:r>
      </w:hyperlink>
      <w:hyperlink r:id="rId639">
        <w:r>
          <w:rPr>
            <w:rFonts w:ascii="Cambria" w:hAnsi="Cambria"/>
            <w:sz w:val="20"/>
            <w:color w:val="FFFFFF"/>
            <w:u/>
          </w:rPr>
          <w:t xml:space="preserve"> 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(Professional Clearing Corp.):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158; VIOLATION OF SHORT INTEREST REPORTING; 12/17/2001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640">
        <w:r>
          <w:rPr>
            <w:rFonts w:ascii="Cambria" w:hAnsi="Cambria"/>
            <w:sz w:val="20"/>
            <w:color w:val="FFFFFF"/>
            <w:b/>
            <w:u/>
          </w:rPr>
          <w:t>RBC</w:t>
        </w:r>
      </w:hyperlink>
      <w:hyperlink r:id="rId640">
        <w:r>
          <w:rPr>
            <w:rFonts w:ascii="Cambria" w:hAnsi="Cambria"/>
            <w:sz w:val="20"/>
            <w:color w:val="FFFFFF"/>
            <w:u/>
          </w:rPr>
          <w:t xml:space="preserve"> 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(Royal Bank of Canada):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550; FAILURE TO REPORT SHORT SALE TRANSACTIONS WITH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INDICATOR; 9/28/1999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507; SHORT SALE VIOLATION; 11/21/1999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pg 426; FAILURE TO REPORT SHORT SALE MODIFIER; 1/21/2003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Ironically, I picked these 3 because they were the first going down the line.. I'm not sure how to be 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objective about this.. Their entire FINRA report is littered with short sale violations. Before anyone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asks "how do you know they aren't ALL like that?" The answer is- I checked. If you get caught for a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sale violation, chances are you will ALWAYS get caught for short sale violations. Why? Because it's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profitable to do it and get caught, than it is to fix the problem.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Wanna know the 2nd worst part?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Several comment letters asked the DTC to investigate the claims of naked shorting </w:t>
      </w:r>
      <w:r>
        <w:rPr>
          <w:rFonts w:ascii="Cambria" w:hAnsi="Cambria"/>
          <w:b/>
          <w:i w:val="0"/>
          <w:color w:val="FFFFFF"/>
          <w:sz w:val="20"/>
          <w:u w:val="none"/>
        </w:rPr>
        <w:t>BEFORE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coming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decision on the proposal.. I never saw a document where they followed up on those requests.....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wanna know the WORST part? </w:t>
      </w:r>
    </w:p>
    <w:p>
      <w:bookmarkStart w:id="275" w:name="pg274"/>
      <w:pPr>
        <w:keepLines w:val="0"/>
        <w:pageBreakBefore/>
        <w:widowControl w:val="0"/>
        <w:spacing w:before="0" w:after="0"/>
        <w:jc w:val="center"/>
      </w:pPr>
      <w:bookmarkEnd w:id="275"/>
      <w:r>
        <w:drawing>
          <wp:inline xmlns:a="http://schemas.openxmlformats.org/drawingml/2006/main" xmlns:pic="http://schemas.openxmlformats.org/drawingml/2006/picture">
            <wp:extent cx="5943600" cy="2806064"/>
            <wp:docPr id="191" name="Picture 1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https://www.sec.gov/rules/sro/34-47978.htm#P99_35478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 passed that rule change....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not only prevented the issuers from removing their deposits, they also turned a 'blind-eye' to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participants manipulative short selling, even when there's public evidence of them doing so...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....Those companies were being attacked with shares THEY put in the DTC, by institutions they can't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identify...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..Let's take a quick breath and recap: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 started using a computerized ledger and was very successful through the 80's. This evolved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trading systems that were also computerized, but not as sophisticated as they hoped.. They played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major part in the 1987 crash, along with severely desynchronized derivatives trading.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2003, the DTC denied issuers the right to withdraw their deposits because those securities were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control of participants, instead. When issuer A deposits stock into the DTC and participant B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shares into the market, that's a form of rehypothecation. This is what so many issuers were trying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express in their comment letters. In addition, it hurts their company by driving down it's value.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felt robbed because the DTC was blatantly allowing it's participants to do this, and refused to give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their shares..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critically important for me to paint that background.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..now then....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when I mentioned the DTC's enrollee- Cede &amp; Co.? </w:t>
      </w:r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3595370" cy="398780"/>
            <wp:docPr id="192" name="Picture 1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3595370" cy="398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https://www.sec.gov/rules/sro/34-47978.htm#P19_6635 (section II) </w:t>
      </w:r>
    </w:p>
    <w:p>
      <w:bookmarkStart w:id="276" w:name="pg27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7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I'll admit it: I didn't think they were that relevant. I focused so much on the DTC that I didn't think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into their enrollee...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..Wish I did....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912359"/>
            <wp:docPr id="193" name="Picture 1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2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https://www.americanbanker.com/news/you-dont-really-own-your-securities-can-blockchains-fix-that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right.... Cede &amp; Co. hold a "master certificate" in their vault, which </w:t>
      </w:r>
      <w:r>
        <w:rPr>
          <w:rFonts w:ascii="Cambria" w:hAnsi="Cambria"/>
          <w:b/>
          <w:i w:val="0"/>
          <w:color w:val="FFFFFF"/>
          <w:sz w:val="20"/>
          <w:u w:val="none"/>
        </w:rPr>
        <w:t>NEVER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leaves. Instead,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 an </w:t>
      </w:r>
      <w:r>
        <w:rPr>
          <w:rFonts w:ascii="Cambria" w:hAnsi="Cambria"/>
          <w:b w:val="0"/>
          <w:i/>
          <w:color w:val="FFFFFF"/>
          <w:sz w:val="20"/>
          <w:u w:val="none"/>
        </w:rPr>
        <w:t>IOU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that master certificate..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Didn't we JUST finish talking about why this is such a major flaw in our system..? And that was almost 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years ago...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Here comes the mind f*ck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77" w:name="pg276"/>
      <w:pPr>
        <w:keepLines w:val="0"/>
        <w:pageBreakBefore/>
        <w:widowControl w:val="0"/>
        <w:spacing w:before="0" w:after="0"/>
        <w:jc w:val="center"/>
      </w:pPr>
      <w:bookmarkEnd w:id="277"/>
      <w:r>
        <w:drawing>
          <wp:inline xmlns:a="http://schemas.openxmlformats.org/drawingml/2006/main" xmlns:pic="http://schemas.openxmlformats.org/drawingml/2006/picture">
            <wp:extent cx="5943600" cy="4519295"/>
            <wp:docPr id="194" name="Picture 1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9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left="15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https://smithonstocks.com/part-8-illegal-naked-shorting-series-who-or-what-is-cede-and-what-role-does-cede-play-in-the-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trading-of-stocks/ </w:t>
      </w:r>
    </w:p>
    <w:p>
      <w:pPr>
        <w:keepLines w:val="0"/>
        <w:widowControl w:val="0"/>
        <w:spacing w:before="359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804545"/>
            <wp:docPr id="195" name="Picture 1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left="15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https://smithonstocks.com/part-8-illegal-naked-shorting-series-who-or-what-is-cede-and-what-role-does-cede-play-in-the-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trading-of-stocks/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wanna know the BEST part???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 found a list of all the DTC</w:t>
      </w:r>
      <w:hyperlink r:id="rId64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646">
        <w:r>
          <w:rPr>
            <w:rFonts w:ascii="Cambria" w:hAnsi="Cambria"/>
            <w:sz w:val="20"/>
            <w:color w:val="FFFFFF"/>
            <w:i/>
            <w:u/>
          </w:rPr>
          <w:t>participants</w:t>
        </w:r>
      </w:hyperlink>
      <w:hyperlink r:id="rId64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>that are responsible for this mess..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I've got your name, number, and I'm coming for you-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ALL OF 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to be continued.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78" w:name="pg27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78"/>
      <w:r>
        <w:rPr>
          <w:rFonts w:ascii="Cambria" w:hAnsi="Cambria"/>
          <w:b/>
          <w:i w:val="0"/>
          <w:color w:val="FFFFFF"/>
          <w:sz w:val="20"/>
          <w:u w:val="none"/>
        </w:rPr>
        <w:t>DIAMOND.F*CKING.HANDS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House of Cards - Part 2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Prerequisite DD: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615">
        <w:r>
          <w:rPr>
            <w:rFonts w:ascii="Calibri" w:hAnsi="Calibri"/>
            <w:sz w:val="20"/>
            <w:color w:val="00B0F0"/>
            <w:u/>
          </w:rPr>
          <w:t>Citadel Has No Clothes</w:t>
        </w:r>
      </w:hyperlink>
      <w:hyperlink r:id="rId61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311">
        <w:r>
          <w:rPr>
            <w:rFonts w:ascii="Calibri" w:hAnsi="Calibri"/>
            <w:sz w:val="20"/>
            <w:color w:val="00B0F0"/>
            <w:u/>
          </w:rPr>
          <w:t>The EVERYTHING Short</w:t>
        </w:r>
      </w:hyperlink>
      <w:hyperlink r:id="rId31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4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">
        <w:r>
          <w:rPr>
            <w:rFonts w:ascii="Calibri" w:hAnsi="Calibri"/>
            <w:sz w:val="20"/>
            <w:color w:val="00B0F0"/>
            <w:u/>
          </w:rPr>
          <w:t>The House of Cards – Part 1</w:t>
        </w:r>
      </w:hyperlink>
      <w:hyperlink r:id="rId1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No freaking way I can do that.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____________________________________________________________________________________________________________________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Pilot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wasn’t looking into GameStop when all of this began. Most of my time was spent researching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pandemic’s impact on the economy. I’m talking about the economic steam engine that employs people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puts food on their tables. Especially the small businesses that were executively steamrolled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COVID lockdowns. It was scary how fast they had to close their doors.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spent a lot of time looking at companies like GameStop. Brick-n-mortar businesses were basically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running out of bricks to sh*t. Frankly, GameStop looked a lot like the next Blockbuster and it just seemed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a matter of time before they went under. Had DFV not done his homework, it's possible we wouldn’t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 rocket to HODL or a story to TODL.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Whoever has/had a short position with GameStop was probably thinking the same thing. The number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that can be freely traded on a daily basis is referred to as “the float”. GameStop has 70,000,000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outstanding, but 50,000,000 shares represented “the float”. With a small float like this, a </w:t>
      </w:r>
      <w:hyperlink r:id="rId647">
        <w:r>
          <w:rPr>
            <w:rFonts w:ascii="Calibri" w:hAnsi="Calibri"/>
            <w:sz w:val="20"/>
            <w:color w:val="00B0F0"/>
            <w:u/>
          </w:rPr>
          <w:t xml:space="preserve">short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647">
        <w:r>
          <w:rPr>
            <w:rFonts w:ascii="Calibri" w:hAnsi="Calibri"/>
            <w:sz w:val="20"/>
            <w:color w:val="00B0F0"/>
            <w:u/>
          </w:rPr>
          <w:t>position of 20% becomes significant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Heck, Volkswagen got squozed with just a </w:t>
      </w:r>
      <w:hyperlink r:id="rId647">
        <w:r>
          <w:rPr>
            <w:rFonts w:ascii="Calibri" w:hAnsi="Calibri"/>
            <w:sz w:val="20"/>
            <w:color w:val="00B0F0"/>
            <w:u/>
          </w:rPr>
          <w:t>12.8%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position. So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use little numbers to walk through an example of how this works.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Assume VW has 100 shares outstanding. If 12.8% of the company has been sold short, then 12.8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(let’s just say 13) must be available to purchase at a later date (assuming VW doesn’t go bankrupt).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VW had a float of 45% which meant there was no real strain to cover that 12.8%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at any moment. However, when Porsche announced they wanted to increase their position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VW, they invested HEAVILY.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“The kicker was that Porsche owned 43% of VW shares, 32% in options, and the government owned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20.2%.... In plain terms, it meant that the actual available float went from 45% down to 1% of outstanding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shares” (bullishbears.com/vw-short-squeeze/).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revisit our scenario. With 100 shares outstanding and 13 shares sold short, what happens if only 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 was available to cover instead of 45? </w:t>
      </w:r>
    </w:p>
    <w:p>
      <w:bookmarkStart w:id="279" w:name="pg27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7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Well….. THIS: </w:t>
      </w:r>
    </w:p>
    <w:p>
      <w:pPr>
        <w:keepLines w:val="0"/>
        <w:widowControl w:val="0"/>
        <w:spacing w:before="313" w:after="0"/>
        <w:ind w:left="0"/>
      </w:pPr>
      <w:r>
        <w:drawing>
          <wp:inline xmlns:a="http://schemas.openxmlformats.org/drawingml/2006/main" xmlns:pic="http://schemas.openxmlformats.org/drawingml/2006/picture">
            <wp:extent cx="4415790" cy="4314190"/>
            <wp:docPr id="196" name="Picture 1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4415790" cy="4314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is/was the victim of price suppression through short selling. I discussed this topic with </w:t>
      </w:r>
      <w:hyperlink r:id="rId649">
        <w:r>
          <w:rPr>
            <w:rFonts w:ascii="Calibri" w:hAnsi="Calibri"/>
            <w:sz w:val="20"/>
            <w:color w:val="00B0F0"/>
            <w:u/>
          </w:rPr>
          <w:t xml:space="preserve">Dr.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649">
        <w:r>
          <w:rPr>
            <w:rFonts w:ascii="Calibri" w:hAnsi="Calibri"/>
            <w:sz w:val="20"/>
            <w:color w:val="00B0F0"/>
            <w:u/>
          </w:rPr>
          <w:t>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  <w:hyperlink r:id="rId650">
        <w:r>
          <w:rPr>
            <w:rFonts w:ascii="Calibri" w:hAnsi="Calibri"/>
            <w:sz w:val="20"/>
            <w:color w:val="00B0F0"/>
            <w:u/>
          </w:rPr>
          <w:t>Carl Hagberg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  <w:hyperlink r:id="rId650">
        <w:r>
          <w:rPr>
            <w:rFonts w:ascii="Calibri" w:hAnsi="Calibri"/>
            <w:sz w:val="20"/>
            <w:color w:val="00B0F0"/>
            <w:u/>
          </w:rPr>
          <w:t>our AMAs.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Every transaction has two sides- a buy and a sell. Short selling artificially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increases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supply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shares and causes the price to decline. When this happens, the price can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if </w:t>
      </w:r>
      <w:r>
        <w:rPr>
          <w:rFonts w:ascii="Cambria" w:hAnsi="Cambria"/>
          <w:b w:val="0"/>
          <w:i/>
          <w:color w:val="FFFFFF"/>
          <w:sz w:val="20"/>
          <w:u w:val="none"/>
        </w:rPr>
        <w:t>demand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exceeds the increase in supply.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started looking closely at GameStop after confirming their reported short position of </w:t>
      </w:r>
      <w:hyperlink r:id="rId651">
        <w:r>
          <w:rPr>
            <w:rFonts w:ascii="Calibri" w:hAnsi="Calibri"/>
            <w:sz w:val="20"/>
            <w:color w:val="00B0F0"/>
            <w:u/>
          </w:rPr>
          <w:t>140%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It’s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for me explain this why this is so much different than the VW example…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140% of GameStop’s FLOAT was sold short. There were 50,000,000 shares in that float, so 140% of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equal to the 70,000,000 shares the company has outstanding. This means AT LEAST 100% of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outstanding shares has been sold short. Now compare that to VW where the short position was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12.8%... Simply put, it is mathematically impossible to cover more than 100% of a company’s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outstanding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 w:val="0"/>
          <w:i/>
          <w:color w:val="FFFFFF"/>
          <w:sz w:val="20"/>
          <w:u w:val="none"/>
        </w:rPr>
        <w:t>peak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VW squeeze was reached when the demand for shares became surpassed by the supply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those shares. Here, demand represents 12.8% of their stock which must be available to close the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position. With only 1% of shares available, this guaranteed a squeeze until the number of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available to trade could satisfy the remaining short interest. </w:t>
      </w:r>
    </w:p>
    <w:p>
      <w:bookmarkStart w:id="280" w:name="pg27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 company has a short position with more than 100% of total shares outstanding, the preceding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argument is thrown out the window. Supply cannot surpass demand because the company can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 100% of itself at any given time. Therefore, the additional 40% could only be explained by multiple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claiming ownership of the same share... Surely this is a mistake.. right? I thought this level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selling was impossible..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..Until I saw the number of short selling violations issued by FINRA..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 go through these FINRA reports, there are a few things to keep in mind: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FINRA is not a part of the government.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FINRA is a non-profit entity with </w:t>
      </w:r>
      <w:hyperlink r:id="rId652">
        <w:r>
          <w:rPr>
            <w:rFonts w:ascii="Calibri" w:hAnsi="Calibri"/>
            <w:sz w:val="20"/>
            <w:color w:val="00B0F0"/>
            <w:u/>
          </w:rPr>
          <w:t xml:space="preserve">regulatory </w:t>
        </w:r>
      </w:hyperlink>
    </w:p>
    <w:p>
      <w:pPr>
        <w:keepLines w:val="0"/>
        <w:widowControl w:val="0"/>
        <w:spacing w:before="63" w:after="0" w:lineRule="exact" w:line="252"/>
        <w:ind w:right="-60"/>
        <w:jc w:val="center"/>
      </w:pPr>
      <w:hyperlink r:id="rId652">
        <w:r>
          <w:rPr>
            <w:rFonts w:ascii="Calibri" w:hAnsi="Calibri"/>
            <w:sz w:val="20"/>
            <w:color w:val="00B0F0"/>
            <w:u/>
          </w:rPr>
          <w:t>powers set by congress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makes FINRA the largest self-regulatory organization (SRO)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United States. The SEC is responsible for setting rules which protect individual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investors; FINRA is responsible for overseeing most of the brokers (collectively referred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as members) in the US. As an SRO, FINRA sets the rules by which their members must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comply- </w:t>
      </w:r>
      <w:r>
        <w:rPr>
          <w:rFonts w:ascii="Cambria" w:hAnsi="Cambria"/>
          <w:b/>
          <w:i w:val="0"/>
          <w:color w:val="FFFFFF"/>
          <w:sz w:val="20"/>
          <w:u w:val="none"/>
        </w:rPr>
        <w:t>they are not directly regulated by the SEC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FINRA investigates cases at their own pace. When looking at the “</w:t>
      </w:r>
      <w:r>
        <w:rPr>
          <w:rFonts w:ascii="Cambria" w:hAnsi="Cambria"/>
          <w:b w:val="0"/>
          <w:i/>
          <w:color w:val="FFFFFF"/>
          <w:sz w:val="20"/>
          <w:u w:val="none"/>
        </w:rPr>
        <w:t>Date Initiated”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their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reports, it is not synonymous with “</w:t>
      </w:r>
      <w:r>
        <w:rPr>
          <w:rFonts w:ascii="Cambria" w:hAnsi="Cambria"/>
          <w:b w:val="0"/>
          <w:i/>
          <w:color w:val="FFFFFF"/>
          <w:sz w:val="20"/>
          <w:u w:val="none"/>
        </w:rPr>
        <w:t>date of occurrence”.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Many times, FINRA will not say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 problem occurred, just resolved. It can be YEARS after the initial occurrence.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hyperlink r:id="rId646">
        <w:r>
          <w:rPr>
            <w:rFonts w:ascii="Calibri" w:hAnsi="Calibri"/>
            <w:sz w:val="20"/>
            <w:color w:val="00B0F0"/>
            <w:u/>
          </w:rPr>
          <w:t>DTC participant report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littered with cases that were initiated in 2019 but occurred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2015, etc. Many of the violations occurring today will take years to discover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 can issue a violation for each occurrence using a 1:1 format. When it comes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violations like short selling, however, these “occurrences” can last months or even years.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this happens, FINRA issues a violation for multiple occurrences using a 1:MANY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format. I discussed this event in </w:t>
      </w:r>
      <w:hyperlink r:id="rId615">
        <w:r>
          <w:rPr>
            <w:rFonts w:ascii="Calibri" w:hAnsi="Calibri"/>
            <w:sz w:val="20"/>
            <w:color w:val="00B0F0"/>
            <w:u/>
          </w:rPr>
          <w:t>Citadel Has No Clothes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where one violation represented </w:t>
      </w:r>
    </w:p>
    <w:p>
      <w:pPr>
        <w:keepLines w:val="0"/>
        <w:widowControl w:val="0"/>
        <w:spacing w:before="74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FOUR YEARS of market f*ckery. What’s sh*tty is that FINRA doesn’t tell you which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violations are which. You have to read each line and see if they mention a date range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occurrence within each record. If they don’t, you must assume it was for one event…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BRUTAL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FINRA’s investment portfolio is held by the same entities they are issuing violations to…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 that sink in for a minute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2.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State your case…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you think of a reason why short sellers would want to understate their short positions? Put yourself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their situation and imagine you’re running a hedge fund…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operate in a self-regulated (SRO) environment and your records are basically private. If the SEC asks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to justify suspicious behavior, you really don’t have to provide it. The worst that could happen is a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slap on the wrist. I wrote about this EXACT same thing in </w:t>
      </w:r>
      <w:hyperlink r:id="rId615">
        <w:r>
          <w:rPr>
            <w:rFonts w:ascii="Calibri" w:hAnsi="Calibri"/>
            <w:sz w:val="20"/>
            <w:color w:val="00B0F0"/>
            <w:u/>
          </w:rPr>
          <w:t>Citadel Has No Clothes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>. They received a cease-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and-desist order from the SEC on 12/10/2018 for failing to submit complete and accurate records.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‘occurred’ from November 2012 through April 2016 and contained deficient information for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80,000,000 trades. Their punishment… $3,500,000… So why even bother keeping an honest ledger?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suppose you short a bunch of shares into the market. When you report this to FINRA, they require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to mark the transaction with a short sale indicator. In doing so, FINRA builds a paper trail to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selling activity. </w:t>
      </w:r>
    </w:p>
    <w:p>
      <w:bookmarkStart w:id="281" w:name="pg28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However… if you omit this indicator, FINRA can’t distinguish that transaction from a long sale. Who else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would there be to hold you accountable for covering your position? This is especially true for self-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clearing organizations like Citadel because there are less parties involved to hold you accountable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recordkeeping. If FINRA thinks you physically owned those shares and sold them (long sale), they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reason to revisit that transaction in the future… You could literally pocket the cash and dump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commitment to cover.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very important advantage is that it allows short sellers to artificially increase the supply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while understating the outstanding short interest on that security. The supply of shares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sold will drive down the price, while the short interest on the stock remains the same.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So.. aside from paying a fine, how could you possibly lose by “forgetting” to mark that trade with a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sale indicator? It would seem the system almost incentivizes this type of behavior.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combed through the </w:t>
      </w:r>
      <w:hyperlink r:id="rId646">
        <w:r>
          <w:rPr>
            <w:rFonts w:ascii="Calibri" w:hAnsi="Calibri"/>
            <w:sz w:val="20"/>
            <w:color w:val="00B0F0"/>
            <w:u/>
          </w:rPr>
          <w:t>DTC participant report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found enough dirt to fill the empty chasm that is Ken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Griffin’s soul. Take a guess at what their most common short selling violation is.. I’m going to assume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said </w:t>
      </w:r>
      <w:r>
        <w:rPr>
          <w:rFonts w:ascii="Cambria" w:hAnsi="Cambria"/>
          <w:b/>
          <w:i w:val="0"/>
          <w:color w:val="FFFFFF"/>
          <w:sz w:val="20"/>
          <w:u w:val="none"/>
        </w:rPr>
        <w:t>“FAILING TO PROPERLY MARK A SHORT SALE TRANSACTION”.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record, I just want to say I called this in March when I wrote </w:t>
      </w:r>
      <w:hyperlink r:id="rId615">
        <w:r>
          <w:rPr>
            <w:rFonts w:ascii="Calibri" w:hAnsi="Calibri"/>
            <w:sz w:val="20"/>
            <w:color w:val="00B0F0"/>
            <w:u/>
          </w:rPr>
          <w:t>Citadel Has No Clothes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Citadel has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the highest concentrations of short selling violations in their FINRA report. At the time, I didn’t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fully understand the consequences of this violation… After seeing how many participants received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same penalty, it finally made sense.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roughly 240 participant account names on the DTC’s list. Sh*t you not, I looked at every short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 violation that was published on </w:t>
      </w:r>
      <w:hyperlink r:id="rId653">
        <w:r>
          <w:rPr>
            <w:rFonts w:ascii="Calibri" w:hAnsi="Calibri"/>
            <w:sz w:val="20"/>
            <w:color w:val="00B0F0"/>
            <w:u/>
          </w:rPr>
          <w:t>Brokercheck.finra.org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To be fair, I eliminated participants with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1 or 2 violations related to short selling. There were PLENTY of bigger fish to fry.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literally picked the first participant at the top of the list and found three violations for short selling.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*cracks knuckles*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654">
        <w:r>
          <w:rPr>
            <w:rFonts w:ascii="Calibri" w:hAnsi="Calibri"/>
            <w:sz w:val="20"/>
            <w:color w:val="00B0F0"/>
            <w:u/>
          </w:rPr>
          <w:t>ABN AMRO Clearing Chicago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(AACC) is the 3rd largest bank in the Netherlands. They got popped for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three short selling violations, one of which included a failure-to-deliver. In total, they have 78 violations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FINRA. Several of these are severe compared to their violations for short selling. However,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selling violations revealed a MUCH bigger story: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292350"/>
            <wp:docPr id="197" name="Picture 1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2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So… ABN AMRO submitted an inaccurate short interest position to the NYSE and FINRA and lacked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proper supervisory systems to comply with… practically everything… </w:t>
      </w:r>
    </w:p>
    <w:p>
      <w:bookmarkStart w:id="282" w:name="pg28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2014, AMRO forked over $95,000 to settle this and didn’t even say they were sorry.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these situations, it’s easy to think </w:t>
      </w:r>
      <w:r>
        <w:rPr>
          <w:rFonts w:ascii="Cambria" w:hAnsi="Cambria"/>
          <w:b w:val="0"/>
          <w:i/>
          <w:color w:val="FFFFFF"/>
          <w:sz w:val="20"/>
          <w:u w:val="none"/>
        </w:rPr>
        <w:t>“meh, could have been a fluke event”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 I took a closer look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found violations by the same participants which made it much harder to argue their case of sheer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negligence. Here are a couple for AMRO: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72179"/>
            <wp:docPr id="198" name="Picture 1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1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ABN AMRO got slapped with a $1,000,000 fine for understating capital requirements, failing to maintain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accurate books, and failing to supervise employees. If you mess up once or twice but end up fixing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problem- GREAT. When your primary business is to clear trades and you fail THIS bad, there is a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bigger problem going on. It gets hard to defend this as an accident when every stage of the trade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recording process is fundamentally flawed. The following screenshot came from the same violation: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142365"/>
            <wp:docPr id="199" name="Picture 1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423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1" w:after="0" w:lineRule="exact" w:line="252"/>
        <w:ind w:left="0" w:right="-60"/>
      </w:pPr>
      <w:hyperlink r:id="rId658">
        <w:r>
          <w:rPr>
            <w:rFonts w:ascii="Calibri" w:hAnsi="Calibri"/>
            <w:sz w:val="20"/>
            <w:color w:val="00B0F0"/>
            <w:u/>
          </w:rPr>
          <w:t>Warehouse receipts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are like the receipts you get after buying lumber online. You can print these out and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them to Home-Depot, where you exchange them for the ACTUAL lumber in the store. Instead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the actual goods, you can trade a warehouse receipt instead… so yeah… since this ONE record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allowed AMRO to meet their customer’s margin requirement, it seems EXTREMELY suspicious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didn’t appropriately remove it once they were withdrawn.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I think this was an accident? F*ck no. Because FINRA reported them 8 years later for doing the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F*CKING THING: </w:t>
      </w:r>
    </w:p>
    <w:p>
      <w:bookmarkStart w:id="283" w:name="pg282"/>
      <w:pPr>
        <w:keepLines w:val="0"/>
        <w:pageBreakBefore/>
        <w:widowControl w:val="0"/>
        <w:spacing w:before="0" w:after="0"/>
        <w:jc w:val="center"/>
      </w:pPr>
      <w:bookmarkEnd w:id="283"/>
      <w:r>
        <w:drawing>
          <wp:inline xmlns:a="http://schemas.openxmlformats.org/drawingml/2006/main" xmlns:pic="http://schemas.openxmlformats.org/drawingml/2006/picture">
            <wp:extent cx="5943600" cy="3180079"/>
            <wp:docPr id="200" name="Picture 2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0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again, AMRO got caught understating their margin requirements. Last time, they used the value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withdrawn warehouse receipts to meet their margin requirements. Here, they’re using securities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weren’t eligible for margin to meet their margin requirements..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paint apple orange, but it’s still an apple..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bullsh*t I read about in these reports doesn’t really shock me anymore. It’s actually the opposite..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begin to </w:t>
      </w:r>
      <w:r>
        <w:rPr>
          <w:rFonts w:ascii="Cambria" w:hAnsi="Cambria"/>
          <w:b w:val="0"/>
          <w:i/>
          <w:color w:val="FFFFFF"/>
          <w:sz w:val="20"/>
          <w:u w:val="none"/>
        </w:rPr>
        <w:t>expect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bigger fines as they set higher benchmarks for misconduct. When I find a case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AMRO, I’ll usually put more time into it because certain citations represent puzzle pieces. Once you find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pieces, you can see the bigger picture. So believe me when I say I was genuinely shocked by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hyperlink r:id="rId660">
        <w:r>
          <w:rPr>
            <w:rFonts w:ascii="Calibri" w:hAnsi="Calibri"/>
            <w:sz w:val="20"/>
            <w:color w:val="00B0F0"/>
            <w:u/>
          </w:rPr>
          <w:t>detail report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this case…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395729"/>
            <wp:docPr id="201" name="Picture 2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5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has been going on for 8 F*CKING YEARS!?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a doubt, this is a great example of a violation where the misconduct supposedly </w:t>
      </w:r>
      <w:r>
        <w:rPr>
          <w:rFonts w:ascii="Cambria" w:hAnsi="Cambria"/>
          <w:b w:val="0"/>
          <w:i/>
          <w:color w:val="FFFFFF"/>
          <w:sz w:val="20"/>
          <w:u w:val="none"/>
        </w:rPr>
        <w:t>ended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2015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took another 4 years for FINRA to publish the d*mn report. If my math is correct, the 8 year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“relevant period” plus the 4 years FINRA spent… I don’t know… reviewing?... yields a total of 12 years.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words, from the time this problem started to the time it was publicized by FINRA, the kids in 1st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grade had graduated high school…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Does anyone else think these self-regulatory organizations (SROs) are doing a terrible job self-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regulating…? How we can trust these situations are appropriately monitored if it takes 12 years for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sh*t blossom to bloom? </w:t>
      </w:r>
    </w:p>
    <w:p>
      <w:bookmarkStart w:id="284" w:name="pg28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…OH! I almost forgot… After understating their margin requirements in 22 accounts for over 8 years,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ABN AMRO paid a $150,000 fine to settle the dust…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that was a sh*t load of information so let me summarize it for you: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the most common citations occurs when a firm “accidently” marks a short sale as long,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misreports short interest positions to FINRA. When a short sale occurs, that transaction should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marked with a short sale indicator. Despite this, many participants do it to avoid the borrow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set by Regulation SHO. If they mark a short sale as long, they are not required to locate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because FINRA doesn’t know it’s a short sale.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why so many of these FINRA violations include a statement about the broker failing to locate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along with the failure to mark a short sale indicator on the transaction. It literally means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was naked short selling a stock and telling FINRA they physically owned that share..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Suddenly, a “small” violation had much bigger implications. The number of short shares that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excluded from the short interest calculation is directly related to these violations… and there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HUNDREDS of them. Who knows how many companies have under reported short interest positions..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clear, I did NOT choose them based on the amount of ‘dirt’ they had. AMRO’s violations were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grains of sand on a beach and It’s going to take A LOT of dirt to fill the bottomless pit that is Ken Griffin’s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soul. Frankly, ABN AMRO wouldn’t get us there with 10,000 FINRA violations. So without further ado,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get dirty..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2.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Call em’ out…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FINRA publishes one of their reports, the granular details like numbers and dates are often left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out. This makes it impossible to determine how systematic a particular issue might be.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example, if you know that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“XYZ failed to comply with FINRA’s short interest reporting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requirements”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only conclusion is that the violation occurred. However, if you know that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“XYZ failed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to comply with FINRA’s short interest reporting requirements on 15,000 transactions during 2020”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 investigating the magnitude of that violation. If XYZ only completed 100,000 transactions in 2020,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means 15% of their transactions failed to meet requirements. This represents a major systematic risk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XYZ and the parties it conducts business with.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spent some time analyzing </w:t>
      </w:r>
      <w:hyperlink r:id="rId662">
        <w:r>
          <w:rPr>
            <w:rFonts w:ascii="Calibri" w:hAnsi="Calibri"/>
            <w:sz w:val="20"/>
            <w:color w:val="00B0F0"/>
            <w:u/>
          </w:rPr>
          <w:t>Apex Clearing Corporation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after I left ABN AMRO. Apex is 8th on the list and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2nd participant I found with an evident short selling problem.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2019, FINRA initiated a case against Apex for doing the same sh*t as ABN AMRO. However,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magnitude of this violation really put things into perspective: I got a small taste of how f*cked this house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cards truly is.. </w:t>
      </w:r>
    </w:p>
    <w:p>
      <w:bookmarkStart w:id="285" w:name="pg284"/>
      <w:pPr>
        <w:keepLines w:val="0"/>
        <w:pageBreakBefore/>
        <w:widowControl w:val="0"/>
        <w:spacing w:before="0" w:after="0"/>
        <w:jc w:val="center"/>
      </w:pPr>
      <w:bookmarkEnd w:id="285"/>
      <w:r>
        <w:drawing>
          <wp:inline xmlns:a="http://schemas.openxmlformats.org/drawingml/2006/main" xmlns:pic="http://schemas.openxmlformats.org/drawingml/2006/picture">
            <wp:extent cx="5943600" cy="3111500"/>
            <wp:docPr id="202" name="Picture 2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practically a template of the first ABN AMRO violation we discussed. To see the difference, we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to look at their </w:t>
      </w:r>
      <w:hyperlink r:id="rId664">
        <w:r>
          <w:rPr>
            <w:rFonts w:ascii="Calibri" w:hAnsi="Calibri"/>
            <w:sz w:val="20"/>
            <w:color w:val="00B0F0"/>
            <w:u/>
          </w:rPr>
          <w:t>letter of Acceptance, Waiver and Consent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(AWC)..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348479"/>
            <wp:docPr id="203" name="Picture 2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84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break this down step-by-step… </w:t>
      </w:r>
    </w:p>
    <w:p>
      <w:bookmarkStart w:id="286" w:name="pg28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Apex had an issue for 47 months where certain customers recorded their short positions in an account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was NOT being sent to FINRA. It only takes a few wrinkles on the brain to realize this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problem. The sample data tells us just how bad that problem is..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When you see the term “</w:t>
      </w:r>
      <w:r>
        <w:rPr>
          <w:rFonts w:ascii="Cambria" w:hAnsi="Cambria"/>
          <w:b w:val="0"/>
          <w:i/>
          <w:color w:val="FFFFFF"/>
          <w:sz w:val="20"/>
          <w:u w:val="none"/>
        </w:rPr>
        <w:t>settlement days”,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think “</w:t>
      </w:r>
      <w:hyperlink r:id="rId666">
        <w:r>
          <w:rPr>
            <w:rFonts w:ascii="Calibri" w:hAnsi="Calibri"/>
            <w:sz w:val="20"/>
            <w:color w:val="00B0F0"/>
            <w:u/>
          </w:rPr>
          <w:t>T+2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”. Apex follows the T+2 settlement period for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</w:t>
      </w:r>
      <w:hyperlink r:id="rId667">
        <w:r>
          <w:rPr>
            <w:rFonts w:ascii="Calibri" w:hAnsi="Calibri"/>
            <w:sz w:val="20"/>
            <w:color w:val="00B0F0"/>
            <w:u/>
          </w:rPr>
          <w:t>cash accounts and margin accounts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which means the trade </w:t>
      </w:r>
      <w:r>
        <w:rPr>
          <w:rFonts w:ascii="Cambria" w:hAnsi="Cambria"/>
          <w:b w:val="0"/>
          <w:i/>
          <w:color w:val="FFFFFF"/>
          <w:sz w:val="20"/>
          <w:u w:val="none"/>
        </w:rPr>
        <w:t>should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clear 2 days after the original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date. When you buy stock on a Monday, it should settle by Wednesday.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Ok.. quick maff…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roughly </w:t>
      </w:r>
      <w:hyperlink r:id="rId668">
        <w:r>
          <w:rPr>
            <w:rFonts w:ascii="Calibri" w:hAnsi="Calibri"/>
            <w:sz w:val="20"/>
            <w:color w:val="00B0F0"/>
            <w:u/>
          </w:rPr>
          <w:t>252 trading days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one year after removing weekends and holidays. Throughout the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47 month “review period”, we can safely assume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Apex had roughly 987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((252/ 12) 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47) </w:t>
      </w:r>
      <w:r>
        <w:rPr>
          <w:rFonts w:ascii="Cambria" w:hAnsi="Cambria"/>
          <w:b/>
          <w:i w:val="0"/>
          <w:color w:val="FFFFFF"/>
          <w:sz w:val="20"/>
          <w:u w:val="none"/>
        </w:rPr>
        <w:t>settlement dates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 other words: 256 misstated reports over 47 months is more than 1 misstatement / week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nearly 4 years.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Tell me again how this is </w:t>
      </w:r>
      <w:r>
        <w:rPr>
          <w:rFonts w:ascii="Cambria" w:hAnsi="Cambria"/>
          <w:b w:val="0"/>
          <w:i/>
          <w:color w:val="FFFFFF"/>
          <w:sz w:val="20"/>
          <w:u w:val="none"/>
        </w:rPr>
        <w:t>trivial?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wording of the “sample settlement” section is a bit ambiguous… It doesn’t clarify if those were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2 settlement dates they sampled, or if they were the only settlement dates with reportable issues.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Honestly, I would be shocked if it was the latter because auditors don’t examine every record, but I can’t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certain…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Anyway… FINRA discovered 256 short interest positions, consisting of 481,195 shares,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</w:t>
      </w:r>
      <w:r>
        <w:rPr>
          <w:rFonts w:ascii="Cambria" w:hAnsi="Cambria"/>
          <w:b w:val="0"/>
          <w:i/>
          <w:color w:val="FFFFFF"/>
          <w:sz w:val="20"/>
          <w:u w:val="none"/>
        </w:rPr>
        <w:t>incorrectly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excluded from their short interest report. In addition, they understated the share 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879,321 in 130 separate short interest positions. Together, this makes 1,360,516 shares that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excluded from the short interest calculation. When you realize nearly 1.5 million ‘excluded’ shares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discovered in just 2 settlement periods and there were almost 1,000 dates to choose from, it seriously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dilates the imagination…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again… FINRA wiped the slate clean for just $140,000…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 to talk about one last thing before we jump to the next section. Did you happen to notice the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different account types that Apex discussed in their </w:t>
      </w:r>
      <w:hyperlink r:id="rId664">
        <w:r>
          <w:rPr>
            <w:rFonts w:ascii="Calibri" w:hAnsi="Calibri"/>
            <w:sz w:val="20"/>
            <w:color w:val="00B0F0"/>
            <w:u/>
          </w:rPr>
          <w:t>letter of Acceptance, Waiver and Consent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? They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specifically instructed their customers to book short positions into a TYPE 1 (CASH) account, or TYPE 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(SHORT MARGIN) account. A short margin account is just a margin account that holds short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margin requirement for short positions are more strict than regular margin accounts, so I can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advantage in separating them.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</w:t>
      </w:r>
      <w:hyperlink r:id="rId669">
        <w:r>
          <w:rPr>
            <w:rFonts w:ascii="Calibri" w:hAnsi="Calibri"/>
            <w:sz w:val="20"/>
            <w:color w:val="00B0F0"/>
            <w:u/>
          </w:rPr>
          <w:t>AMA with Wes Christian</w:t>
        </w:r>
      </w:hyperlink>
      <w:hyperlink r:id="rId66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>(starting at 7:30)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he specifically discussed how a broker-dealer’s margin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 is used to locate shares for short sellers. However, the margin account contains shares that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previously pledged to another party. Given the lack of oversight in securities lending, the problem keeps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compounding each time a new borrower claims ownership of that share.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think back to the situation with Apex..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asked their customers to book short positions to a short-margin account or a cash account.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user agreement with a margin account allows Apex to continue lending those securities at any time.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discussed with Dr. T and Carl Hagberg, the broker collects interest for lending your margin shares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doesn’t pay you anything in return. When multiple locates are authorized for the same share, the broker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collects multiple lending fees on the same share.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contrast, the cash account falls under the protection of </w:t>
      </w:r>
      <w:hyperlink r:id="rId670">
        <w:r>
          <w:rPr>
            <w:rFonts w:ascii="Calibri" w:hAnsi="Calibri"/>
            <w:sz w:val="20"/>
            <w:color w:val="00B0F0"/>
            <w:u/>
          </w:rPr>
          <w:t>SEA 15c3-3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consists of shares that have not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leveraged- or lent- like the margin-short account. According to Wes </w:t>
      </w:r>
      <w:r>
        <w:rPr>
          <w:rFonts w:ascii="Cambria" w:hAnsi="Cambria"/>
          <w:b w:val="0"/>
          <w:i/>
          <w:color w:val="FFFFFF"/>
          <w:sz w:val="20"/>
          <w:u w:val="none"/>
        </w:rPr>
        <w:t>(starting at 8:30)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these shares </w:t>
      </w:r>
    </w:p>
    <w:p>
      <w:bookmarkStart w:id="287" w:name="pg28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segregated and cannot be touched. The broker cannot encumber-or restrict- them in any way.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according to Wes, this is currently happening. He also explained how Canada has legalized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currently allows broker-dealers to short sell your cash account shares against you.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Alright…. I’ll stop beating the dead horse regarding short sale indicators &amp; inaccurate submissions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interest positions. Given the volume of citations we haven’t discussed, I’ll summarize some of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findings, below.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in mind these are ONLY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“FAILURE TO REPORT SHORT INTEREST POSITIONS”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“FAILURE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 INDICATE A SHORT SALE MODIFIER”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If the violations contain additional information, it’s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citation actually listed additional information.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does NOT represent an all-inclusive list of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selling violations for these participants.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…You wanted to know how systematic this problem is, so here you go...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(EACH BROKER-DEALER NAME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IS HYPERLINKED TO THEIR FINRA REPORT)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671">
        <w:r>
          <w:rPr>
            <w:rFonts w:ascii="Calibri" w:hAnsi="Calibri"/>
            <w:sz w:val="20"/>
            <w:color w:val="00B0F0"/>
            <w:u/>
          </w:rPr>
          <w:t>Barclays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36 – “SUBMITTED 86 SHORT INTEREST POSITIONS TOTALING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41,100,154 SHARES WHEN THE ACTUAL SHORT INTEREST POSITION WAS 44,535,151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SHARES.. FAILED TO REPORT 8 SHORT INTEREST POSITIONS TOTALING 1,110,420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$10,000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2. </w:t>
      </w:r>
      <w:hyperlink r:id="rId671">
        <w:r>
          <w:rPr>
            <w:rFonts w:ascii="Calibri" w:hAnsi="Calibri"/>
            <w:sz w:val="20"/>
            <w:color w:val="00B0F0"/>
            <w:u/>
          </w:rPr>
          <w:t>Barclays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54 – “SUBMITTED AN INACCURATE SHORT INTEREST POSITION TO FINRA AND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FAILED TO REPORT ITS SHORT INTEREST POSITIONS IN 835 POSITIONS TOTALING 87,562,328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$155,000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3. </w:t>
      </w:r>
      <w:hyperlink r:id="rId672">
        <w:r>
          <w:rPr>
            <w:rFonts w:ascii="Calibri" w:hAnsi="Calibri"/>
            <w:sz w:val="20"/>
            <w:color w:val="00B0F0"/>
            <w:u/>
          </w:rPr>
          <w:t>BMO Capital Markets Corp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23 – “SUBMITTED SHORT INTEREST POSITIONS TO FINRA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WERE INCORRECT AND FAILED TO REPORT TO FINRA ITS SHORT INTEREST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TOTALING OVER 72 MILLION SHARES FOR 11 MONTHS”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$90,000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4. </w:t>
      </w:r>
      <w:hyperlink r:id="rId673">
        <w:r>
          <w:rPr>
            <w:rFonts w:ascii="Calibri" w:hAnsi="Calibri"/>
            <w:sz w:val="20"/>
            <w:color w:val="00B0F0"/>
            <w:u/>
          </w:rPr>
          <w:t>BNP Paribas Securities Corp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53 – “FAILED TO REPORT TO FINRA ITS SHORT INTEREST IN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2,509 POSITIONS TOTALING 6,051,974 SHARES”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$30,000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5. </w:t>
      </w:r>
      <w:hyperlink r:id="rId673">
        <w:r>
          <w:rPr>
            <w:rFonts w:ascii="Calibri" w:hAnsi="Calibri"/>
            <w:sz w:val="20"/>
            <w:color w:val="00B0F0"/>
            <w:u/>
          </w:rPr>
          <w:t>BNP Paribas Securities Corp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9 – “ON 35 OCCASIONS OVER A FOUR-MONTH PERIOD, A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 SUBMITTED SALE ORDERS MARKED “LONG” TO BNP FOR CLEARING. FOR EACH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“LONG” SALES, ON THE MORNING OF SETTLEMENT, THE HEDGE FUND DID NOT HAVE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IN IT’S BNP ACCOUNT TO COVER THE SALE ORDER. IN ADDITION, BNP WAS ROUTINELY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NOTIFIED THAT THE HEDGE FUND WOULD NOT BE ABLE TO COVER. NEVERTHELESS, WHEN EACH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SETTLEMENT DATE ARRIVED AND THE HEDGE FUND WAS UNABLE TO COVER, BNP LOANED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TO THE HEDGE FUND. IN TOTAL, BNP LOANED MORE THAN 8,000,000 SHARES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PURPORTED “LONG” SALES”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$250,000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6. </w:t>
      </w:r>
      <w:hyperlink r:id="rId674">
        <w:r>
          <w:rPr>
            <w:rFonts w:ascii="Calibri" w:hAnsi="Calibri"/>
            <w:sz w:val="20"/>
            <w:color w:val="00B0F0"/>
            <w:u/>
          </w:rPr>
          <w:t>Cantor Fitzgerald &amp; Co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1 - (literally came out on 5/6/2021) – “THE FIRM SUBMITTED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INACCURATE SHORT INTEREST POSITIONS TO FINRA. THE FIRM OVERREPORTED NEARLY </w:t>
      </w:r>
      <w:hyperlink r:id="rId675">
        <w:r>
          <w:rPr>
            <w:rFonts w:ascii="Calibri" w:hAnsi="Calibri"/>
            <w:sz w:val="20"/>
            <w:color w:val="00B0F0"/>
            <w:u/>
          </w:rPr>
          <w:t xml:space="preserve">55,000,000 </w:t>
        </w:r>
      </w:hyperlink>
    </w:p>
    <w:p>
      <w:bookmarkStart w:id="288" w:name="pg287"/>
      <w:pPr>
        <w:keepLines w:val="0"/>
        <w:pageBreakBefore/>
        <w:widowControl w:val="0"/>
        <w:spacing w:before="61" w:after="0" w:lineRule="exact" w:line="252"/>
        <w:ind w:left="0" w:right="-60"/>
      </w:pPr>
      <w:bookmarkEnd w:id="288"/>
      <w:hyperlink r:id="rId675">
        <w:r>
          <w:rPr>
            <w:rFonts w:ascii="Calibri" w:hAnsi="Calibri"/>
            <w:sz w:val="20"/>
            <w:color w:val="00B0F0"/>
            <w:u/>
          </w:rPr>
          <w:t>SHORT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WHICH WERE CUSTODIED WITH AND ALREADY REPORTED BY ITS CLEARING FIRM,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WHICH CANTOR MAINTAINS A FULLY DISCLOSED CLEARING AGREEMENT”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$250,000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7. </w:t>
      </w:r>
      <w:hyperlink r:id="rId674">
        <w:r>
          <w:rPr>
            <w:rFonts w:ascii="Calibri" w:hAnsi="Calibri"/>
            <w:sz w:val="20"/>
            <w:color w:val="00B0F0"/>
            <w:u/>
          </w:rPr>
          <w:t>Cantor Fitzgerald &amp; Co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31 - “…THE FIRM EXECUTED NUMEROUS SHORT SALE ORDERS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FAILED TO PROPERLY MARK THE ORDERS AS SHORT… THE FIRM, ON NUMEROUS OCCASIONS,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ACCEPTED SHORT SALE ORDERS IN AN EQUITY SECURITY FROM ANOTHER PERSON, OR EFFECTED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SALE FROM ITS OWN ACCOUNT WITHOUT BORROWING THE SECURITY…”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$53,500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8. </w:t>
      </w:r>
      <w:hyperlink r:id="rId674">
        <w:r>
          <w:rPr>
            <w:rFonts w:ascii="Calibri" w:hAnsi="Calibri"/>
            <w:sz w:val="20"/>
            <w:color w:val="00B0F0"/>
            <w:u/>
          </w:rPr>
          <w:t>Cantor Fitzgerald &amp; Co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33 - “…EXECUTED SHORT SALE ORDERS AND FAILED TO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PROPERLY MARK THE ORDERS AS SHORT. THE FIRM HAD FAIL-TO-DELIVER POSITIONS AT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REGISTERED CLEARING AGENCY IN THRESHOLD SECURITIES FOR 13 CONSECUTIVE SETTLEMENT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DAYS… FAILED TO IMMEDIATELY CLOSE OUT FTD POSITIONS… ACCEPTED SHORT SALE ORDERS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ANOTHER PERSON, OR EFFECTED A SHORT SALE FROM ITS OWN ACCOUNT, WITHOUT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BORROWING THE SECURITY OR HAVING REASONABLE GROUNDS TO BELIEVE THAT THE SECURITY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BE BORROWED…”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$125,000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9. </w:t>
      </w:r>
      <w:hyperlink r:id="rId676">
        <w:r>
          <w:rPr>
            <w:rFonts w:ascii="Calibri" w:hAnsi="Calibri"/>
            <w:sz w:val="20"/>
            <w:color w:val="00B0F0"/>
            <w:u/>
          </w:rPr>
          <w:t>Canaccord Genuity Corp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17 - “THE FIRM EXECUTED SALE TRANSACTIONS AND FAILED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REPORT EACH OF THESE TRANSACTIONS TO THE FINRA/NASDAQ TRADE REPORTING FACILITY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SHORT”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$57,500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10. </w:t>
      </w:r>
      <w:hyperlink r:id="rId676">
        <w:r>
          <w:rPr>
            <w:rFonts w:ascii="Calibri" w:hAnsi="Calibri"/>
            <w:sz w:val="20"/>
            <w:color w:val="00B0F0"/>
            <w:u/>
          </w:rPr>
          <w:t>Canaccord Genuity Corp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20 - “THE FIRM EXECUTED SHORT SALE ORDERS AND FAILED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PROPERLY MARK THE ORDERS AS SHORT”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$27,500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11. </w:t>
      </w:r>
      <w:hyperlink r:id="rId676">
        <w:r>
          <w:rPr>
            <w:rFonts w:ascii="Calibri" w:hAnsi="Calibri"/>
            <w:sz w:val="20"/>
            <w:color w:val="00B0F0"/>
            <w:u/>
          </w:rPr>
          <w:t>Canaccord Genuity Corp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31 - “…SUBMITTED TO NASD MONTHLY SHORT INTEREST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REPORTS THAT WERE INACCURATE”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$85,000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12. Citadel Securities LLC | </w:t>
      </w:r>
      <w:hyperlink r:id="rId615">
        <w:r>
          <w:rPr>
            <w:rFonts w:ascii="Calibri" w:hAnsi="Calibri"/>
            <w:sz w:val="20"/>
            <w:color w:val="00B0F0"/>
            <w:u/>
          </w:rPr>
          <w:t>Citadel Has No Clothes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– LITERALLY ALL I TALK ABOUT IN THAT POST. GO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 IT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13. </w:t>
      </w:r>
      <w:hyperlink r:id="rId677">
        <w:r>
          <w:rPr>
            <w:rFonts w:ascii="Calibri" w:hAnsi="Calibri"/>
            <w:sz w:val="20"/>
            <w:color w:val="00B0F0"/>
            <w:u/>
          </w:rPr>
          <w:t>Citigroup Global Markets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10 – “THE FIRMS TRADING PLATFORM FAILED TO RECOGNIZE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FIRM WAS SELLING SHORT WHEN IT WAS ACTING AS THE CONTRA PARTY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CUSTOMER TRADE. AS A RESULT, THE FIRM ERRONEOUSLY REPORTED SHORT SALES TO A FINRA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REPORTING FACILITY AS LONG SALES… EFFECTING SHORT SALES FROM ITS OWN ACCOUNT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BORROWING THE SECURITY…”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$225,000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14. </w:t>
      </w:r>
      <w:hyperlink r:id="rId677">
        <w:r>
          <w:rPr>
            <w:rFonts w:ascii="Calibri" w:hAnsi="Calibri"/>
            <w:sz w:val="20"/>
            <w:color w:val="00B0F0"/>
            <w:u/>
          </w:rPr>
          <w:t>Citigroup Global Markets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59 – “…THE FIRM RECORDED 203,653 SHORT SALE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EXECUTIONS ON ITS BOOKS AND RECORDS AS LONG SALES, SUBMITTED INACCURATE ORDER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ORIGINATION CODES AND ACCOUNT TYPE CODES TO THE AUDIT TRAIL SYSTEM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APPROXIMATELY 2,775,338 ORDERS… “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$300,000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15. </w:t>
      </w:r>
      <w:hyperlink r:id="rId677">
        <w:r>
          <w:rPr>
            <w:rFonts w:ascii="Calibri" w:hAnsi="Calibri"/>
            <w:sz w:val="20"/>
            <w:color w:val="00B0F0"/>
            <w:u/>
          </w:rPr>
          <w:t>Citigroup Global Markets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76 – “…FAILED TO PROPERLY MARK APPROXIMATELY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9,717,875 SALE ORDERS AS SHORT SALES… FINDINGS ALSO ESTIMATED THAT THE FIRM </w:t>
      </w:r>
    </w:p>
    <w:p>
      <w:bookmarkStart w:id="289" w:name="pg28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8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ENTERED </w:t>
      </w:r>
      <w:r>
        <w:rPr>
          <w:rFonts w:ascii="Cambria" w:hAnsi="Cambria"/>
          <w:b/>
          <w:i w:val="0"/>
          <w:color w:val="FFFFFF"/>
          <w:sz w:val="20"/>
          <w:u w:val="none"/>
        </w:rPr>
        <w:t>55 MILLION ORDERS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INTO THE NASDAQ MARKET CENTER THAT IT FAILED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CORRECTLY INDICATE AS SHORT SALES…”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$2,250,000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16. </w:t>
      </w:r>
      <w:hyperlink r:id="rId678">
        <w:r>
          <w:rPr>
            <w:rFonts w:ascii="Calibri" w:hAnsi="Calibri"/>
            <w:sz w:val="20"/>
            <w:color w:val="00B0F0"/>
            <w:u/>
          </w:rPr>
          <w:t>Cowen and Company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Several Disclosures – almost every other disclosure is for failing to mark a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sale with the appropriate indicator, including short AND long sale indicators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17. </w:t>
      </w:r>
      <w:hyperlink r:id="rId679">
        <w:r>
          <w:rPr>
            <w:rFonts w:ascii="Calibri" w:hAnsi="Calibri"/>
            <w:sz w:val="20"/>
            <w:color w:val="00B0F0"/>
            <w:u/>
          </w:rPr>
          <w:t>Credit Suisse Securities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34 – “NEW ORDER REPORTS WERE INACCURATELY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ENTERED INTO ORDER AUDIT TRAIL SYSTEM (OATS) AS LONG SALES BUT WERE TRADE REPORTED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SHORT SALE INDICATOR”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$50,000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18.  </w:t>
      </w:r>
      <w:hyperlink r:id="rId679">
        <w:r>
          <w:rPr>
            <w:rFonts w:ascii="Calibri" w:hAnsi="Calibri"/>
            <w:sz w:val="20"/>
            <w:color w:val="00B0F0"/>
            <w:u/>
          </w:rPr>
          <w:t>Credit Suisse Securities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95 – “BETWEEN SEPTEMBER 2006 AND JUNE 2008, CREDIT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SUISSE FAILED TO SUBMIT ACCURATE PERIODIC REPORTS WITH RESPECT TO SHORT POSITIONS…”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$40,000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19. </w:t>
      </w:r>
      <w:hyperlink r:id="rId680">
        <w:r>
          <w:rPr>
            <w:rFonts w:ascii="Calibri" w:hAnsi="Calibri"/>
            <w:sz w:val="20"/>
            <w:color w:val="00B0F0"/>
            <w:u/>
          </w:rPr>
          <w:t>Deutsche Bank Securities INC.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50 – “THE FIRM FAILED TO REPORT SHORT INTEREST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IN DUALLY-LISTED SECURITIES”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$200,000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20. </w:t>
      </w:r>
      <w:hyperlink r:id="rId680">
        <w:r>
          <w:rPr>
            <w:rFonts w:ascii="Calibri" w:hAnsi="Calibri"/>
            <w:sz w:val="20"/>
            <w:color w:val="00B0F0"/>
            <w:u/>
          </w:rPr>
          <w:t>Deutsche Bank Securities INC.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52 – “THE FIRM… EXPERIENCED MULTIPLE PROBLEMS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ITS BLUE SHEET SYSTEM THAT CAUSED IT TO SUBMIT INACCURATE BLUE SHEETS TO THE SEC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FINRA… INCORRECTLY REPORTED LONG ON ITS BLUE SHEET TRANSACTIONS WHEN CERTAIN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SHOULD HAVE BEEN MARKED SHORT”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$6,000,000 FINE (SEVERAL OTHER ISSUES REPORTED IN ADDITION TO SHORTS)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21. </w:t>
      </w:r>
      <w:hyperlink r:id="rId680">
        <w:r>
          <w:rPr>
            <w:rFonts w:ascii="Calibri" w:hAnsi="Calibri"/>
            <w:sz w:val="20"/>
            <w:color w:val="00B0F0"/>
            <w:u/>
          </w:rPr>
          <w:t>Deutsche Bank Securities INC.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58 – “BETWEEN JANUARY 2005 AND CONTINUING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NOVEMBER 2015, THE FIRM IMPROPERLY INCLUDED THE AGGREGATION OF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IN CERTAIN SECURITIES OF A NON-US BROKER AFFILIATE… IN ADDITION… DURING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PERIOD BETWEEN APRIL 2004 AND SEPTEMBER 2012, THE FIRM INAPPROPRIATELY REPORTED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CERTAIN SHORT INTEREST POSITIONS ON A NET, INSTEAD OF GROSS, BASIS..”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$1,400,000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22. </w:t>
      </w:r>
      <w:hyperlink r:id="rId681">
        <w:r>
          <w:rPr>
            <w:rFonts w:ascii="Calibri" w:hAnsi="Calibri"/>
            <w:sz w:val="20"/>
            <w:color w:val="00B0F0"/>
            <w:u/>
          </w:rPr>
          <w:t>Goldman Sachs &amp; Co.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32 – “THE FIRM REPORTED SHORT SALE TRANSACTIONS TO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 TRADE REPORTING FACILITY WITHOUT THE REQUIRED SHORT SALE MODIFIER”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$260,000 FINE (SEVERAL OTHER ISSUES REPORTED IN ADDITION TO SHORTS)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23. </w:t>
      </w:r>
      <w:hyperlink r:id="rId681">
        <w:r>
          <w:rPr>
            <w:rFonts w:ascii="Calibri" w:hAnsi="Calibri"/>
            <w:sz w:val="20"/>
            <w:color w:val="00B0F0"/>
            <w:u/>
          </w:rPr>
          <w:t>Goldman Sachs &amp; Co.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54 – “FAILED TO ACCURATELY APPEND THE SHORT SALE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INDICATOR TO FINRA/NASDAQ TRADE REPORTING FACILITY REPORTS… INACCURATELY MARKED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TRANSACTIONS ON ITS TRADING LEDGER”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$55,000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24. </w:t>
      </w:r>
      <w:hyperlink r:id="rId681">
        <w:r>
          <w:rPr>
            <w:rFonts w:ascii="Calibri" w:hAnsi="Calibri"/>
            <w:sz w:val="20"/>
            <w:color w:val="00B0F0"/>
            <w:u/>
          </w:rPr>
          <w:t>Goldman Sachs &amp; Co.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63 – “…SUBMITTED TO FINRA AND THE SEC BLUE SHEETS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INACCURATELY REPORTED CERTAIN SHORT SALE TRANSACTIONS AS LONG SALE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WITH RESPECT TO THE FIRM SIDE OF CUSTOMER FACILITATION TRADES… THE FIRM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REPORTED SHORT SALES AS LONG SALES ON ITS BLUE SHEETS WHEN THE TRADING DESK USED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PARTICULAR MIDDLE OFFICE SYSTEM…”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$1,000,000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25. </w:t>
      </w:r>
      <w:hyperlink r:id="rId681">
        <w:r>
          <w:rPr>
            <w:rFonts w:ascii="Calibri" w:hAnsi="Calibri"/>
            <w:sz w:val="20"/>
            <w:color w:val="00B0F0"/>
            <w:u/>
          </w:rPr>
          <w:t>Goldman Sachs &amp; Co.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150 – “GOLDMAN SACHS &amp; CO. FAILED TO REPORT SHORT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POSITIONS FOR FOREIGN SECURITIES AND NUMEROUS SHARES ONE MONTH… THE FIRM </w:t>
      </w:r>
    </w:p>
    <w:p>
      <w:bookmarkStart w:id="290" w:name="pg28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9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REPORTED SHORT INTEREST POSITIONS IN SECURITIES TOTALING SEVERAL MILLION SHARES EACH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WHEN THE ACTUAL SHORT INTEREST POSITIONS IN THE SECURITIES WERE ZERO SHARES…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ACCEPTING A SHORT SALE ORDER IN AN EQUITY SECURITY FROM ANOTHER PERSON, OR EFFECTED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SALE FROM ITS OWN ACCOUNT, WITHOUT BORROWING THE SECURITY OR BELIEVING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SECURITY COULD BE BORROWED ON THE DATE OF DELIVERY…”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$120,000 FINE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26. </w:t>
      </w:r>
      <w:hyperlink r:id="rId681">
        <w:r>
          <w:rPr>
            <w:rFonts w:ascii="Calibri" w:hAnsi="Calibri"/>
            <w:sz w:val="20"/>
            <w:color w:val="00B0F0"/>
            <w:u/>
          </w:rPr>
          <w:t>Goldman Sachs &amp; Co. LLC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167 – “…THE FIRM FAILED TO REPORT TO THE NMC THE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 SYMBOL INDICATING THAT THE TRANSACTION WAS A SHORT SALE FOR TRANSACTIONS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REPORTABLE SECURITIES…”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$600,000 FINE (SEVERAL OTHER ISSUES REPORTED IN ADDITION TO SHORTS)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27. </w:t>
      </w:r>
      <w:hyperlink r:id="rId682">
        <w:r>
          <w:rPr>
            <w:rFonts w:ascii="Calibri" w:hAnsi="Calibri"/>
            <w:sz w:val="20"/>
            <w:color w:val="00B0F0"/>
            <w:u/>
          </w:rPr>
          <w:t>HSBC Securities (USA) INC.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| Disclosure 26 – “FIRM EXECUTED SHORT SALE TRANSACTIONS AND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FAILED TO MARK THEM AS SHORT… HSBC SECURITIES HAD A FAIL-TO-DELIVER SECURITY FOR 13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CONSECUTIVE SETTLEMENT DAYS AND FAILED TO IMMEDIATELY CLOSE OUT THE FTD POSITION…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FIRM CONTINUED TO HAVE A FTD IN THE SECURITY AT A CLEARING AGENCY ON 79 ADDITIONAL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SETTLEMENT DAYS…”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a. $65,000 FINE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I’m going to stop at ‘H’ because I’m tired of writing. Hopefully, you all understand the point so far. We’re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8 letters into the alphabet and have successfully buried Ken to his waist.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system that is used to mark the proper transaction type (sell, buy, short sell, short sell exempt, etc.)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obviously broken… There, I said it.. the system is INDUBITABLY, UNDOUBTEDLY, INEVITABLY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F*CKED..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Regardless of the cause- fraud or negligence- there are too many firms failing to accomplish a seemingly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simple task. The consequences of which are creating far more shares than we can imagine. It’s a gigantic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domino effect. If you fail to properly mark 1,000,000 short shares and a year goes by without catching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problem, it’s already too late. They’re like the f*cking replicators from Stargate..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each of the examples listed above, the short interest on the stock was understated by the number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excluded… and that was just a handful..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Knowing this, how can someone look at the evidence and say it’s </w:t>
      </w:r>
      <w:r>
        <w:rPr>
          <w:rFonts w:ascii="Cambria" w:hAnsi="Cambria"/>
          <w:b w:val="0"/>
          <w:i/>
          <w:color w:val="FFFFFF"/>
          <w:sz w:val="20"/>
          <w:u w:val="none"/>
        </w:rPr>
        <w:t>trivial….?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one really knows HOW systematic this issue is because it is so deeply incorporated in the market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has BECOME the system itself. Therefore, there is obviously something much deeper going on, here..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does one argue against the severity of these problems after reading this? There are FAR too many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that don’t make sense and FAR too many people turning a blind eye..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only conclusion I keep coming back to is that the people with money know what’s going on and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desperately trying to keep it under wraps..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..So…. In an effort to prove this, I looked for violations that showed their desperation to protect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f*cked up system.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..Buckle up..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HOUSE OF CARDS - PART 3 (I'm uploading it now; will link ASAP)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91" w:name="pg290"/>
      <w:pPr>
        <w:keepLines w:val="0"/>
        <w:pageBreakBefore/>
        <w:widowControl w:val="0"/>
        <w:spacing w:before="26" w:after="0" w:lineRule="exact" w:line="240"/>
        <w:ind w:left="0" w:right="-60"/>
      </w:pPr>
      <w:bookmarkEnd w:id="291"/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House of Cards - Part 3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Prerequisite DD: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615">
        <w:r>
          <w:rPr>
            <w:rFonts w:ascii="Cambria" w:hAnsi="Cambria"/>
            <w:sz w:val="20"/>
            <w:color w:val="FFFFFF"/>
            <w:u/>
          </w:rPr>
          <w:t xml:space="preserve">Citadel Has No Clothes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311">
        <w:r>
          <w:rPr>
            <w:rFonts w:ascii="Cambria" w:hAnsi="Cambria"/>
            <w:sz w:val="20"/>
            <w:color w:val="FFFFFF"/>
            <w:u/>
          </w:rPr>
          <w:t xml:space="preserve">The EVERYTHING Short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">
        <w:r>
          <w:rPr>
            <w:rFonts w:ascii="Cambria" w:hAnsi="Cambria"/>
            <w:sz w:val="20"/>
            <w:color w:val="FFFFFF"/>
            <w:u/>
          </w:rPr>
          <w:t xml:space="preserve">The House of Cards – Part 1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3">
        <w:r>
          <w:rPr>
            <w:rFonts w:ascii="Cambria" w:hAnsi="Cambria"/>
            <w:sz w:val="20"/>
            <w:color w:val="FFFFFF"/>
            <w:u/>
          </w:rPr>
          <w:t xml:space="preserve">The House of Cards - Part 2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No freaking way I can do that.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_____________________________________________________________________________________________________________________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Continuing from HOC Part II...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4.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Slimy…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watched the AMA with Wes Christian, he talks about the number of occurrences where the actual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interest is severely understated based on the data his firm obtained for legal proceedings.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According to his numbers, in most cases the short interest is 50% - 150% </w:t>
      </w:r>
      <w:r>
        <w:rPr>
          <w:rFonts w:ascii="Cambria" w:hAnsi="Cambria"/>
          <w:b/>
          <w:i w:val="0"/>
          <w:color w:val="FFFFFF"/>
          <w:sz w:val="20"/>
          <w:u w:val="none"/>
        </w:rPr>
        <w:t>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than what is reported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SEC </w:t>
      </w:r>
      <w:r>
        <w:rPr>
          <w:rFonts w:ascii="Cambria" w:hAnsi="Cambria"/>
          <w:b w:val="0"/>
          <w:i/>
          <w:color w:val="FFFFFF"/>
          <w:sz w:val="20"/>
          <w:u w:val="none"/>
        </w:rPr>
        <w:t>(starting at 14:30).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objective isn’t to address the issue: it’s to keep the issue hidden. Firms that underreport their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are gaming the system by taking advantage of how the short interest calculation is done.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relies on reports that broker-dealers provide, and FINRA takes YEARS to reveal the lies within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reports, the broker-dealer can lie without immediately facing the consequences. It allows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firms to operate in a high-risk environment without exposing just HOW big their risk-appetite 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example that Wes mentioned was Merrill Lynch. Merrill was fined $415,000,000 </w:t>
      </w:r>
      <w:r>
        <w:rPr>
          <w:rFonts w:ascii="Cambria" w:hAnsi="Cambria"/>
          <w:b w:val="0"/>
          <w:i/>
          <w:color w:val="FFFFFF"/>
          <w:sz w:val="20"/>
          <w:u w:val="none"/>
        </w:rPr>
        <w:t>(violation 3)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2016 for using securities held in their customer’s accounts to cover their own trades. Check out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screenshot I took from that case: </w:t>
      </w:r>
    </w:p>
    <w:p>
      <w:bookmarkStart w:id="292" w:name="pg291"/>
      <w:pPr>
        <w:keepLines w:val="0"/>
        <w:pageBreakBefore/>
        <w:widowControl w:val="0"/>
        <w:spacing w:before="0" w:after="0"/>
        <w:jc w:val="center"/>
      </w:pPr>
      <w:bookmarkEnd w:id="292"/>
      <w:r>
        <w:drawing>
          <wp:inline xmlns:a="http://schemas.openxmlformats.org/drawingml/2006/main" xmlns:pic="http://schemas.openxmlformats.org/drawingml/2006/picture">
            <wp:extent cx="5943600" cy="2804160"/>
            <wp:docPr id="204" name="Picture 2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when we mentioned SEA 15c3-3 in the case with Apex? They were asking customers to book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to either a cash account or a short margin account. SEA 15c3-3 protects those customers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allowing brokers to lend out the securities within their cash accounts…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Merrill Lynch knocked that one right out of the f*cking park…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72409"/>
            <wp:docPr id="205" name="Picture 2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24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Merrill made it seem like the required deposit in their customer reserve account was much lower than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truly was. They wouldn’t have been able to use that cash if it reduced the amount below the minimum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requirement, so they found a way to fudge the numbers. In doing so, they managed to prevent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CODE RED while reaping the benefits of a high-risk ‘opportunity’. Should Merrill have filed bankruptcy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that time, those customers would have been completely blindsided.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case of short selling,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true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exposure of short interest is unknown… and I’m not just talking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the short sale indicator. When a firm fails to deliver securities that were sold short, there’s a </w:t>
      </w:r>
    </w:p>
    <w:p>
      <w:bookmarkStart w:id="293" w:name="pg29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9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pretty good indication that they’ve exposed themselves to a bit of a problem.. Now imagine a case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FTDs start piling up and they STILL continue to short sell that same security.. think I’m joking?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40">
        <w:r>
          <w:rPr>
            <w:rFonts w:ascii="Cambria" w:hAnsi="Cambria"/>
            <w:sz w:val="20"/>
            <w:color w:val="FFFFFF"/>
            <w:u/>
          </w:rPr>
          <w:t xml:space="preserve">Check out the Royal Bank of Canada: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731384"/>
            <wp:docPr id="206" name="Picture 2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Again… I was pretty shocked at that one. However, nothing rang-the-bell quite like this one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81">
        <w:r>
          <w:rPr>
            <w:rFonts w:ascii="Cambria" w:hAnsi="Cambria"/>
            <w:sz w:val="20"/>
            <w:color w:val="FFFFFF"/>
            <w:u/>
          </w:rPr>
          <w:t xml:space="preserve">from Goldman Sachs: </w:t>
        </w:r>
      </w:hyperlink>
    </w:p>
    <w:p>
      <w:bookmarkStart w:id="294" w:name="pg293"/>
      <w:pPr>
        <w:keepLines w:val="0"/>
        <w:pageBreakBefore/>
        <w:widowControl w:val="0"/>
        <w:spacing w:before="0" w:after="0"/>
        <w:jc w:val="center"/>
      </w:pPr>
      <w:bookmarkEnd w:id="294"/>
      <w:r>
        <w:drawing>
          <wp:inline xmlns:a="http://schemas.openxmlformats.org/drawingml/2006/main" xmlns:pic="http://schemas.openxmlformats.org/drawingml/2006/picture">
            <wp:extent cx="5943600" cy="4669790"/>
            <wp:docPr id="207" name="Picture 2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69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Goldman had 68 occasions in 4 months where they didn’t close a failure-to-deliver… In 45 occasions,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they CONTINUED to accept customer short sale orders in securities which it had an active failure-to-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deliver…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 firm is really starting to sweat, they pull certain tricks out of their ass to quell the situation.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this is nothing but smoke and mirrors because that’s all they can really do. Just as Merrill Lynch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artificially lowered their customer reserve deposit, other firms make it look like they cover their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the ways they do this is by short selling a SH*T load of shares right before a buy-in… Since we’re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talking about Goldman Sachs, this seems like a great time to showcase their experience with this.. </w:t>
      </w:r>
    </w:p>
    <w:p>
      <w:bookmarkStart w:id="295" w:name="pg294"/>
      <w:pPr>
        <w:keepLines w:val="0"/>
        <w:pageBreakBefore/>
        <w:widowControl w:val="0"/>
        <w:spacing w:before="0" w:after="0"/>
        <w:jc w:val="center"/>
      </w:pPr>
      <w:bookmarkEnd w:id="295"/>
      <w:r>
        <w:drawing>
          <wp:inline xmlns:a="http://schemas.openxmlformats.org/drawingml/2006/main" xmlns:pic="http://schemas.openxmlformats.org/drawingml/2006/picture">
            <wp:extent cx="5943600" cy="4454525"/>
            <wp:docPr id="208" name="Picture 2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4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promise… It really is as dumb as it sounds…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 perception here is when Goldman’s client has a FTD and they find out a buy-in is coming,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required buy-in would obviously be too extreme for the client to handle.. So they begin to buy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while simultaneously shorting AT LEAST the same amount they were required to purchase…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you ever failed to repay a loan so you went to another bank and got a loan to cover the first one?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that’s exactly what this is… I know what you’re probably thinking… “didn’t that just kick the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the road?”. The answer is YES: it didn’t actually solve anything..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There’s still one more citation that Goldman received which truly represents the pinnacle of </w:t>
      </w:r>
      <w:r>
        <w:rPr>
          <w:rFonts w:ascii="Cambria" w:hAnsi="Cambria"/>
          <w:b w:val="0"/>
          <w:i/>
          <w:color w:val="FFFFFF"/>
          <w:sz w:val="20"/>
          <w:u w:val="none"/>
        </w:rPr>
        <w:t>no-sh*ts-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given.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After I cover this, I don’t know how anyone could argue the systematic risks that exist within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 lending business.. Check it out: </w:t>
      </w:r>
    </w:p>
    <w:p>
      <w:bookmarkStart w:id="296" w:name="pg295"/>
      <w:pPr>
        <w:keepLines w:val="0"/>
        <w:pageBreakBefore/>
        <w:widowControl w:val="0"/>
        <w:spacing w:before="0" w:after="0"/>
        <w:jc w:val="center"/>
      </w:pPr>
      <w:bookmarkEnd w:id="296"/>
      <w:r>
        <w:drawing>
          <wp:inline xmlns:a="http://schemas.openxmlformats.org/drawingml/2006/main" xmlns:pic="http://schemas.openxmlformats.org/drawingml/2006/picture">
            <wp:extent cx="5943600" cy="5753100"/>
            <wp:docPr id="209" name="Picture 2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5 years, Goldman relied on a team of 10-12 individuals to locate shares to be used by its clients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selling. This group was known as the “demand team”. Naturally, as the number of requests coming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door started to increase, it became difficult for the team to properly document all of them.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peaked at 20,000 requests PER DAY, but the number of individuals that handled this job stayed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same.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Obviously, this became too much for them to handle so they opted out of the manual process and found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solution- the F3 key….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Yes- the F3 key… This button activated an autofill system which completed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98% of Goldman’s orders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 locate 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297" w:name="pg296"/>
      <w:pPr>
        <w:keepLines w:val="0"/>
        <w:pageBreakBefore/>
        <w:widowControl w:val="0"/>
        <w:spacing w:before="0" w:after="0"/>
        <w:jc w:val="center"/>
      </w:pPr>
      <w:bookmarkEnd w:id="297"/>
      <w:r>
        <w:drawing>
          <wp:inline xmlns:a="http://schemas.openxmlformats.org/drawingml/2006/main" xmlns:pic="http://schemas.openxmlformats.org/drawingml/2006/picture">
            <wp:extent cx="5943600" cy="3296284"/>
            <wp:docPr id="210" name="Picture 2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6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problem with Goldman’s autofill system was that it used the number of shares available to borrow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beginning of that day, which had already been accounted for. After using the auto-locate feature,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demand team didn’t even verify the accuracy of the autofill feature or document which method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to locate the shares for each order… and this happened for 5 years..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goes to show how dedicated firms like Goldman Sachs truly are to the smallest of details, you know?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Great f*cking work, guys.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way, I have to show one of Goldman’s short sale indicator violations… It’s too good to pass up.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261870"/>
            <wp:docPr id="211" name="Picture 2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1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some point, you just have to laugh at these ass clowns… I mean seriously… one violation for a 4 year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period involving over 380,000,000 short interest positions… they have plenty of other short interest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violations, I just laughed at how the magnitude of this one was summarized by FINRA with 10 lines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roughly 4 minutes... whoever wrote that one must have been late for lunch..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last thing I’d like to note here is the way in which short sellers use options to “cover” their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Wes gave a great overview of this in the AMA </w:t>
      </w:r>
      <w:r>
        <w:rPr>
          <w:rFonts w:ascii="Cambria" w:hAnsi="Cambria"/>
          <w:b w:val="0"/>
          <w:i/>
          <w:color w:val="FFFFFF"/>
          <w:sz w:val="20"/>
          <w:u w:val="none"/>
        </w:rPr>
        <w:t>(starting at 6:25)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Basically, one group will buy puts and </w:t>
      </w:r>
    </w:p>
    <w:p>
      <w:bookmarkStart w:id="298" w:name="pg29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9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group buys calls. This creates a synthetic share that is only provided if the option is activated.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Regardless, short sellers will use that synthetic share to cover their short position and the regulators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actually accept it…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as Wes points out, most of those options expire without being activated which means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 is never delivered. This expiration can be set months down the road and allows the short seller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kicking the can.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doubt I need to say this, but we all remember the wild options activity that was happening shortly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spiked in January. u/HeyItsPixel was one of the first to point this out. While a lot of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activity was on the retail front, I suspect a lot of it was done by short sellers to cover those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5.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Hedgies are f*cked…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I’m officially +20 pages deep and there’s still so much I’d like to say. It’s best saved for another time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post, I suppose. So I guess I’ll wrap all of this up with some of the best news I can possibly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all started with a 73 page PDF that was published in 2005 by a silverback named John D. Finnerty.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John was a Professor of Finance at Fordham University when he published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“short selling, death spiral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convertibles, and the profitability of stock manipulation”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document is loaded with sh*t that’s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incredibly relevant today, especially when it comes to naked short selling. He dives into the exact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formula that short sellers use, which is far beyond what my wrinkled brain can interpret, alone…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..However, when firms are naked shorting a company with the goal of bankrupting them, they leave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footprints which are only explained by this event. The proof is in the pudding, so to speak..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57170"/>
            <wp:docPr id="212" name="Picture 2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7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 of this sound familiar??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“The manipulator can not drive the share price close to zero unless he can naked short an extraordinary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number of shares…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this form of manipulation would result in… unusually heavy trading volume,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unusually large and persistent fails to deliver at the NSCC”.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Anyone else remember the volume in GME during the run-up in January? The total volume traded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</w:t>
      </w:r>
      <w:r>
        <w:rPr>
          <w:rFonts w:ascii="Cambria" w:hAnsi="Cambria"/>
          <w:b/>
          <w:i w:val="0"/>
          <w:color w:val="FFFFFF"/>
          <w:sz w:val="20"/>
          <w:u w:val="none"/>
        </w:rPr>
        <w:t>1/31/2021 and 2/5/2021 was 1,508,793,439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or an average daily trade volume </w:t>
      </w:r>
    </w:p>
    <w:p>
      <w:bookmarkStart w:id="299" w:name="pg29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29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</w:t>
      </w:r>
      <w:r>
        <w:rPr>
          <w:rFonts w:ascii="Cambria" w:hAnsi="Cambria"/>
          <w:b/>
          <w:i w:val="0"/>
          <w:color w:val="FFFFFF"/>
          <w:sz w:val="20"/>
          <w:u w:val="none"/>
        </w:rPr>
        <w:t>88,752,555 shares.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1/22/2021, the volume reached 197,157,946… that’s roughly 3x the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shares that exist..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this doesn’t sound like unusual volume then I’m not sure what is. Furthermore, the FTD report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was through the roof during this time: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925445"/>
            <wp:docPr id="213" name="Picture 2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5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75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47365"/>
            <wp:docPr id="214" name="Picture 2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73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the statement where the manipulator will be relieved of its obligation to cover </w:t>
      </w:r>
      <w:r>
        <w:rPr>
          <w:rFonts w:ascii="Cambria" w:hAnsi="Cambria"/>
          <w:b/>
          <w:i w:val="0"/>
          <w:color w:val="FFFFFF"/>
          <w:sz w:val="20"/>
          <w:u w:val="none"/>
        </w:rPr>
        <w:t>IF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firm’s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are cancelled in bankruptcy? Did you happen to see footnotes 65 &amp; 66 in the first screenshot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 PDF? It references a company that he used for his analysis…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4805"/>
            <wp:docPr id="215" name="Picture 2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00" w:name="pg29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0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Charter Communications had a whopping </w:t>
      </w:r>
      <w:r>
        <w:rPr>
          <w:rFonts w:ascii="Cambria" w:hAnsi="Cambria"/>
          <w:b/>
          <w:i w:val="0"/>
          <w:color w:val="FFFFFF"/>
          <w:sz w:val="20"/>
          <w:u w:val="none"/>
        </w:rPr>
        <w:t>241.8% short float in 2005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…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ONLY way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manipulator could have escaped this was by bankrupting the company and relieving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obligation to repurchase those shares…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what happened to Charter? They filed for bankruptcy in 2009…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unlike John’s example where naked short sellers were driving down the price without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opposition, GameStop had extremely high demand from retail investors to counter this activity. As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discussed with Dr. T and Carl Hagberg, the run-up in volume during January and February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largely conducted by naked short sellers in an attempt to suppress the share price. As I have shown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example with Goldman Sachs, firms will short sell during a buy-in for the same exact reason.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stabilize the price, you must stabilize supply and demand.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…You know what Charter didn’t have?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ARMY OF APES TO HODL THE STONK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DIAMOND. F*CKING. HANDS </w:t>
      </w:r>
    </w:p>
    <w:p>
      <w:pPr>
        <w:keepLines w:val="0"/>
        <w:widowControl w:val="0"/>
        <w:spacing w:before="60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What's happening today - 6/8/2021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 1: There is an issue with Reddit right now and my images are not loading. I've added IMGUR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links instead. Furthermore, I cannot see the upvote total for this post, which is still stuck at 1.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 2: The comments in EDIT 1 seem to be fixed now. I also added an example of how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additional deposit could have been made in shares rather than cash. This would force the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seller to buy enough shares to meet their new margin requirement. Otherwise, it was a legitimate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margin call to cover a short position.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________________________________________________________________________________________________________________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significantly underfunded short positions on GME. With the recent spikes in price, it puts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bigger strain on these positions because they must deposit more money to keep their accounts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with the new price. I'll use some simple numbers to describe what this means.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have $100 in a deposit account to "cover" your short position and the price skyrockets, you must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an additional deposit to meet the new price. So the account holder will deposit an additional $20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make their account current. To do this, the short seller can either deposit shares or cash in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account. If you cannot meet this requirement, a margin call will occur. I believe the uptick in volume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morning resulted from short sellers purchasing enough shares to meet the new requirement. It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be from them covering the position, directly. I could be wrong but the outcome is still the same.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95">
        <w:r>
          <w:rPr>
            <w:rFonts w:ascii="Cambria" w:hAnsi="Cambria"/>
            <w:sz w:val="20"/>
            <w:color w:val="FFFFFF"/>
            <w:u/>
          </w:rPr>
          <w:t xml:space="preserve">Take a look:  https://imgur.com/vdzZUaa </w:t>
        </w:r>
      </w:hyperlink>
    </w:p>
    <w:p>
      <w:bookmarkStart w:id="301" w:name="pg300"/>
      <w:pPr>
        <w:keepLines w:val="0"/>
        <w:pageBreakBefore/>
        <w:widowControl w:val="0"/>
        <w:spacing w:before="0" w:after="0"/>
        <w:jc w:val="center"/>
      </w:pPr>
      <w:bookmarkEnd w:id="301"/>
      <w:r>
        <w:drawing>
          <wp:inline xmlns:a="http://schemas.openxmlformats.org/drawingml/2006/main" xmlns:pic="http://schemas.openxmlformats.org/drawingml/2006/picture">
            <wp:extent cx="5943600" cy="2829560"/>
            <wp:docPr id="216" name="Picture 2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9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had at least 2,000,000 shares traded within 20 minutes which boosted the price by roughly $45.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there are now MORE positions which are underfunded and must make additional deposits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 the increase in exposure. Ergo, we should have a domino effect. The "sideways" trading occurs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these purchase periods because retail investors continue to diamond hand their stonk.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does this mean? Volume upticks like this will drive the price up. Once that spike is over,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trade sideways (basically) until another volume spike occurs. We know this because apes basically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forgot how to use the sell button. This will send the price up again. Rinse, wash, repeat.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However......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back to the House of Cards - Part III. Remember the example I gave of Goldman Sachs when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being "bought in"? What did they do?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shorted </w:t>
      </w:r>
      <w:r>
        <w:rPr>
          <w:rFonts w:ascii="Cambria" w:hAnsi="Cambria"/>
          <w:b/>
          <w:i w:val="0"/>
          <w:color w:val="FFFFFF"/>
          <w:sz w:val="20"/>
          <w:u w:val="none"/>
        </w:rPr>
        <w:t>EVEN 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than they purchased on that day to keep the price down. As I am writing this,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literally happening with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https://imgur.com/abvlt1L (pictures AND links are really f*ckey with Reddit right now) </w:t>
      </w:r>
    </w:p>
    <w:p>
      <w:bookmarkStart w:id="302" w:name="pg301"/>
      <w:pPr>
        <w:keepLines w:val="0"/>
        <w:pageBreakBefore/>
        <w:widowControl w:val="0"/>
        <w:spacing w:before="0" w:after="0"/>
        <w:jc w:val="center"/>
      </w:pPr>
      <w:bookmarkEnd w:id="302"/>
      <w:r>
        <w:drawing>
          <wp:inline xmlns:a="http://schemas.openxmlformats.org/drawingml/2006/main" xmlns:pic="http://schemas.openxmlformats.org/drawingml/2006/picture">
            <wp:extent cx="5943600" cy="2872739"/>
            <wp:docPr id="217" name="Picture 2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27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honestly do not believe this is retail selling, but rather, a flash-crash to drive the price down. I wrote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it in Citadel Has No Clothes when it happened on March 10th. I would have a hard time believing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 few months ago, but after seeing Goldman Sachs get caught doing the same exact thing, it's become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obvious: this is their textbook move. The goal is to return the price to a point it was at prior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this morning. Obviously, this will prevent more market makers &amp; broker-dealers from having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additional deposits.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not normal behavior and is HIGHLY unlikely that retail is responsible. Prepare for EXTREME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and know that these actions are performed to prevent OTHER BROKER-DEALERS from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you continue to hold, </w:t>
      </w:r>
      <w:r>
        <w:rPr>
          <w:rFonts w:ascii="Cambria" w:hAnsi="Cambria"/>
          <w:b/>
          <w:i w:val="0"/>
          <w:color w:val="FFFFFF"/>
          <w:sz w:val="20"/>
          <w:u w:val="none"/>
        </w:rPr>
        <w:t>THEIR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problem will become worse and worse. It will </w:t>
      </w:r>
      <w:r>
        <w:rPr>
          <w:rFonts w:ascii="Cambria" w:hAnsi="Cambria"/>
          <w:b/>
          <w:i w:val="0"/>
          <w:color w:val="FFFFFF"/>
          <w:sz w:val="20"/>
          <w:u w:val="none"/>
        </w:rPr>
        <w:t>ONLY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work if you sell.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the short attack is over, you should see the price rebound. We know that $350 has been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dangerous point for them because they triggered a flash crash at $350 on Mar10 (Mario day). Low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behold, they </w:t>
      </w:r>
      <w:r>
        <w:rPr>
          <w:rFonts w:ascii="Cambria" w:hAnsi="Cambria"/>
          <w:b w:val="0"/>
          <w:i/>
          <w:color w:val="FFFFFF"/>
          <w:sz w:val="20"/>
          <w:u w:val="none"/>
        </w:rPr>
        <w:t>done-did-it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again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98">
        <w:r>
          <w:rPr>
            <w:rFonts w:ascii="Cambria" w:hAnsi="Cambria"/>
            <w:sz w:val="20"/>
            <w:color w:val="FFFFFF"/>
            <w:u/>
          </w:rPr>
          <w:t xml:space="preserve">https://imgur.com/NnLH3We </w:t>
        </w:r>
      </w:hyperlink>
    </w:p>
    <w:p>
      <w:bookmarkStart w:id="303" w:name="pg302"/>
      <w:pPr>
        <w:keepLines w:val="0"/>
        <w:pageBreakBefore/>
        <w:widowControl w:val="0"/>
        <w:spacing w:before="0" w:after="0"/>
        <w:jc w:val="center"/>
      </w:pPr>
      <w:bookmarkEnd w:id="303"/>
      <w:r>
        <w:drawing>
          <wp:inline xmlns:a="http://schemas.openxmlformats.org/drawingml/2006/main" xmlns:pic="http://schemas.openxmlformats.org/drawingml/2006/picture">
            <wp:extent cx="5943600" cy="2886710"/>
            <wp:docPr id="218" name="Picture 2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6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me, this is us catching them in their lies. There would be NO NEED for this if their positions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covered. It is blatant market manipulation and we are SUFFOCATING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DIAMOND.F*CKING.HANDS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*Not financial advice*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MOTHER OF ALL WEDGES: AN ENDGAME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DD. Technical and Fundamental Analysis with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Warden. Where we are now, where we are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headed. When might the MOASS begin?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everyone! It's Warden. I'm taking a brief moment to write a chart analysis post because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feel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 are nearing a critical junction point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volume today has been extremely low, currently sitting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around 1.7 million, and I feel that a lot of people are sensing that something big is coming.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emptied the rest of my bank account into the dip today to buy more tickets to the moon.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a lot of questions people are wondering at this point.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do we squeeze?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happens at the Apex of a wedge?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there any important catalysts coming up? </w:t>
      </w:r>
    </w:p>
    <w:p>
      <w:bookmarkStart w:id="304" w:name="pg30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0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are all questions that have answers, and I will try my best to address these. My thesis for this post,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as the stock breaks out of the wedge, if it chooses to follow the uptrend, it becomes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increasingly expensive and impossible for shorts to bring this down any further. We 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possibly climb to a point of no return for the shorts.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Let's examine why by starting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understanding what a wedge 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wedges I will reference in this post are symmetric wedges.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Why wedges form, and what they mean fundamentally: the long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and short theses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 are indeed nearing the Apex of the Mother Of All Wedges (MOAW)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; this is the ultimate hedgie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wedgie. I wanted to provide a fundamental explanation for why this wedge has formed and what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for the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examine the simple uptrend. This is when the price forms higher lows, and higher highs.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430779"/>
            <wp:docPr id="219" name="Picture 2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we also know what a downtrend is. Lower highs and lower lows.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80004"/>
            <wp:docPr id="220" name="Picture 2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0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05" w:name="pg30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0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uptrend is called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frontside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the downtrend is called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backside.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thesis of people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the frontside, is that they think it will go up. For short sellers, they trade the backside,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think it will go down.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if you get a really volatile stock, you might end up with a combination of the two theses, with two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parties doing different strategies. This is why a wedge forms. Both theses are valid, and so both parties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continuously trade in this wedge pattern.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958590"/>
            <wp:docPr id="221" name="Picture 2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8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 side thesis and strategy looks like this: </w:t>
      </w:r>
    </w:p>
    <w:p>
      <w:bookmarkStart w:id="306" w:name="pg305"/>
      <w:pPr>
        <w:keepLines w:val="0"/>
        <w:pageBreakBefore/>
        <w:widowControl w:val="0"/>
        <w:spacing w:before="0" w:after="0"/>
        <w:jc w:val="center"/>
      </w:pPr>
      <w:bookmarkEnd w:id="306"/>
      <w:r>
        <w:drawing>
          <wp:inline xmlns:a="http://schemas.openxmlformats.org/drawingml/2006/main" xmlns:pic="http://schemas.openxmlformats.org/drawingml/2006/picture">
            <wp:extent cx="5943600" cy="4134484"/>
            <wp:docPr id="222" name="Picture 2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4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the opposite for longs. They buy at the dips, and the sell at the peaks.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Thus, combining these two theses, we can conclude that: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stock moves up, that's </w:t>
      </w:r>
      <w:r>
        <w:rPr>
          <w:rFonts w:ascii="Cambria" w:hAnsi="Cambria"/>
          <w:b/>
          <w:i w:val="0"/>
          <w:color w:val="FFFFFF"/>
          <w:sz w:val="20"/>
          <w:u w:val="none"/>
        </w:rPr>
        <w:t>buying plus covering.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stock moves down, that's </w:t>
      </w:r>
      <w:r>
        <w:rPr>
          <w:rFonts w:ascii="Cambria" w:hAnsi="Cambria"/>
          <w:b/>
          <w:i w:val="0"/>
          <w:color w:val="FFFFFF"/>
          <w:sz w:val="20"/>
          <w:u w:val="none"/>
        </w:rPr>
        <w:t>selling plus shorting.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Simultaneously, Longs and Shorts are both making money because they both have valid theses.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thinks the price will go down, and the other thinks it goes up.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Why the short thesis is invalid. Understanding OBV, the Spread,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and FINRA's own short volume data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However there is a big problem with the short thesis for GameStop.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 thesis is actually invalid. </w:t>
      </w:r>
    </w:p>
    <w:p>
      <w:bookmarkStart w:id="307" w:name="pg306"/>
      <w:pPr>
        <w:keepLines w:val="0"/>
        <w:pageBreakBefore/>
        <w:widowControl w:val="0"/>
        <w:spacing w:before="0" w:after="0"/>
        <w:jc w:val="center"/>
      </w:pPr>
      <w:bookmarkEnd w:id="307"/>
      <w:r>
        <w:drawing>
          <wp:inline xmlns:a="http://schemas.openxmlformats.org/drawingml/2006/main" xmlns:pic="http://schemas.openxmlformats.org/drawingml/2006/picture">
            <wp:extent cx="5943600" cy="3453129"/>
            <wp:docPr id="223" name="Picture 2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31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how throughout the entire duration of this triangle, OBV is flat. On Balance Volume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05">
        <w:r>
          <w:rPr>
            <w:rFonts w:ascii="Cambria" w:hAnsi="Cambria"/>
            <w:sz w:val="20"/>
            <w:color w:val="FFFFFF"/>
            <w:u/>
          </w:rPr>
          <w:t xml:space="preserve">info: https://www.investopedia.com/terms/o/onbalancevolume.asp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look at a normal stock like Palantir. When a short thesis is valid, the price breaks out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downside after the Apex. Palantir in the below picture, was a short side success.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Notice how OBV falls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during a short side success.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55670"/>
            <wp:docPr id="224" name="Picture 2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5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08" w:name="pg307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308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PLTR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Activision. In this case, </w:t>
      </w:r>
      <w:r>
        <w:rPr>
          <w:rFonts w:ascii="Cambria" w:hAnsi="Cambria"/>
          <w:b/>
          <w:i w:val="0"/>
          <w:color w:val="FFFFFF"/>
          <w:sz w:val="20"/>
          <w:u w:val="none"/>
        </w:rPr>
        <w:t>OBV goes up when the longs win.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37890"/>
            <wp:docPr id="225" name="Picture 2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7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ATVI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 challenge you to find a stock that doesn't follow these rules on a macro level timescale.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 increases, if there is more volume during uptrends than volume during downtrends. That means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greater buying interest. Vice versa.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there is an imbalance of buyers and sellers, at the Apex of the triangle, there will be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"breakout".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because, at the apex, one of the two trends breaks. Either the upside 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downside trend is violated, forcing one of the parties to flip their thesis.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So if we go to the upside,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 sellers would flip to long side either by buying stock, or finally covering their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about a flat OBV? </w:t>
      </w:r>
    </w:p>
    <w:p>
      <w:bookmarkStart w:id="309" w:name="pg308"/>
      <w:pPr>
        <w:keepLines w:val="0"/>
        <w:pageBreakBefore/>
        <w:widowControl w:val="0"/>
        <w:spacing w:before="0" w:after="0"/>
        <w:jc w:val="center"/>
      </w:pPr>
      <w:bookmarkEnd w:id="309"/>
      <w:r>
        <w:drawing>
          <wp:inline xmlns:a="http://schemas.openxmlformats.org/drawingml/2006/main" xmlns:pic="http://schemas.openxmlformats.org/drawingml/2006/picture">
            <wp:extent cx="5943600" cy="3432175"/>
            <wp:docPr id="226" name="Picture 2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2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it means that throughout the duration of the wedge starting 2/24, nobody was f*king selling.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almost exclusively shorts short selling combined by less covering than shorting and retail buying 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way, it's actually an illusion that they are tanking the price. In reality, the real price is whatever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uptrend line is. So here, I think the "real price" is around 155 dollars.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We've actually been climbing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at the macro level.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think this has to do with the spread.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look at the Level 2 order book, you see the highest bid is 160.6, and the lowest ask is 160.74. </w:t>
      </w:r>
    </w:p>
    <w:p>
      <w:bookmarkStart w:id="310" w:name="pg309"/>
      <w:pPr>
        <w:keepLines w:val="0"/>
        <w:pageBreakBefore/>
        <w:widowControl w:val="0"/>
        <w:spacing w:before="0" w:after="0"/>
        <w:jc w:val="center"/>
      </w:pPr>
      <w:bookmarkEnd w:id="310"/>
      <w:r>
        <w:drawing>
          <wp:inline xmlns:a="http://schemas.openxmlformats.org/drawingml/2006/main" xmlns:pic="http://schemas.openxmlformats.org/drawingml/2006/picture">
            <wp:extent cx="5816600" cy="3416300"/>
            <wp:docPr id="227" name="Picture 2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3416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goal of short selling is to tank the price. So you typically sell on the Bid. When you want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shares, you want to ideally also buy on the Bid, because buying on the Ask is more expensive.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 the issue is that liquidity is low, so if you have a deadline to cover FTDs, you need to buy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Ask a lot. You actually end up losing money and the amount you lose is roughly equal to the average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spread multiplied by how many shares you shorted.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only way to profit from short selling, is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people sell more than they buy after you short.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Trading is a Zero Sum game, so the goal of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attacks is to paper hand people.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problem is we see consistent higher buy:sell ratio, meaning that more people are buying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selling. </w:t>
      </w:r>
      <w:r>
        <w:rPr>
          <w:rFonts w:ascii="Cambria" w:hAnsi="Cambria"/>
          <w:b/>
          <w:i w:val="0"/>
          <w:color w:val="FFFFFF"/>
          <w:sz w:val="20"/>
          <w:u w:val="none"/>
        </w:rPr>
        <w:t>Thus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 probably can't make money if you short millions of shares, because eventually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when you cover: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A) You lose money from the Spread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B) The price is already increasing from an excess of buyers.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what's even worse, is that the daily short volume percent is greater than 50% on average.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u/dinghino crunched FINRA's own short volume numbers and concluded that the majority of daily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was short selling. Here's his tool for grabbing historical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10">
        <w:r>
          <w:rPr>
            <w:rFonts w:ascii="Cambria" w:hAnsi="Cambria"/>
            <w:sz w:val="20"/>
            <w:color w:val="FFFFFF"/>
            <w:u/>
          </w:rPr>
          <w:t xml:space="preserve">data: https://github.com/dinghino/stocks-historical-data </w:t>
        </w:r>
      </w:hyperlink>
    </w:p>
    <w:p>
      <w:bookmarkStart w:id="311" w:name="pg310"/>
      <w:pPr>
        <w:keepLines w:val="0"/>
        <w:pageBreakBefore/>
        <w:widowControl w:val="0"/>
        <w:spacing w:before="0" w:after="0"/>
        <w:jc w:val="center"/>
      </w:pPr>
      <w:bookmarkEnd w:id="311"/>
      <w:r>
        <w:drawing>
          <wp:inline xmlns:a="http://schemas.openxmlformats.org/drawingml/2006/main" xmlns:pic="http://schemas.openxmlformats.org/drawingml/2006/picture">
            <wp:extent cx="5943600" cy="2901314"/>
            <wp:docPr id="228" name="Picture 2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1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in mind FINRA both underreports short volume, and total volume. So the data we have is limited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reliability. There is a probability that short volume might be &lt;50%. I have not been able to find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data sources that can confirm or reject this analysis.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so first, we realize that they cannot really profit from shorting at the downtrend, and second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despite this fact, they are shorting more than half the daily volume.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Ouch.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let's tie in the last two pieces of the puzzle. So how can there be a flat OBV if there are an excess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buyers? I believe it's because the Bid has been hit so much more than the Ask from the short sellers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has caused the price to be artificially lower than normal. Thus, there's an increased number of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stock ends in the red, decreasing OBV.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 believe that the OBV is actually trending upwards. It's an illusion that it's flat.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Bid has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hit from selling more than buying has hit the Ask. Therefore the net direction is down. The excess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buyers balances this out and causes the OBV to end up going flat.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 are not losing this fight. We are in fact holding strong and buying.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from the updated institutional data for Q1 present so far in Bloomberg, we see a couple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institutions "derisking" and others actually buying more shares. Some institutions appear to be out,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lot more are actually in. </w:t>
      </w:r>
      <w:r>
        <w:rPr>
          <w:rFonts w:ascii="Cambria" w:hAnsi="Cambria"/>
          <w:b/>
          <w:i w:val="0"/>
          <w:color w:val="FFFFFF"/>
          <w:sz w:val="20"/>
          <w:u w:val="none"/>
        </w:rPr>
        <w:t>Institutions are HOLDING so far, and perhaps actually buying.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22425"/>
            <wp:docPr id="229" name="Picture 2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2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12" w:name="pg31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1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in mind that this is a </w:t>
      </w:r>
      <w:r>
        <w:rPr>
          <w:rFonts w:ascii="Cambria" w:hAnsi="Cambria"/>
          <w:b/>
          <w:i w:val="0"/>
          <w:color w:val="FFFFFF"/>
          <w:sz w:val="20"/>
          <w:u w:val="none"/>
        </w:rPr>
        <w:t>TINY SUBSET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all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Q1 13F updates that will be filed before 5/17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will be closely watching everyday to see what the majority of institutions are doing.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5/17 will be a very important deadline for us to find the new data.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great, everyone is holding thus far, shorts keep shorting, and the spread and buyers are killing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Lol.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After the Apex, shorts will drown.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the Apex, the downtrend breaks. Shorts will be forced to create a new downtrend.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255520"/>
            <wp:docPr id="230" name="Picture 2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they haven't given up, they'll likely react with a large short attack in an attempt to establish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downtrend.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623184"/>
            <wp:docPr id="231" name="Picture 2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3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given that GME is hard to borrow, they can only short a limited amount of shares. And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won't sell, the shorts will be stuck trying to short into an uptrend due to the excess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buyers.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the short staircase, the establishment of a new uptrend slightly below the Apex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that will slowly choke the shorts to death.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Every time they try to bring it back down, they have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eventually cover on the Ask. Couple that with the buying pressure, their short attacks get weaker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weaker each time as this uptrend slaughters their P&amp;L.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Tesla as a historical example. </w:t>
      </w:r>
    </w:p>
    <w:p>
      <w:bookmarkStart w:id="313" w:name="pg31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1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staircase choked the shorts. They were like "oh fuck, I'm screwed, better cover".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49954"/>
            <wp:docPr id="232" name="Picture 2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Seriously. I see no fucking way out for the shorts. To create a downtrend, you need a continuous supply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shares to short. Or you need people to sell. </w:t>
      </w:r>
      <w:r>
        <w:rPr>
          <w:rFonts w:ascii="Cambria" w:hAnsi="Cambria"/>
          <w:b/>
          <w:i w:val="0"/>
          <w:color w:val="FFFFFF"/>
          <w:sz w:val="20"/>
          <w:u w:val="none"/>
        </w:rPr>
        <w:t>Both options are out of the question.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catalyst might actually be the chart itself. Not so much a fundamental change in the company.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But a fundamental change like a new CEO can certainly light the fuse.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Summary/TLDR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Wedges form because Longs and Shorts both see a profitable strategy.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are not able to profit because of the Spread and the excess of buyers. OBV is flat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is buying and holding.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might drop after the Apex, but an uptrend will form that will smother the shorts. Eventually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will panic cover.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Bloomberg shows recent institutions are buying and holding on average.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After the Apex, the short thesis of being profitable from shorting becomes invalid (if not already).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5/17 is an important date. It reveals the poker hand of the Longs as 13F Q1 filings are due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then. If they are still holding, then shorts are DOOMED.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isn't actually decreasing from these short attacks.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It's actually steadily increasing.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drops are an illusion.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Thank's for reading. I'm as bullish as ever on this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-Warden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314" w:name="pg313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314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Looks like the recent RobinHood Class Action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SI Report just proved /u/broccaaa's data. That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shorts haven't covered, that they hid SI%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through Deep ITM CALLs, and SI% is a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minimum of 226.42%.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716">
        <w:r>
          <w:rPr>
            <w:rFonts w:ascii="Cambria" w:hAnsi="Cambria"/>
            <w:sz w:val="17"/>
            <w:color w:val="FFFFFF"/>
            <w:u/>
          </w:rPr>
          <w:t xml:space="preserve">Possible DD </w:t>
        </w:r>
      </w:hyperlink>
      <w:hyperlink r:id="rId716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716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Edit: Numbers from RobinHood case are alleged so far, not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proven. I cannot edit the post title. That being said, results of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Deep ITM CALLs comes up with roughly the same 226.42%,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which is quite telling. We also see that PHLX exchange is used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to buy and exercise these calls almost immediately - exactly as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outlined in the SEC document on how to shift a short position to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become synthetic.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not a financial advisor and I do not provide financial advice. Thoughts here are my opinion,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others are speculative.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Shout out to king </w:t>
      </w:r>
      <w:hyperlink r:id="rId717">
        <w:r>
          <w:rPr>
            <w:rFonts w:ascii="Calibri" w:hAnsi="Calibri"/>
            <w:sz w:val="20"/>
            <w:color w:val="00B0F0"/>
            <w:u/>
          </w:rPr>
          <w:t>/u/broccaaa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their contributions. I always figured that your assumptions were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 that the SHFs were using these Deep ITM CALLs to hide SI%, but we never got some quick maths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behind it to see if it was true. (Maybe we did though! Sorry if I did not see anyone's posts about this)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this is for you </w:t>
      </w:r>
      <w:hyperlink r:id="rId717">
        <w:r>
          <w:rPr>
            <w:rFonts w:ascii="Calibri" w:hAnsi="Calibri"/>
            <w:sz w:val="20"/>
            <w:color w:val="00B0F0"/>
            <w:u/>
          </w:rPr>
          <w:t>/u/broccaaa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and all the apes. </w:t>
      </w:r>
    </w:p>
    <w:p>
      <w:bookmarkStart w:id="315" w:name="pg314"/>
      <w:pPr>
        <w:keepLines w:val="0"/>
        <w:pageBreakBefore/>
        <w:widowControl w:val="0"/>
        <w:spacing w:before="0" w:after="0"/>
        <w:jc w:val="center"/>
      </w:pPr>
      <w:bookmarkEnd w:id="315"/>
      <w:r>
        <w:drawing>
          <wp:inline xmlns:a="http://schemas.openxmlformats.org/drawingml/2006/main" xmlns:pic="http://schemas.openxmlformats.org/drawingml/2006/picture">
            <wp:extent cx="2960370" cy="4384040"/>
            <wp:docPr id="233" name="Picture 2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4384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Spreading Love To All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GME SI% Is A Minimum Of 226.42%; Shorts Were Hidden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With Deep ITM CALLs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Way way back in time, since many of you probably feel like you've aged years over the course of 6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months, there was a blip of </w:t>
      </w:r>
      <w:r>
        <w:rPr>
          <w:rFonts w:ascii="Cambria" w:hAnsi="Cambria"/>
          <w:b/>
          <w:i w:val="0"/>
          <w:color w:val="FFFFFF"/>
          <w:sz w:val="20"/>
          <w:u w:val="none"/>
        </w:rPr>
        <w:t>226.42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% SI in January. Many believed this was a glitch: </w:t>
      </w:r>
    </w:p>
    <w:p>
      <w:bookmarkStart w:id="316" w:name="pg315"/>
      <w:pPr>
        <w:keepLines w:val="0"/>
        <w:pageBreakBefore/>
        <w:widowControl w:val="0"/>
        <w:spacing w:before="0" w:after="0"/>
        <w:jc w:val="center"/>
      </w:pPr>
      <w:bookmarkEnd w:id="316"/>
      <w:r>
        <w:drawing>
          <wp:inline xmlns:a="http://schemas.openxmlformats.org/drawingml/2006/main" xmlns:pic="http://schemas.openxmlformats.org/drawingml/2006/picture">
            <wp:extent cx="5943600" cy="3032760"/>
            <wp:docPr id="234" name="Picture 2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2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https://www.reddit.com/r/GME/comments/lgjztf/wtf_is_going_on_with_finra_is_it_7846_or_22642/ </w:t>
      </w:r>
    </w:p>
    <w:p>
      <w:pPr>
        <w:keepLines w:val="0"/>
        <w:widowControl w:val="0"/>
        <w:spacing w:before="42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what many may have thought, that it was just a glitch, until recently a </w:t>
      </w:r>
      <w:hyperlink r:id="rId720">
        <w:r>
          <w:rPr>
            <w:rFonts w:ascii="Calibri" w:hAnsi="Calibri"/>
            <w:sz w:val="20"/>
            <w:color w:val="00B0F0"/>
            <w:u/>
          </w:rPr>
          <w:t xml:space="preserve">Class Action against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720">
        <w:r>
          <w:rPr>
            <w:rFonts w:ascii="Calibri" w:hAnsi="Calibri"/>
            <w:sz w:val="20"/>
            <w:color w:val="00B0F0"/>
            <w:u/>
          </w:rPr>
          <w:t>RobinHood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proved that was, indeed, the SI% upon January 15th, 2021: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Thank you much for everyone's replies. We must consider this as still speculative and not proven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it is a number alleged by the plantiff.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Allegedly, </w:t>
      </w:r>
      <w:hyperlink r:id="rId720">
        <w:r>
          <w:rPr>
            <w:rFonts w:ascii="Calibri" w:hAnsi="Calibri"/>
            <w:sz w:val="20"/>
            <w:color w:val="00B0F0"/>
            <w:u/>
          </w:rPr>
          <w:t>per a Class Action against RobinHood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 SI% was 226.42% upon January 15th, 2021: </w:t>
      </w:r>
    </w:p>
    <w:p>
      <w:bookmarkStart w:id="317" w:name="pg316"/>
      <w:pPr>
        <w:keepLines w:val="0"/>
        <w:pageBreakBefore/>
        <w:widowControl w:val="0"/>
        <w:spacing w:before="0" w:after="0"/>
        <w:ind w:left="0"/>
      </w:pPr>
      <w:bookmarkEnd w:id="317"/>
      <w:r>
        <w:drawing>
          <wp:inline xmlns:a="http://schemas.openxmlformats.org/drawingml/2006/main" xmlns:pic="http://schemas.openxmlformats.org/drawingml/2006/picture">
            <wp:extent cx="5616575" cy="8229600"/>
            <wp:docPr id="235" name="Picture 2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18" w:name="pg317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318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https://www.reddit.com/r/Superstonk/comments/o6mp0c/from_class_action_against_rh_look_at_that_juicy/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 yourself in the SHF's shoes. You have a shitload of retail buy pressure going on. You're way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overshorted. What do you do? Do you cover? Pfft. Nah. That's way too much. Impossible to cover.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Absolutely screwed.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Lucky for you the SEC </w:t>
      </w:r>
      <w:hyperlink r:id="rId722">
        <w:r>
          <w:rPr>
            <w:rFonts w:ascii="Calibri" w:hAnsi="Calibri"/>
            <w:sz w:val="20"/>
            <w:color w:val="00B0F0"/>
            <w:u/>
          </w:rPr>
          <w:t>has identified malicious options practices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which can be used for just such an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occasion to make it appear that you've covered.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say you want to make it "appear" that you covered your short. You can perform a buy-write trade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bona-fide Market Maker. Who might help you out as a bona-fide Market Maker? </w:t>
      </w:r>
      <w:r>
        <w:rPr>
          <w:rFonts w:ascii="Cambria" w:hAnsi="Cambria"/>
          <w:b/>
          <w:i w:val="0"/>
          <w:color w:val="FFFFFF"/>
          <w:sz w:val="20"/>
          <w:u w:val="none"/>
        </w:rPr>
        <w:t>Citadel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come to mind (not saying it's them, just an example since they are well known)! The trade ends up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following: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 A who needs to hide their short position enters the buy-write trade with Trader B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(Citadel).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 A sells a Deep ITM CALL to Trader B (Citadel).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 A simultaneously buys shares from Trader B (Citadel).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 A now appears to have purchased shares to cover their short position, and Trader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 (Citadel) gets a small amount of cash in return.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tend to trade Deep ITM CALLs that have little to no OI so that the trade is almost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guaranteed to be between Trader A and Trader B.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 B tends to exercise these CALLs </w:t>
      </w:r>
      <w:r>
        <w:rPr>
          <w:rFonts w:ascii="Cambria" w:hAnsi="Cambria"/>
          <w:b/>
          <w:i w:val="0"/>
          <w:color w:val="FFFFFF"/>
          <w:sz w:val="20"/>
          <w:u w:val="none"/>
        </w:rPr>
        <w:t>on the same day.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this is exactly what we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have been seeing because CALL OI does not increase.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net effect on this is that Trader B has looped around their shares. They sold them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 A, and then got them back through exercising the CALL. Meanwhile, Trader A has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"covered" their original short position but now they are "short" the CALL, meaning it is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a synthetic short.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the supporting text </w:t>
      </w:r>
      <w:hyperlink r:id="rId722">
        <w:r>
          <w:rPr>
            <w:rFonts w:ascii="Calibri" w:hAnsi="Calibri"/>
            <w:sz w:val="20"/>
            <w:color w:val="00B0F0"/>
            <w:u/>
          </w:rPr>
          <w:t>from the SEC itself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want to verify for yourself. A report from 2013 titled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"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Strengthening Practices for Preventing and Detecting Illegal Options Trading Used to Reset Reg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SHO Close-out Obligations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760219"/>
            <wp:docPr id="236" name="Picture 2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02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https://www.sec.gov/about/offices/ocie/options-trading-risk-alert.pdf Section II </w:t>
      </w:r>
    </w:p>
    <w:p>
      <w:bookmarkStart w:id="319" w:name="pg318"/>
      <w:pPr>
        <w:keepLines w:val="0"/>
        <w:pageBreakBefore/>
        <w:widowControl w:val="0"/>
        <w:spacing w:before="0" w:after="0"/>
        <w:jc w:val="center"/>
      </w:pPr>
      <w:bookmarkEnd w:id="319"/>
      <w:r>
        <w:drawing>
          <wp:inline xmlns:a="http://schemas.openxmlformats.org/drawingml/2006/main" xmlns:pic="http://schemas.openxmlformats.org/drawingml/2006/picture">
            <wp:extent cx="5943600" cy="2157095"/>
            <wp:docPr id="237" name="Picture 2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7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https://www.sec.gov/about/offices/ocie/options-trading-risk-alert.pdf Section II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12825"/>
            <wp:docPr id="238" name="Picture 2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2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https://www.sec.gov/about/offices/ocie/options-trading-risk-alert.pdf Section II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20520"/>
            <wp:docPr id="239" name="Picture 2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0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https://www.sec.gov/about/offices/ocie/options-trading-risk-alert.pdf Section II </w:t>
      </w:r>
    </w:p>
    <w:p>
      <w:pPr>
        <w:keepLines w:val="0"/>
        <w:widowControl w:val="0"/>
        <w:spacing w:before="359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40205"/>
            <wp:docPr id="240" name="Picture 2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02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https://www.sec.gov/about/offices/ocie/options-trading-risk-alert.pdf Section II </w:t>
      </w:r>
    </w:p>
    <w:p>
      <w:bookmarkStart w:id="320" w:name="pg319"/>
      <w:pPr>
        <w:keepLines w:val="0"/>
        <w:pageBreakBefore/>
        <w:widowControl w:val="0"/>
        <w:spacing w:before="0" w:after="0"/>
        <w:jc w:val="center"/>
      </w:pPr>
      <w:bookmarkEnd w:id="320"/>
      <w:r>
        <w:drawing>
          <wp:inline xmlns:a="http://schemas.openxmlformats.org/drawingml/2006/main" xmlns:pic="http://schemas.openxmlformats.org/drawingml/2006/picture">
            <wp:extent cx="5943600" cy="1614169"/>
            <wp:docPr id="241" name="Picture 2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41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https://www.sec.gov/about/offices/ocie/options-trading-risk-alert.pdf Section II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they can utilize Deep ITM CALLs to hide their short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don't care about identifying Trader A and Trader B in this case. Just the fact that trades occurred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Deep ITM CALL strikes and that OI is unaffected the day thereafter. That's enough to support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above theory that they're utilizing this practice to make it 'appear' that they've covered their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out what </w:t>
      </w:r>
      <w:hyperlink r:id="rId717">
        <w:r>
          <w:rPr>
            <w:rFonts w:ascii="Calibri" w:hAnsi="Calibri"/>
            <w:sz w:val="20"/>
            <w:color w:val="00B0F0"/>
            <w:u/>
          </w:rPr>
          <w:t>/u/broccaaa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's data identified. Tons and tons of Deep ITM CALLs were traded in January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prior to SI% dropping off of a cliff. By </w:t>
      </w:r>
      <w:hyperlink r:id="rId68">
        <w:r>
          <w:rPr>
            <w:rFonts w:ascii="Calibri" w:hAnsi="Calibri"/>
            <w:sz w:val="20"/>
            <w:color w:val="00B0F0"/>
            <w:u/>
          </w:rPr>
          <w:t>my estimations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about 1,100,000 CALL OI was traded prior to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29th SI Report Date: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81884"/>
            <wp:docPr id="242" name="Picture 2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1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/u/broccaaa Data on Deep ITM CALL Volumes Vs FTDs of GME </w:t>
      </w:r>
    </w:p>
    <w:p>
      <w:pPr>
        <w:keepLines w:val="0"/>
        <w:widowControl w:val="0"/>
        <w:spacing w:before="42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SI Report Date of January 29th matters because that is the cutoff of when FINRA will </w:t>
      </w:r>
      <w:hyperlink r:id="rId730">
        <w:r>
          <w:rPr>
            <w:rFonts w:ascii="Calibri" w:hAnsi="Calibri"/>
            <w:sz w:val="20"/>
            <w:color w:val="00B0F0"/>
            <w:u/>
          </w:rPr>
          <w:t xml:space="preserve">require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730">
        <w:r>
          <w:rPr>
            <w:rFonts w:ascii="Calibri" w:hAnsi="Calibri"/>
            <w:sz w:val="20"/>
            <w:color w:val="00B0F0"/>
            <w:u/>
          </w:rPr>
          <w:t>settlement of short interest numbers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the next SI report date. The next SI report date following January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29th settlement is February 12th.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we can see that after the mayhem of Deep ITM CALL purchases, SI% dropped from 226.42%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15th report, to 30.2% upon February 12th: </w:t>
      </w:r>
    </w:p>
    <w:p>
      <w:bookmarkStart w:id="321" w:name="pg320"/>
      <w:pPr>
        <w:keepLines w:val="0"/>
        <w:pageBreakBefore/>
        <w:widowControl w:val="0"/>
        <w:spacing w:before="0" w:after="0"/>
        <w:jc w:val="center"/>
      </w:pPr>
      <w:bookmarkEnd w:id="321"/>
      <w:r>
        <w:drawing>
          <wp:inline xmlns:a="http://schemas.openxmlformats.org/drawingml/2006/main" xmlns:pic="http://schemas.openxmlformats.org/drawingml/2006/picture">
            <wp:extent cx="5943600" cy="1908175"/>
            <wp:docPr id="243" name="Picture 2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8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https://www.marketbeat.com/stocks/NYSE/GME/short-interest/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difference in SI% from 226.42% on January 15th down to 30.2% on February 12th,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assume that they have not covered their short position but rather hid their short position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synthetics if we can come up with a roughly equivalent SI% from the approximate Deep ITM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CALL purchases.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float of GME in January was approximately 57,840,000.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estimated Deep ITM CALL OI that was swapped is ~1,100,000 OI = ~110,000,000 shares worth.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then gives an estimated SI% reduction of ~110,000,000 / 57,840,000 = ~190.18% shorts hidden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January 15th and February 12th report date.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since SI% on February 12th was 30.2%, then that gives a grand total of 190.18% + 30.2%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= </w:t>
      </w:r>
      <w:r>
        <w:rPr>
          <w:rFonts w:ascii="Cambria" w:hAnsi="Cambria"/>
          <w:b/>
          <w:i w:val="0"/>
          <w:color w:val="FFFFFF"/>
          <w:sz w:val="20"/>
          <w:u w:val="none"/>
        </w:rPr>
        <w:t>220.38% SI per estimations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dangerously close to the reported 226.42% SI from January 15th.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with that in mind - do you think they covered?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5929"/>
            <wp:docPr id="244" name="Picture 2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Estimations of SI% Based on Deep ITM CALL Purchases Up To January 29th </w:t>
      </w:r>
    </w:p>
    <w:p>
      <w:pPr>
        <w:keepLines w:val="0"/>
        <w:widowControl w:val="0"/>
        <w:spacing w:before="683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Why We're STILL Trading Sideways and Why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 Haven't Launched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D7DADC"/>
          <w:sz w:val="20"/>
          <w:u w:val="none"/>
        </w:rPr>
        <w:t>EDIT May 12, 2021</w:t>
      </w:r>
      <w:hyperlink r:id="rId733">
        <w:r>
          <w:rPr>
            <w:rFonts w:ascii="Cambria" w:hAnsi="Cambria"/>
            <w:sz w:val="20"/>
            <w:color w:val="D7DADC"/>
            <w:u/>
          </w:rPr>
          <w:t xml:space="preserve">: </w:t>
        </w:r>
      </w:hyperlink>
      <w:hyperlink r:id="rId733">
        <w:r>
          <w:rPr>
            <w:rFonts w:ascii="Cambria" w:hAnsi="Cambria"/>
            <w:sz w:val="20"/>
            <w:color w:val="0000FF"/>
            <w:u/>
          </w:rPr>
          <w:t>SR-OCC-2021-004 Is Scheduled to Finalize This Week</w:t>
        </w:r>
      </w:hyperlink>
      <w:hyperlink r:id="rId733">
        <w:r>
          <w:rPr>
            <w:rFonts w:ascii="Cambria" w:hAnsi="Cambria"/>
            <w:sz w:val="20"/>
            <w:color w:val="D7DADC"/>
            <w:u/>
          </w:rPr>
          <w:t xml:space="preserve"> </w:t>
        </w:r>
      </w:hyperlink>
      <w:r>
        <w:rPr>
          <w:rFonts w:ascii="Cambria" w:hAnsi="Cambria"/>
          <w:b w:val="0"/>
          <w:i w:val="0"/>
          <w:color w:val="D7DADC"/>
          <w:sz w:val="14"/>
          <w:u w:val="none"/>
        </w:rPr>
        <w:t xml:space="preserve">Also, I have been banned from </w:t>
      </w:r>
    </w:p>
    <w:p>
      <w:pPr>
        <w:keepLines w:val="0"/>
        <w:widowControl w:val="0"/>
        <w:spacing w:before="79" w:after="0" w:lineRule="exact" w:line="246"/>
        <w:ind w:left="0" w:right="-60"/>
      </w:pPr>
      <w:r>
        <w:rPr>
          <w:rFonts w:ascii="Cambria" w:hAnsi="Cambria"/>
          <w:b w:val="0"/>
          <w:i w:val="0"/>
          <w:color w:val="D7DADC"/>
          <w:sz w:val="14"/>
          <w:u w:val="none"/>
        </w:rPr>
        <w:t>Superstonk...</w:t>
      </w:r>
      <w:r>
        <w:rPr>
          <w:rFonts w:ascii="Cambria" w:hAnsi="Cambria"/>
          <w:b w:val="0"/>
          <w:i w:val="0"/>
          <w:color w:val="D7DADC"/>
          <w:sz w:val="20"/>
          <w:u w:val="none"/>
        </w:rPr>
        <w:t xml:space="preserve"> </w:t>
      </w:r>
    </w:p>
    <w:p>
      <w:bookmarkStart w:id="322" w:name="pg32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22"/>
      <w:r>
        <w:rPr>
          <w:rFonts w:ascii="Cambria" w:hAnsi="Cambria"/>
          <w:b/>
          <w:i w:val="0"/>
          <w:color w:val="FFFFFF"/>
          <w:sz w:val="20"/>
          <w:u w:val="none"/>
        </w:rPr>
        <w:t>EDIT May 18, 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I have been unbanned; thanks for all the folks who reached out and thanks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mods!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We've made it through an exciting weekend of suspense only to end up with yet another day of sideways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trading. I'd like to examine why I think we have not yet launched based on the bits and pieces that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post, I'll be rehashing some of my earlier posts for folks who haven't read them and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examining my earlier thoughts in the context of the information we've come across over the last two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weeks.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34">
        <w:r>
          <w:rPr>
            <w:rFonts w:ascii="Cambria" w:hAnsi="Cambria"/>
            <w:sz w:val="20"/>
            <w:color w:val="FFFFFF"/>
            <w:u/>
          </w:rPr>
          <w:t xml:space="preserve">One of my favorite topics in science is black holes.  Black holes had been theorized to exist soon after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735">
        <w:r>
          <w:rPr>
            <w:rFonts w:ascii="Cambria" w:hAnsi="Cambria"/>
            <w:sz w:val="20"/>
            <w:color w:val="FFFFFF"/>
            <w:u/>
          </w:rPr>
          <w:t xml:space="preserve">Einstein's theory of General Relativity.  Until 2019, the existence of black holes was known, but never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actually seen. So how did we know where to look? Even though we can't actually see the black hole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though it may be millions of light years away, we can observe how bodies of mass interact with it,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it affects the space around it, the energy that is dissipated from the black hole, and other signatures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its existence.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GME MOASS is like a black hole in more ways than one. We can only speculate on what is happening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how the different entities in this system are interacting. Let's revisit my earlier post with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data points.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Who Are the Entities Circling this Black Hole?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82">
        <w:r>
          <w:rPr>
            <w:rFonts w:ascii="Cambria" w:hAnsi="Cambria"/>
            <w:sz w:val="20"/>
            <w:color w:val="FFFFFF"/>
            <w:u/>
          </w:rPr>
          <w:t xml:space="preserve">On APR13, u/jamiegirl21 posted this S-4 filing for a merger with Apex Clearing.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out page 84: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112009"/>
            <wp:docPr id="245" name="Picture 2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20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left="601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"Apex, along with over 30 other brokerages...including...Citadel and DTCC engaged in a coordinated conspiracy..."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this is </w:t>
      </w:r>
      <w:r>
        <w:rPr>
          <w:rFonts w:ascii="Cambria" w:hAnsi="Cambria"/>
          <w:b w:val="0"/>
          <w:i/>
          <w:color w:val="FFFFFF"/>
          <w:sz w:val="20"/>
          <w:u w:val="none"/>
        </w:rPr>
        <w:t>alleged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the moment, what is clear is that some law firm(s) believes that there is a case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against multiple entities -- including the DTCC -- for conspiring to shut down the JAN28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 aside the idea that Citadel or the GME shorts alone can suppress the price of GME; if that were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case, we would not have even had the JAN and FEB spikes in the first place since Citadel and the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alone could have stopped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As I have mentioned in my previous posts, rather than thinking of the situation as "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Citadel is shorting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market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" or "</w:t>
      </w:r>
      <w:r>
        <w:rPr>
          <w:rFonts w:ascii="Cambria" w:hAnsi="Cambria"/>
          <w:b w:val="0"/>
          <w:i/>
          <w:color w:val="FFFFFF"/>
          <w:sz w:val="20"/>
          <w:u w:val="none"/>
        </w:rPr>
        <w:t>It's a battle between Short HF and Long Whales!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" to "</w:t>
      </w:r>
      <w:r>
        <w:rPr>
          <w:rFonts w:ascii="Cambria" w:hAnsi="Cambria"/>
          <w:b w:val="0"/>
          <w:i/>
          <w:color w:val="FFFFFF"/>
          <w:sz w:val="20"/>
          <w:u w:val="none"/>
        </w:rPr>
        <w:t>DTC, OCC, SEC,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and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 shorts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preparing for the squeeze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</w:t>
      </w:r>
    </w:p>
    <w:p>
      <w:bookmarkStart w:id="323" w:name="pg32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2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Literally every major entity in global banking is entangled in this through the DTCC. Even the non-DTCC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members are entangled as they use DTCC members for clearing their trades.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646">
        <w:r>
          <w:rPr>
            <w:rFonts w:ascii="Cambria" w:hAnsi="Cambria"/>
            <w:sz w:val="20"/>
            <w:color w:val="FFFFFF"/>
            <w:u/>
          </w:rPr>
          <w:t xml:space="preserve">DTC: https://www.dtcc.com/-/media/Files/Downloads/client-center/DTC/alpha.pdf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37">
        <w:r>
          <w:rPr>
            <w:rFonts w:ascii="Cambria" w:hAnsi="Cambria"/>
            <w:sz w:val="20"/>
            <w:color w:val="FFFFFF"/>
            <w:u/>
          </w:rPr>
          <w:t xml:space="preserve">OCC: https://www.theocc.com/Company-Information/Member-Directory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a cross section: </w:t>
      </w:r>
    </w:p>
    <w:p>
      <w:pPr>
        <w:keepLines w:val="0"/>
        <w:widowControl w:val="0"/>
        <w:tabs>
          <w:tab w:pos="881" w:val="left"/>
          <w:tab w:pos="2757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/>
          <w:color w:val="FFFFFF"/>
          <w:sz w:val="23"/>
          <w:u w:val="none"/>
        </w:rPr>
        <w:t>Member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/>
          <w:color w:val="FFFFFF"/>
          <w:sz w:val="23"/>
          <w:u w:val="none"/>
        </w:rPr>
        <w:t>DTC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/>
          <w:i/>
          <w:color w:val="FFFFFF"/>
          <w:sz w:val="23"/>
          <w:u w:val="none"/>
        </w:rPr>
        <w:t>OCC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4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Apex Clearing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4" w:after="0" w:lineRule="exact" w:line="282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Barclays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3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Bank of America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Charles Schwab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Citadel Clearing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4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Citadel Securities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Credit Suisse Securities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Deutsche Bank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9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Goldman Sachs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3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Interactive Brokers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JP Morgan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Merrill Lynch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4" w:after="0" w:lineRule="exact" w:line="282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Robinhood Securities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33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TD Ameritrade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UBS Securities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757" w:val="left"/>
          <w:tab w:pos="3437" w:val="left"/>
        </w:tabs>
        <w:spacing w:before="128" w:after="0" w:lineRule="exact" w:line="287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Vanguard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Segoe UI Emoji" w:hAnsi="Segoe UI Emoji"/>
          <w:b w:val="0"/>
          <w:i w:val="0"/>
          <w:color w:val="FFFFFF"/>
          <w:sz w:val="23"/>
          <w:u w:val="none"/>
        </w:rPr>
        <w:t>✔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spacing w:before="9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How Are They Preparing?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fallout from this squeeze is that there are multiple DTCC members who are going to fail and default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(we'll see some possible evidence of this in a moment). When this happens, the DTCC or corresponding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subsidiary (hereafter just referred to as DTCC) will step in to manage the default through Recovery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Wind Down Procedures which are documented in their member agreements.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squeeze, the DTCC will intervene and provide immediate liquidity when a member defaults.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turn, DTCC will use the assets of the defaulting members as collateral for that liquidity (which itself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originate outside of DTCC). Those assets from the defaulting member will then be auctioned off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recover those loans. </w:t>
      </w:r>
    </w:p>
    <w:p>
      <w:bookmarkStart w:id="324" w:name="pg323"/>
      <w:pPr>
        <w:keepLines w:val="0"/>
        <w:pageBreakBefore/>
        <w:widowControl w:val="0"/>
        <w:spacing w:before="0" w:after="0"/>
        <w:jc w:val="center"/>
      </w:pPr>
      <w:bookmarkEnd w:id="324"/>
      <w:r>
        <w:drawing>
          <wp:inline xmlns:a="http://schemas.openxmlformats.org/drawingml/2006/main" xmlns:pic="http://schemas.openxmlformats.org/drawingml/2006/picture">
            <wp:extent cx="5943600" cy="3999229"/>
            <wp:docPr id="246" name="Picture 2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9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left="10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SR-OCC-2021-004 page 4: "OCC is proposing...to clarify and further facilitate the process of on-boarding Clearing Members and </w:t>
      </w:r>
    </w:p>
    <w:p>
      <w:pPr>
        <w:keepLines w:val="0"/>
        <w:widowControl w:val="0"/>
        <w:spacing w:before="116" w:after="0" w:lineRule="exact" w:line="199"/>
        <w:ind w:left="426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non-Clearing Members as potential bidders in future auctions of a suspended Clearing Member's remaining portfolio" </w:t>
      </w:r>
    </w:p>
    <w:p>
      <w:bookmarkStart w:id="325" w:name="pg324"/>
      <w:pPr>
        <w:keepLines w:val="0"/>
        <w:pageBreakBefore/>
        <w:widowControl w:val="0"/>
        <w:spacing w:before="0" w:after="0"/>
        <w:jc w:val="center"/>
      </w:pPr>
      <w:bookmarkEnd w:id="325"/>
      <w:r>
        <w:drawing>
          <wp:inline xmlns:a="http://schemas.openxmlformats.org/drawingml/2006/main" xmlns:pic="http://schemas.openxmlformats.org/drawingml/2006/picture">
            <wp:extent cx="5943600" cy="4004945"/>
            <wp:docPr id="247" name="Picture 2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4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left="3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SR-DTC-2021-004 page 11: "...to address losses arising out of the default of a DTC Participant...[t]he proposed rule change would </w:t>
      </w:r>
    </w:p>
    <w:p>
      <w:pPr>
        <w:keepLines w:val="0"/>
        <w:widowControl w:val="0"/>
        <w:spacing w:before="116" w:after="0" w:lineRule="exact" w:line="199"/>
        <w:ind w:left="4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add a sentence...DTC may, in extreme circumstances, borrow net credits from Participants secured by collateral of the defaulting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Participant" </w:t>
      </w:r>
    </w:p>
    <w:p>
      <w:pPr>
        <w:keepLines w:val="0"/>
        <w:widowControl w:val="0"/>
        <w:spacing w:before="433" w:after="0" w:lineRule="exact" w:line="246"/>
        <w:ind w:left="0" w:right="-60"/>
      </w:pPr>
      <w:hyperlink r:id="rId740">
        <w:r>
          <w:rPr>
            <w:rFonts w:ascii="Cambria" w:hAnsi="Cambria"/>
            <w:sz w:val="20"/>
            <w:color w:val="FFFFFF"/>
            <w:u/>
          </w:rPr>
          <w:t xml:space="preserve">If you are interested in diving deeper into this, check out my earlier post on the topic.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let's talk about </w:t>
      </w:r>
      <w:r>
        <w:rPr>
          <w:rFonts w:ascii="Cambria" w:hAnsi="Cambria"/>
          <w:b/>
          <w:i w:val="0"/>
          <w:color w:val="FFFFFF"/>
          <w:sz w:val="20"/>
          <w:u w:val="none"/>
        </w:rPr>
        <w:t>why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this is interesting.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generally three views on what is about to happen: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entire system and the banks are going to go belly up because of the scenario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described in the Everything Short DD so these additional billions are to buffer them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collapse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banks are reacting to increased liquidity requirements stemming from last year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expiration of SLR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few entities are probably going to collapse due to overexposed positions and other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entities are moving into position to profit from that collapse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sense is that #1 is a bit too extreme. Having gone through 2001 and 2008, I have learned one lesson: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rich will not allow themselves and this system that props them up to fail because they are dependent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this system to support their bottom lines and lifestyles. </w:t>
      </w:r>
      <w:r>
        <w:rPr>
          <w:rFonts w:ascii="Cambria" w:hAnsi="Cambria"/>
          <w:b/>
          <w:i w:val="0"/>
          <w:color w:val="FFFFFF"/>
          <w:sz w:val="20"/>
          <w:u w:val="none"/>
        </w:rPr>
        <w:t>What alternative do they have?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Yuan?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Euro? The GBP? The Yen? The Ruble? Crypto? What are you going to do with that Doge or Bitcoin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can't convert it to an actual currency? How are you going to buy your lattes from Starbucks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Doge? There is no alternative. </w:t>
      </w:r>
    </w:p>
    <w:p>
      <w:bookmarkStart w:id="326" w:name="pg32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2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said, we are at a nexus of multiple blows potentially impacting these financial institutions and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just one possible primer that sets off the chain reaction.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it is most likely a combination of #2 and #3. What if: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are a non-defaulting member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know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there are going to be member defaults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know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that there will be an auction for their assets at a market discount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would </w:t>
      </w:r>
      <w:r>
        <w:rPr>
          <w:rFonts w:ascii="Cambria" w:hAnsi="Cambria"/>
          <w:b/>
          <w:i w:val="0"/>
          <w:color w:val="FFFFFF"/>
          <w:sz w:val="20"/>
          <w:u w:val="none"/>
        </w:rPr>
        <w:t>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prepare for this? Perhaps you'd want to have cash on hand to meet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and emerge from any collapse flush with assets? How might you go about this?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41">
        <w:r>
          <w:rPr>
            <w:rFonts w:ascii="Cambria" w:hAnsi="Cambria"/>
            <w:sz w:val="20"/>
            <w:color w:val="FFFFFF"/>
            <w:u/>
          </w:rPr>
          <w:t xml:space="preserve">What if you're Goldman Sachs? Wouldn't it be nice to have an extra $10.6B cash on </w:t>
        </w:r>
      </w:hyperlink>
    </w:p>
    <w:p>
      <w:pPr>
        <w:keepLines w:val="0"/>
        <w:widowControl w:val="0"/>
        <w:spacing w:before="69" w:after="0" w:lineRule="exact" w:line="246"/>
        <w:ind w:left="1201" w:right="-60"/>
      </w:pPr>
      <w:hyperlink r:id="rId741">
        <w:r>
          <w:rPr>
            <w:rFonts w:ascii="Cambria" w:hAnsi="Cambria"/>
            <w:sz w:val="20"/>
            <w:color w:val="FFFFFF"/>
            <w:u/>
          </w:rPr>
          <w:t xml:space="preserve">hand?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42">
        <w:r>
          <w:rPr>
            <w:rFonts w:ascii="Cambria" w:hAnsi="Cambria"/>
            <w:sz w:val="20"/>
            <w:color w:val="FFFFFF"/>
            <w:u/>
          </w:rPr>
          <w:t xml:space="preserve">What if you're JP Morgan? How does $13B of cash sound?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43">
        <w:r>
          <w:rPr>
            <w:rFonts w:ascii="Cambria" w:hAnsi="Cambria"/>
            <w:sz w:val="20"/>
            <w:color w:val="FFFFFF"/>
            <w:u/>
          </w:rPr>
          <w:t xml:space="preserve">What if you're Bank of America? Why not add $15B to your warchest?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44">
        <w:r>
          <w:rPr>
            <w:rFonts w:ascii="Cambria" w:hAnsi="Cambria"/>
            <w:sz w:val="20"/>
            <w:color w:val="FFFFFF"/>
            <w:u/>
          </w:rPr>
          <w:t xml:space="preserve">What if you're Morgan Stanley? How about loading up on $5B?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745">
        <w:r>
          <w:rPr>
            <w:rFonts w:ascii="Cambria" w:hAnsi="Cambria"/>
            <w:sz w:val="20"/>
            <w:color w:val="FFFFFF"/>
            <w:u/>
          </w:rPr>
          <w:t xml:space="preserve">Then there's the curious case of the increased short volume of BlackRock's IXG ETF which is a basket of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745">
        <w:r>
          <w:rPr>
            <w:rFonts w:ascii="Cambria" w:hAnsi="Cambria"/>
            <w:sz w:val="20"/>
            <w:color w:val="FFFFFF"/>
            <w:u/>
          </w:rPr>
          <w:t xml:space="preserve">finance and banking stocks.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important is to understand the difference between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 interest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volume</w:t>
      </w:r>
      <w:hyperlink r:id="rId746">
        <w:r>
          <w:rPr>
            <w:rFonts w:ascii="Cambria" w:hAnsi="Cambria"/>
            <w:sz w:val="20"/>
            <w:color w:val="FFFFFF"/>
            <w:u/>
          </w:rPr>
          <w:t xml:space="preserve">. Squeezemetrics' white paper does a great job of explaining this: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405254"/>
            <wp:docPr id="248" name="Picture 2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52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"Thus short volume is actually representative of investor buying volume"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purpose of a Market Maker is to provide liquidity. Say you want to buy a bunch of IXG. Rather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waiting precisely for a seller of the same exact block size to enter a sell order that mirrors your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order, they create the short (an "IOU") and hand you the shares and then close the IOU when they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round up the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Thus this increase in short volume indicates demand for IXG which the Market Maker is fulfilling using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which they will balance by buying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u/choompop highlights something interesting about IXG: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Berkshire Hathaway, </w:t>
      </w:r>
      <w:r>
        <w:rPr>
          <w:rFonts w:ascii="Cambria" w:hAnsi="Cambria"/>
          <w:b/>
          <w:i w:val="0"/>
          <w:color w:val="FFFFFF"/>
          <w:sz w:val="20"/>
          <w:u w:val="none"/>
        </w:rPr>
        <w:t>JPMorgan Chase &amp; Co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Bank of America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AIA Group, Wells Fargo, Citigroup HSBC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Holdings, Royal Bank of Canada, </w:t>
      </w:r>
      <w:r>
        <w:rPr>
          <w:rFonts w:ascii="Cambria" w:hAnsi="Cambria"/>
          <w:b/>
          <w:i w:val="0"/>
          <w:color w:val="FFFFFF"/>
          <w:sz w:val="20"/>
          <w:u w:val="none"/>
        </w:rPr>
        <w:t>Morgan Stanley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Commonwealth Bank of America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Twist: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2nd largest institutional owner of JPMorgan is Black Rock Inc. with 192 million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3rd largest institutional owner of Bank of America is Black Rock Inc. with 509 million shares.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might be thinking of the DD highlighting that Warren Buffett dumped many bank stocks over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 year, but keep in mind that he also notoriously dumped airline stocks near their lows at the outset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pandemic. </w:t>
      </w:r>
    </w:p>
    <w:p>
      <w:bookmarkStart w:id="327" w:name="pg326"/>
      <w:pPr>
        <w:keepLines w:val="0"/>
        <w:pageBreakBefore/>
        <w:widowControl w:val="0"/>
        <w:spacing w:before="22" w:after="0" w:lineRule="exact" w:line="368"/>
        <w:ind w:left="0" w:right="-60"/>
      </w:pPr>
      <w:bookmarkEnd w:id="327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How Do They Know There Will Be a Default and Who Will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Default?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can we know which of those two scenarios above is more likely? No one can say with certainty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will happen except for a few very privileged insiders. Everything I've hypothesized can get blown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away tomorrow. But we can consider some of the evidence that we </w:t>
      </w:r>
      <w:r>
        <w:rPr>
          <w:rFonts w:ascii="Cambria" w:hAnsi="Cambria"/>
          <w:b w:val="0"/>
          <w:i/>
          <w:color w:val="FFFFFF"/>
          <w:sz w:val="20"/>
          <w:u w:val="none"/>
        </w:rPr>
        <w:t>can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observe and see where it leads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Tucked into SR-DTC-2021-004 is an interesting bit of text on page 12: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790064"/>
            <wp:docPr id="249" name="Picture 2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0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left="29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SR-DTC-2021-004 page 12: "in light of observations from simulation of Participant defaults" and "multi-member closeout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simulation exercise"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have an existing model that they can use to simulate market conditions and it is possible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already simulated the squeeze and the aftermath. My assumption is that they also have some idea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probabilities of which of their member entities are going to fail, when they will fail, how they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fail, and how much liquidity they need to contain these defaults.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This proposed change would "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shift the timing of management's review of the Corridor Indicators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related metrics from annually to biennially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What are these Corridor Indicators?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62884"/>
            <wp:docPr id="250" name="Picture 2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2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28" w:name="pg327"/>
      <w:pPr>
        <w:keepLines w:val="0"/>
        <w:pageBreakBefore/>
        <w:widowControl w:val="0"/>
        <w:spacing w:before="114" w:after="0" w:lineRule="exact" w:line="199"/>
        <w:ind w:left="140" w:right="-60"/>
      </w:pPr>
      <w:bookmarkEnd w:id="328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SR-DTC-2021-004 page 12: "Corridor Indicators include, for example, the effectiveness and speed of DTC's efforts to liquidate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Collateral securities...due to any Participant Default"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key indicator called out as an example is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how quickly DTC can liquidate a defaulting member's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collateral assets.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don't know who will default, but I think that DTCC members have an idea.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that.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SR-DTC-2021-004 was filed on </w:t>
      </w:r>
      <w:r>
        <w:rPr>
          <w:rFonts w:ascii="Cambria" w:hAnsi="Cambria"/>
          <w:b/>
          <w:i w:val="0"/>
          <w:color w:val="FFFFFF"/>
          <w:sz w:val="20"/>
          <w:u w:val="none"/>
        </w:rPr>
        <w:t>2021MAR29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effective immediately.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have long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planning for the defaults that will occur as a result of the squeeze.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course, models can be wrong. I have read in Michael Lewis' </w:t>
      </w:r>
      <w:r>
        <w:rPr>
          <w:rFonts w:ascii="Cambria" w:hAnsi="Cambria"/>
          <w:b w:val="0"/>
          <w:i/>
          <w:color w:val="FFFFFF"/>
          <w:sz w:val="20"/>
          <w:u w:val="none"/>
        </w:rPr>
        <w:t>Panic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the financial models involved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2008 collapse didn't account for the fact that real estate value could go down and the effect of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downturn on over-leveraged positions.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What Does This Have To Do With Trading Sideways? </w:t>
      </w:r>
    </w:p>
    <w:p>
      <w:pPr>
        <w:keepLines w:val="0"/>
        <w:widowControl w:val="0"/>
        <w:spacing w:before="72" w:after="0" w:lineRule="exact" w:line="246"/>
        <w:ind w:left="0" w:right="-60"/>
      </w:pPr>
      <w:hyperlink r:id="rId750">
        <w:r>
          <w:rPr>
            <w:rFonts w:ascii="Cambria" w:hAnsi="Cambria"/>
            <w:sz w:val="20"/>
            <w:color w:val="FFFFFF"/>
            <w:u/>
          </w:rPr>
          <w:t xml:space="preserve">Two weeks ago, I posted Why are we trading sideways? Why is the borrow rate so low? When will we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moon? because I was puzzled why we seemed to be stuck in a monetary Lagrange Point and I stated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you can take away from this is that we will not see significant price movement up or down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foreseeable future until OCC-004 and OCC-003 are in place; you are literally fighting against all of Wall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Street, even the GME long institutions. There is literally no point buying deep OTM options until there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whiff of OCC-004 and OCC-003 getting close to implementation. We will keep trading sideways,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rate will be inexplicably low, volume will be absent, etc. until DTC and OCC members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protected and they let off the brakes; Citadel and GME shorts are not and have not been in control. DTC,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OCC, and all non-defaulting members have been preparing for the default of GME shorts.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that time, we've had the drop to $140 and then more or less back into a stasis point. Millions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options will have expired OTM.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had pointed out the timing and coordination of the two prior drops and now we have a third set of data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points to consider: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dip to $120 coordinated with the Q4 earnings and an almost immediate return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stasis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dip to $160 coordinated with the positive Q1 preliminary results and an almost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immediate return to stasis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now the slow dip to $140 possibly coordinated with: 1) Melvin's Q1 results, 2)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Sherman being denied his shares and being replaced, 3) the early discharge of their long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term debt, and 4) DFV's options being exercised.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it appears we're back to sitting in a new Lagrange Point and trading sideways again. </w:t>
      </w:r>
    </w:p>
    <w:p>
      <w:bookmarkStart w:id="329" w:name="pg328"/>
      <w:pPr>
        <w:keepLines w:val="0"/>
        <w:pageBreakBefore/>
        <w:widowControl w:val="0"/>
        <w:spacing w:before="0" w:after="0"/>
        <w:jc w:val="center"/>
      </w:pPr>
      <w:bookmarkEnd w:id="329"/>
      <w:r>
        <w:drawing>
          <wp:inline xmlns:a="http://schemas.openxmlformats.org/drawingml/2006/main" xmlns:pic="http://schemas.openxmlformats.org/drawingml/2006/picture">
            <wp:extent cx="5943600" cy="3504565"/>
            <wp:docPr id="251" name="Picture 2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4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left="14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Is this a Long Whale inflicting "max pain"? Or simply multiple parties conspiring to establish "max stability"; to keep us in this </w:t>
      </w:r>
    </w:p>
    <w:p>
      <w:pPr>
        <w:keepLines w:val="0"/>
        <w:widowControl w:val="0"/>
        <w:spacing w:before="116" w:after="0" w:lineRule="exact" w:line="199"/>
        <w:ind w:left="11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Lagrange Point while waiting for all of the firewalls to be in place and positioning to profit from this event before we ignite the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boosters?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I've stated before, I think that the variety of tools that we see at play are all part of the arsenal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deployed by multiple parties coordinating to keep this strapped down until the non-defaulting members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firewalled. The deep ITM calls, the dark pool trades, all of it is plainly visible to DTCC and the SEC yet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action is being taken.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52">
        <w:r>
          <w:rPr>
            <w:rFonts w:ascii="Cambria" w:hAnsi="Cambria"/>
            <w:sz w:val="20"/>
            <w:color w:val="FFFFFF"/>
            <w:u/>
          </w:rPr>
          <w:t xml:space="preserve">DFV's tweet on APR08 is very interesting (turn on audio):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is this happening to me?"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"It's OK bud, it's just from the medicine, OK"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"Is this going to be forever?"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"No, it won't be forever"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these SRs "the medicine" that we're waiting for "forever"?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if we look at the actions over the last few weeks -- for example, the additional liquidity acquired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recent weeks by some of the major entities like Goldman Sachs and JP Morgan -- it seems exceedingly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plausible that everyone wanted time to prepare for this event, especially because of the expiration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SLR and the approaching date of the SEC memo that goes into effect on APR22 converging in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window.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What About the Share Recall or [INSERT CATALYST]?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conjecture has always been that we will be waiting for SR-OCC-2021-003 and SR-OCC-2021-004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long as possible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because these two codify key changes to the OCC member agreement to contain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fallout of the defaulting members. </w:t>
      </w:r>
    </w:p>
    <w:p>
      <w:bookmarkStart w:id="330" w:name="pg32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3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particular, SR-OCC-2021-004 has a very curious proposed change on page 5: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060190"/>
            <wp:docPr id="252" name="Picture 2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0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left="21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SR-OCC-2021-004 page 5: "OCC proposes to eliminate the pre-qualification requirements related to non-Clearing Member's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trading experience" </w:t>
      </w:r>
    </w:p>
    <w:p>
      <w:pPr>
        <w:keepLines w:val="0"/>
        <w:widowControl w:val="0"/>
        <w:spacing w:before="433" w:after="0" w:lineRule="exact" w:line="246"/>
        <w:ind w:left="0" w:right="-60"/>
      </w:pPr>
      <w:hyperlink r:id="rId754">
        <w:r>
          <w:rPr>
            <w:rFonts w:ascii="Cambria" w:hAnsi="Cambria"/>
            <w:sz w:val="20"/>
            <w:color w:val="FFFFFF"/>
            <w:u/>
          </w:rPr>
          <w:t xml:space="preserve">Which basically blows the auction process wide open and allows a much broader array of bidders to the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auction. Remember: Fidelity and BlackRock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members of OCC but now they get a streamlined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path to the auction.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that in an </w:t>
      </w:r>
      <w:r>
        <w:rPr>
          <w:rFonts w:ascii="Cambria" w:hAnsi="Cambria"/>
          <w:b w:val="0"/>
          <w:i/>
          <w:color w:val="FFFFFF"/>
          <w:sz w:val="20"/>
          <w:u w:val="none"/>
        </w:rPr>
        <w:t>ideal world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BR and Cohen want to wait until SR-OCC-2021-004 is codified to launch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 fact, perhaps thought that everything could have been finalized by now and they would be 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ignite this launch sequence. SIG threw a wrench into this by objecting to SR-OCC-2021-003, thereby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pushing out its finalization which </w:t>
      </w:r>
      <w:r>
        <w:rPr>
          <w:rFonts w:ascii="Cambria" w:hAnsi="Cambria"/>
          <w:b/>
          <w:i w:val="0"/>
          <w:color w:val="FFFFFF"/>
          <w:sz w:val="20"/>
          <w:u w:val="none"/>
        </w:rPr>
        <w:t>would have been APR10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(45 calendar days from FEB24) setting 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 potentially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this week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004 had also been finalized but now could go out to MAY31.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are now running into the issue of the calendar and the shareholder meeting since some number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will likely have to be recalled in the next few days.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What Will BlackRock and GME Longs Do?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where it gets interesting.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55">
        <w:r>
          <w:rPr>
            <w:rFonts w:ascii="Cambria" w:hAnsi="Cambria"/>
            <w:sz w:val="20"/>
            <w:color w:val="FFFFFF"/>
            <w:u/>
          </w:rPr>
          <w:t xml:space="preserve">Here's Larry Fink, CEO of BlackRock on CNBC talking about Reddit and GameStop: </w:t>
        </w:r>
      </w:hyperlink>
    </w:p>
    <w:p>
      <w:bookmarkStart w:id="331" w:name="pg330"/>
      <w:pPr>
        <w:keepLines w:val="0"/>
        <w:pageBreakBefore/>
        <w:widowControl w:val="0"/>
        <w:spacing w:before="0" w:after="0"/>
        <w:jc w:val="center"/>
      </w:pPr>
      <w:bookmarkEnd w:id="331"/>
      <w:r>
        <w:drawing>
          <wp:inline xmlns:a="http://schemas.openxmlformats.org/drawingml/2006/main" xmlns:pic="http://schemas.openxmlformats.org/drawingml/2006/picture">
            <wp:extent cx="5943600" cy="3366770"/>
            <wp:docPr id="253" name="Picture 2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"...reddit and gamestop and what does that mean with our clients either..."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BlackRock knows what's going on at the highest levels.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57">
        <w:r>
          <w:rPr>
            <w:rFonts w:ascii="Cambria" w:hAnsi="Cambria"/>
            <w:sz w:val="20"/>
            <w:color w:val="FFFFFF"/>
            <w:u/>
          </w:rPr>
          <w:t xml:space="preserve">I have a hunch that the early payoff of GME's long term debt may not have been the initial plan because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perhaps they were going to use the share recalls to trigger the squeeze. But I think that there's a chance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we may see BR and other institutional longs choose to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recall their shares OR wait until the last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possible moment to execute the recall because it's too early to launch.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With the delay in SR-OCC-2021-003, this may have forced them to put another tool into play: the crypto-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dividend by taking a page out of the Overstock playbook. Thus they prepared this play at the cost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$216M so that they have another tool to be able to initiate the squeeze if they do not recall their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that GME board will delay action as long as possible because the conditions are simply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favorable at the moment. They were even less favorable in JAN, but it is possible that at that time, no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quite knew the full depth of the situation otherwise the same shenanigans going on now would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happened in JAN and FEB. Prior to JAN28, the assumption may have been that a few small HFs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fail. After JAN28, it was clear that the stakes were much, much higher and I have an idea why we've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sideways since MAR16.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What Happened on March 16 and Why Have We Traded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Sideways Since?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758">
        <w:r>
          <w:rPr>
            <w:rFonts w:ascii="Cambria" w:hAnsi="Cambria"/>
            <w:sz w:val="20"/>
            <w:color w:val="FFFFFF"/>
            <w:u/>
          </w:rPr>
          <w:t xml:space="preserve">SR-DTC-2021-003 on MAR16: </w:t>
        </w:r>
      </w:hyperlink>
    </w:p>
    <w:p>
      <w:bookmarkStart w:id="332" w:name="pg331"/>
      <w:pPr>
        <w:keepLines w:val="0"/>
        <w:pageBreakBefore/>
        <w:widowControl w:val="0"/>
        <w:spacing w:before="0" w:after="0"/>
        <w:jc w:val="center"/>
      </w:pPr>
      <w:bookmarkEnd w:id="332"/>
      <w:r>
        <w:drawing>
          <wp:inline xmlns:a="http://schemas.openxmlformats.org/drawingml/2006/main" xmlns:pic="http://schemas.openxmlformats.org/drawingml/2006/picture">
            <wp:extent cx="5943600" cy="1882775"/>
            <wp:docPr id="254" name="Picture 2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2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SR-DTC-2021-003 was effective immediately on MAR16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key change is that DTC Participants were required to reconcile and confirm their records of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with the DTC's records of their positions on a </w:t>
      </w:r>
      <w:r>
        <w:rPr>
          <w:rFonts w:ascii="Cambria" w:hAnsi="Cambria"/>
          <w:b/>
          <w:i w:val="0"/>
          <w:color w:val="FFFFFF"/>
          <w:sz w:val="20"/>
          <w:u w:val="none"/>
        </w:rPr>
        <w:t>monthly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basis prior to SR-DTC-2021-003.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SR-DTC-2021-003? The Participants have to reconcile and confirm their positions on a </w:t>
      </w:r>
      <w:r>
        <w:rPr>
          <w:rFonts w:ascii="Cambria" w:hAnsi="Cambria"/>
          <w:b/>
          <w:i w:val="0"/>
          <w:color w:val="FFFFFF"/>
          <w:sz w:val="20"/>
          <w:u w:val="none"/>
        </w:rPr>
        <w:t>daily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basis.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let's look at the data: </w:t>
      </w:r>
    </w:p>
    <w:p>
      <w:pPr>
        <w:keepLines w:val="0"/>
        <w:widowControl w:val="0"/>
        <w:tabs>
          <w:tab w:pos="255" w:val="left"/>
          <w:tab w:pos="1131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/>
          <w:color w:val="FFFFFF"/>
          <w:sz w:val="23"/>
          <w:u w:val="none"/>
        </w:rPr>
        <w:t>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/>
          <w:color w:val="FFFFFF"/>
          <w:sz w:val="23"/>
          <w:u w:val="none"/>
        </w:rPr>
        <w:t>Open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/>
          <w:i/>
          <w:color w:val="FFFFFF"/>
          <w:sz w:val="23"/>
          <w:u w:val="none"/>
        </w:rPr>
        <w:t>High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/>
          <w:i/>
          <w:color w:val="FFFFFF"/>
          <w:sz w:val="23"/>
          <w:u w:val="none"/>
        </w:rPr>
        <w:t>Low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/>
          <w:i/>
          <w:color w:val="FFFFFF"/>
          <w:sz w:val="23"/>
          <w:u w:val="none"/>
        </w:rPr>
        <w:t>Close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1932" w:val="left"/>
          <w:tab w:pos="2687" w:val="left"/>
          <w:tab w:pos="336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277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283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206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220 </w:t>
      </w:r>
    </w:p>
    <w:p>
      <w:pPr>
        <w:keepLines w:val="0"/>
        <w:widowControl w:val="0"/>
        <w:tabs>
          <w:tab w:pos="130" w:val="left"/>
          <w:tab w:pos="1932" w:val="left"/>
          <w:tab w:pos="2687" w:val="left"/>
          <w:tab w:pos="3367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MAR16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203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172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208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we have since then largely been in that sideways zone with a few days of movement since.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allowed all parties to see the deck that they are working with because previously, Citadel could try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to "clean things up" before the monthly reconciliation. Prior to SR-DTC-2021-003, this was to occur "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later than the 10th business day after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the last Friday of the month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(page 5). You might be thinking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"what's the last Friday of January"? </w:t>
      </w:r>
    </w:p>
    <w:p>
      <w:bookmarkStart w:id="333" w:name="pg332"/>
      <w:pPr>
        <w:keepLines w:val="0"/>
        <w:pageBreakBefore/>
        <w:widowControl w:val="0"/>
        <w:spacing w:before="0" w:after="0"/>
        <w:jc w:val="center"/>
      </w:pPr>
      <w:bookmarkEnd w:id="333"/>
      <w:r>
        <w:drawing>
          <wp:inline xmlns:a="http://schemas.openxmlformats.org/drawingml/2006/main" xmlns:pic="http://schemas.openxmlformats.org/drawingml/2006/picture">
            <wp:extent cx="2742564" cy="2891154"/>
            <wp:docPr id="255" name="Picture 2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2742564" cy="2891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left="5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January 29th was the last Friday. Could the squeeze on the 28th been a result of Citadel starting to reconcile their positions with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DTC?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 JAN28 event may have been caused by Citadel starting the process of reconciling their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submit and confirm with the DTC.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After JAN28, all parties had a sense of the magnitude of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event but probably could not get enough transparency to make the right decisions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wouldn't Citadel just continue to "fudge" their books? There's something interesting on page 12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13 of SR-DTC-2021-003 which gets referenced again in SR-DTC-2021-004 which is filed 13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later. Here is the text of the existing member agreement on page 12: </w:t>
      </w:r>
    </w:p>
    <w:p>
      <w:bookmarkStart w:id="334" w:name="pg333"/>
      <w:pPr>
        <w:keepLines w:val="0"/>
        <w:pageBreakBefore/>
        <w:widowControl w:val="0"/>
        <w:spacing w:before="0" w:after="0"/>
        <w:jc w:val="center"/>
      </w:pPr>
      <w:bookmarkEnd w:id="334"/>
      <w:r>
        <w:drawing>
          <wp:inline xmlns:a="http://schemas.openxmlformats.org/drawingml/2006/main" xmlns:pic="http://schemas.openxmlformats.org/drawingml/2006/picture">
            <wp:extent cx="5943600" cy="3896995"/>
            <wp:docPr id="256" name="Picture 2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6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SR-DTC-2021-003 page 12: the original text which gets replaced.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text that replaces it on page 13: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45104"/>
            <wp:docPr id="257" name="Picture 2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SR-DTC-2021-003 page 13: note the underlined text which was added.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let's look at a piece of text in SR-DTC-2021-004 on page 9: </w:t>
      </w:r>
    </w:p>
    <w:p>
      <w:bookmarkStart w:id="335" w:name="pg334"/>
      <w:pPr>
        <w:keepLines w:val="0"/>
        <w:pageBreakBefore/>
        <w:widowControl w:val="0"/>
        <w:spacing w:before="0" w:after="0"/>
        <w:jc w:val="center"/>
      </w:pPr>
      <w:bookmarkEnd w:id="335"/>
      <w:r>
        <w:drawing>
          <wp:inline xmlns:a="http://schemas.openxmlformats.org/drawingml/2006/main" xmlns:pic="http://schemas.openxmlformats.org/drawingml/2006/picture">
            <wp:extent cx="5943600" cy="5828665"/>
            <wp:docPr id="258" name="Picture 2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86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SR-DTC-2021-004 page 9: notice the addition of the text "on the issuer's books and records"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other words, DTC is highlighting that it will only release dividends, interest, other distributions,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  <w:r>
        <w:rPr>
          <w:rFonts w:ascii="Cambria" w:hAnsi="Cambria"/>
          <w:b w:val="0"/>
          <w:i/>
          <w:color w:val="FFFFFF"/>
          <w:sz w:val="20"/>
          <w:u w:val="none"/>
        </w:rPr>
        <w:t>redemption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any securities it has on record. 003 and 004 fit together to clarify that DTC will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payments for anything that is not reconciled with their systems.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TL;DR. So...What Ape Do?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Same as always: </w:t>
      </w:r>
      <w:r>
        <w:rPr>
          <w:rFonts w:ascii="Cambria" w:hAnsi="Cambria"/>
          <w:b/>
          <w:i w:val="0"/>
          <w:color w:val="FFFFFF"/>
          <w:sz w:val="20"/>
          <w:u w:val="none"/>
        </w:rPr>
        <w:t>HODL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conjecture is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in an ideal world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SR-OCC-2021-004 is the key piece to get into place to re-define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liquidation of failing members. But we may now be pushing up against the calendar and RC, GME,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BR may be forced to play their cards rather than wait. Or I could be wrong and everything gets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blown open tomorrow. </w:t>
      </w:r>
    </w:p>
    <w:p>
      <w:bookmarkStart w:id="336" w:name="pg33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3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I do not buy into much of the technical analysis around this stock, there is something 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interesting if you look at the charts </w:t>
      </w:r>
      <w:r>
        <w:rPr>
          <w:rFonts w:ascii="Cambria" w:hAnsi="Cambria"/>
          <w:b w:val="0"/>
          <w:i/>
          <w:color w:val="FFFFFF"/>
          <w:sz w:val="20"/>
          <w:u w:val="none"/>
        </w:rPr>
        <w:t>and volume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leading into the spike at the end of February and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are now.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47770"/>
            <wp:docPr id="259" name="Picture 2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7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Look at the pattern leading into the February spike and the pattern we're in right now over the past week.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we are getting really close to another big price move. It may or may not be the squeeze, but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a repeat of almost the exact same price movement </w:t>
      </w:r>
      <w:r>
        <w:rPr>
          <w:rFonts w:ascii="Cambria" w:hAnsi="Cambria"/>
          <w:b w:val="0"/>
          <w:i/>
          <w:color w:val="FFFFFF"/>
          <w:sz w:val="20"/>
          <w:u w:val="none"/>
        </w:rPr>
        <w:t>and volume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the last time we moved out of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stasis.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a black hole, we cannot actually see it because even light does not escape, but we can observe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mass bodies around it interact and how it distorts the space that it occupies. The squeeze is there.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best that we can do is to observe how the major players are positioning and preparing.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337" w:name="pg336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337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Holy shit. I was skeptical of all the high ceilings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being thrown out until I put the pieces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together. I honestly think GME is priceless, and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most valuable stock you will ever buy.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Here's the full picture, as I understand it...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716">
        <w:r>
          <w:rPr>
            <w:rFonts w:ascii="Cambria" w:hAnsi="Cambria"/>
            <w:sz w:val="17"/>
            <w:color w:val="FFFFFF"/>
            <w:u/>
          </w:rPr>
          <w:t xml:space="preserve">Possible DD </w:t>
        </w:r>
      </w:hyperlink>
      <w:hyperlink r:id="rId716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716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of all, I’d like to start off by stating this post is completely nonpartisan. GME is not a political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debate, it’s a class war.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let me ask you guys this — how many of you knew that when the pandemic began, the FED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pumped $3 trillion dollars into the markets? I watch the news in the background all day, every day, and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didn’t know at the time when the injections were happening. This news would have been of great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to me since I day trade, so it would not be something that I wasn’t paying attention to. I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simply wasn’t looking in the right places.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may not have been aware of the pump either because they were discreet. MSM that isn't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news never mentioned them. And we were even misled about it. How many times did you hear Trump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brag that markets being at an all-time high? This literally had nothing to do with how well the economy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doing. Or the markets for that matter. The record high is completely artificial.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isn’t a political issue; this is a class issue. What should infuriate you most is that people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literally starving, unable to pay their rent, and job losses were reaching record highs, while 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government withheld aid to desperate Americans, and even took a vacation in the middle of their debate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it. But the Federal Reserve wasted no time (in March 2020) spending trillions of dollars bailing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 banks.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not to protect your retirement accounts. They claimed there was not enough liquidity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markets, and Fed Chair Jerome H. Powell stated he will do whatever it takes to prevent another Great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Depression. But their actions are what is about to cause the next potential Great Depression.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only was $3 trillion pumped into the market, but the Federal Reserve also lent an additional $1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trillion a day to large banks for 14-days. None of that was taxpayer money, by the way. The FED was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printing money. They loaned TRILLIONS OF DOLLARS to big banks, while the U.S. Government told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American people they didn’t even deserve a $600 check of their own, taxpayer money.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banks, investment firms, and hedge funds got too greedy and pumped too much into the market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65">
        <w:r>
          <w:rPr>
            <w:rFonts w:ascii="Cambria" w:hAnsi="Cambria"/>
            <w:sz w:val="20"/>
            <w:color w:val="FFFFFF"/>
            <w:u/>
          </w:rPr>
          <w:t xml:space="preserve">(Here’s what the s&amp;amp;amp;p currently looks like if you haven't seen this image), and the SEC and the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 were complicit. Now, there’s too much liquidity. There is more borrowed money than real cash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and it has no real value. It’s a house of cards, ready to fall at any moment. The wheels are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motion. It is happening. Correction is imminent. </w:t>
      </w:r>
    </w:p>
    <w:p>
      <w:bookmarkStart w:id="338" w:name="pg33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3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realized the market bubble at least 6 months ago. You may have heard that big banks recently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huge record-setting sales last week on bonds and were taking advantage of a recent dip in Treasury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yields. That was a lie. The SEC told brokers that as of April 22nd, they must have the capital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share they borrowed from investors and lent out to hedge funds. So, banks needed billions of extra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on hand by April 22nd or they would have had to recall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personally believe that the crash has begun and has been in motion since early February. I wrote a post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it yesterday, after realizing the trends for every stock on my watchlist have been extremely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unusual. I received hundreds of comments from people saying they’re noticing the same unusual trend.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crash isn’t obvious to the average person because the stock market has continued to report record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highs, every week. However, my trading strategy focuses entirely on penny stocks that are owned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known to manipulate the market. Most stocks I invest in are all complete garbage, but I look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pump and dumps, obvious manipulation patterns, and anticipate runners based on near-identical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charts of multiple companies. So, none of the stocks on my watchlists are in any of the benchmark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indexes like the s&amp;amp;amp;p 500, Nasdaq, and the Dow.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one of the most interesting comments, Comotron explains it perfectly: "High-momentum stocks,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are risky at any time of the market cycle, are particularly so in the weeks prior to a bull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top. There could be a 'smaller dip first, followed by another rise for a few months and finally a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larger correction that officially ends the bull cycle. That’s the conclusion I reached upon analyzing all U.S.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bull markets since 1926. Stocks that are riding a wave of momentum do not crest in unison with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broad market averages. They instead start to lose steam several weeks in advance. It is probably fair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say that "penny stocks" fall into the "high-momentum stocks" category. Either way, based on historical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data, there appear to be credible indicators that suggest a market correction might happen in the near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future.”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information is </w:t>
      </w:r>
      <w:r>
        <w:rPr>
          <w:rFonts w:ascii="Cambria" w:hAnsi="Cambria"/>
          <w:b/>
          <w:i w:val="0"/>
          <w:color w:val="FFFFFF"/>
          <w:sz w:val="20"/>
          <w:u w:val="none"/>
        </w:rPr>
        <w:t>fucking. fascinating.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early December to mid-January, the market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ridiculously bullish. I literally made more money in one month than my annual salary. Then all of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sudden, every single one of my stocks just started trending downward, had a short rise, and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continued to bleed for the past few weeks. All of them. Exactly the same time. And exactly like he said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comment.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has definitely already been a mass sell-off of securities by hedge funds who have lost AT LEAST 70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billion dollars in the past quarter, because of the tremendously dangerous and reckless risks they’ve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taken recently, which alone would have crashed the market without the pump from the Federal Reserve.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 know, the hedge funds knew it would too, but gambled with our money anyway. This is just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beginning. There is a domino effect of bankruptcies on the way for hedge funds.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know the media has recently reported that investment banks and hedge funds had record-breaking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quarters recently. Which, technically they did. But that’s because losses are only reported when you sell.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have not covered any of the short positions yet and are paying millions of dollars every single day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until they do. In fact, capital from the mass sell-off isn’t going towards paying off their debt, millions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dollars are going towards suppressing this information, manipulating the market for more capital,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reducing losses. What they’re doing is completely illegal and the media is not reporting it, the left 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right-wing media. It’s because they’re all controlled by billionaires. In the past three months, I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never seen so much lying and corruption in my life. </w:t>
      </w:r>
    </w:p>
    <w:p>
      <w:bookmarkStart w:id="339" w:name="pg33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3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the SEC’s deadline to secure capital approaches there have been other signs that things are going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blow up very soon. For instance: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announced in a press release that it will award a record-breaking $114 million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whistleblowers whose information and assistance lead to the successful enforcement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SEC and related actions.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Gary Gensler was confirmed as the new chairman of the Securities and Exchange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Commission (SEC) on Wednesday. He was sworn on Saturday. What’s interesting about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is that it’s not typical to be sworn in on Saturdays. The last SEC chairman to be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sworn in on a Saturday was George Bradford Cook, and it was before the Watergate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scandal broke.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all this does break, they will try to change the narrative. They’re going to blame it on retail traders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say overvalued stocks bought during the pandemic caused the crash. Fox will probably even blame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Biden administration. But either way, they’ve already started pushing an alternative narrative.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example, CNN linked an interview with some dude (I really don’t care enough to look for his name 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video, because I don’t find him credible) who owns a market intelligence company. The guy apparently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predicted every single market crash since 1987’s Black Monday. I watched the whole interview, and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went on and on about how there will be a market crash soon and said the reason is that tech stocks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overvalued right now. If he were an actual market expert explaining the upcoming market bubble,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have mentioned any of the information above, but he didn’t. He strictly talked about tech stocks.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yeah, it’s out there. Billionaires control the stock market, media, and our politicians.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don’t know about you guys, but I’m fucking sick of it. And for that, they need to pay.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Ceiling/Floor: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many factors in all this that we need to calculate into our ceiling/floor. First of all, we should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 back the $17 trillion dollar bailout given to banks, that was gambled away recklessly, and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inevitably crash our economy.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$17 trillion / 55.6 million (float) = $303,571.00/share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would be my floor if there was no market bubble. But there is. And it’s their fault. Therefore, 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floor should hold them accountable for the massive amount of money Americans are about to lose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crashes. The only problem (for hedge funds) is that no one knows how much this is going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that reason, I believe GME is priceless. They can't afford to keep the price down, once the squeeze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begins. We literally choose the price. The limit does not exist.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believed it before, but I see it now. And I have all the information, which makes me believe we are owed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money. Not just for past for corruption, but to cover future, unavoidable losses.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ask you all to stop fighting about the floor and ceiling, take down your sell limits, and repeat after me: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“My shares are not for sale.”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Stop thinking about selling. I will remind you again that we own the float. They’re paying millions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dollars in interest each day and will eventually be forced to cover. Force the liquidity to dry up. Watch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orders rise from $1,000, $5,000, $10,000…$1,000,000…because they’re not being filled. </w:t>
      </w:r>
    </w:p>
    <w:p>
      <w:bookmarkStart w:id="340" w:name="pg33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4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when you feel comfortable and believe it’s an amount you deserve. Everyone has different risk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tolerances, not everyone will sell at the same time, and we know the original members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r/wallstreetbets have an extremely and unusually high tolerance for risk. So, trust us and each other.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really is a revolution. As Scaramucci Tweeted, this is like the modern-day French Revolution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finance. Gamestop is a MOTHERFUCKING (Keith) GILL-OTINE.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way.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66">
        <w:r>
          <w:rPr>
            <w:rFonts w:ascii="Cambria" w:hAnsi="Cambria"/>
            <w:sz w:val="20"/>
            <w:color w:val="FFFFFF"/>
            <w:u/>
          </w:rPr>
          <w:t xml:space="preserve">Trust me. Everything is going to be fine.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Since this hit r/all, I thought I would mention that I am a female because WSBs has gotten a lot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criticism about it being a "boys' club". It isn't.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Yo, Mr. Gensler - FOR SOME REASON, Jay Clayton and the mainstream media were unable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figure most of this information out. (I know, crazy!) So, will I be receiving my $114 million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whistleblower check in the mail...or...? Also, Jay Clayton might not be aware he's out of a job yet.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guys may want to let him know. Not on top of things, that one.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$GME - The Mother of All Short Squeezes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(MOASS) Thesis. Summarized and broken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down in a way for all (or most) to understand.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 are in the end-game everyone, and this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rocket is taking off with or without you. If you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want to understand that whole "GME thing"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this is my best shot at explaining it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hyperlink r:id="rId767">
        <w:r>
          <w:rPr>
            <w:rFonts w:ascii="Cambria" w:hAnsi="Cambria"/>
            <w:sz w:val="20"/>
            <w:color w:val="FFFFFF"/>
            <w:u/>
          </w:rPr>
          <w:t xml:space="preserve">moass French Translation, Courtesy of "The Bagguette Guy" </w:t>
        </w:r>
      </w:hyperlink>
    </w:p>
    <w:p>
      <w:pPr>
        <w:keepLines w:val="0"/>
        <w:widowControl w:val="0"/>
        <w:spacing w:before="0" w:after="0" w:lineRule="exact" w:line="387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I. IMPORTANT LINKS FOR NEW MEMBERS TO </w:t>
      </w:r>
      <w:hyperlink r:id="rId140">
        <w:r>
          <w:rPr>
            <w:rFonts w:ascii="Cambria" w:hAnsi="Cambria"/>
            <w:sz w:val="33"/>
            <w:color w:val="FFFFFF"/>
            <w:u/>
          </w:rPr>
          <w:t>r/superstonk</w:t>
        </w:r>
      </w:hyperlink>
      <w:hyperlink r:id="rId140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41">
        <w:r>
          <w:rPr>
            <w:rFonts w:ascii="Cambria" w:hAnsi="Cambria"/>
            <w:sz w:val="20"/>
            <w:color w:val="FFFFFF"/>
            <w:u/>
          </w:rPr>
          <w:t xml:space="preserve">APE Security Protocol (how to secure and protect yourself online)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42">
        <w:r>
          <w:rPr>
            <w:rFonts w:ascii="Cambria" w:hAnsi="Cambria"/>
            <w:sz w:val="20"/>
            <w:color w:val="FFFFFF"/>
            <w:u/>
          </w:rPr>
          <w:t xml:space="preserve">DD Beginners Guide Page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43">
        <w:r>
          <w:rPr>
            <w:rFonts w:ascii="Cambria" w:hAnsi="Cambria"/>
            <w:sz w:val="20"/>
            <w:color w:val="FFFFFF"/>
            <w:u/>
          </w:rPr>
          <w:t xml:space="preserve">Wiki </w:t>
        </w:r>
      </w:hyperlink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II. INTRO / INTENTION OF POST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core intention of this post was to frame the MOASS Thesis in a way that was understandable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individuals inside and outside of the community (especially those who are relatively new to the market). </w:t>
      </w:r>
    </w:p>
    <w:p>
      <w:bookmarkStart w:id="341" w:name="pg34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4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also is intended to serve as a reference to leverage if you are ever trying to explain to someone why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think it is a good investment option.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will give a </w:t>
      </w:r>
      <w:r>
        <w:rPr>
          <w:rFonts w:ascii="Cambria" w:hAnsi="Cambria"/>
          <w:b w:val="0"/>
          <w:i/>
          <w:color w:val="FFFFFF"/>
          <w:sz w:val="20"/>
          <w:u w:val="none"/>
        </w:rPr>
        <w:t>relatively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simplistic breakdown of the current situation and landscape of GameStop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(GME). It will summarize the theory that GME's price will soon reach astronomical levels during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massive short squeeze, AKA "The Mother of all Short Squeezes (MOASS) Thesis". The bulk of this post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breakdown of the market terms and concepts that will need to be understood in order to fully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comprehend the who-what-when-where-why-how.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III. Personal note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Feel free to use the contents of this post however you want. Don't worry about asking for permission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copy it, cross-post it, translate it, refine and use it in your own posts, etc.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Leave a comment if you have any questions. If you prefer Chat or do not meet karma requirements,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hit me up on chat as well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 that, while I may have a good grasp on the concepts broken down in this post, my background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in finance, investing, or trading, so there may be some questions I do not have the answer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(especially if they are not called out in this post)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found myself more active on Twitter than I ever really expected to be, so feel free to follow me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want things like the below: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Antagonizing Market Adversaries, MSM Shills, etc.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Meme-ing with SuperStonk and the other Apes in the community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Getting Notifications for Future DD I post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Disclaimer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writeup is NOT intended to serve as a source of proof/evidence behind this theory, and it operates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the assumption that the theory is valid and that the conditions it is built on are valid. Credit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DD this Thesis is based on belongs to the broader retail community inside and outside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r/superstonk. I personally contributed very little beyond synthesizing and summarizing the thesis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mechanics in a digestible way to help enable others to get the word out, and I am not an expert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any of these topics despite having some knowledge in them.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IV. TL;DR (Also at Bottom) </w:t>
      </w:r>
    </w:p>
    <w:p>
      <w:pPr>
        <w:keepLines w:val="0"/>
        <w:widowControl w:val="0"/>
        <w:spacing w:before="71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Toxic Market Participants have built up massive  short positions made through Naked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51">
        <w:r>
          <w:rPr>
            <w:rFonts w:ascii="Cambria" w:hAnsi="Cambria"/>
            <w:sz w:val="20"/>
            <w:color w:val="FFFFFF"/>
            <w:u/>
          </w:rPr>
          <w:t xml:space="preserve">Shorting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caught on to this strategy and discovered it can backfire if the company being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shorted does not go bankrupt, especially if shares are bought and held indefinitely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 and regulations have implemented by the DTCC and its subsidiaries have been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geared towards preventing market collapse, as well as to minimize the ability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perform illegal trades (naked shorting)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is also doing more to enforce compliance with the "rules"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manipulators are at the mercy of a vicious trade cycle (t+21 FTD Cycle) that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forcing those with naked short positions to perform actions to cover (buy back shares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are short), or risk regulatory consequences </w:t>
      </w:r>
    </w:p>
    <w:p>
      <w:bookmarkStart w:id="342" w:name="pg341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342"/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act of rapid covering drives up the price, making it more expensive to cover during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cycle if the share price continues to increase week over week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Eventually, the prices of GME will get so high that prime brokers/clearing houses will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no choice but to Margin Call these participants which most likely will not be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affordable due to the nature of Short Squeezes, causing them to default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Prime-Brokers will then take on the position, and if the Prime Brokers cannot cover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and also defaults, the NSCC will be next to attempt to settle all positions left over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83">
        <w:r>
          <w:rPr>
            <w:rFonts w:ascii="Cambria" w:hAnsi="Cambria"/>
            <w:sz w:val="20"/>
            <w:color w:val="FFFFFF"/>
            <w:u/>
          </w:rPr>
          <w:t xml:space="preserve">based on their Recovery and Wind-down Plan (p42)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NSCC cannot afford to close everything with the money reserved for this type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situation, they the Fed must navigate the remaining positions (potentially via printing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money/bailout)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V. KEY CONCEPTS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terms are key to understanding the theory and speculated value of a GME investment. Hyperlinks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Investopedia, "the world's leading source of financial content on the web", have been included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market terms and concepts and it is recommended to check them out if they are not clear. We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breaking down some of the more complex terms and concepts within the post and framing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the context of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Table of Contents for Key Concepts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Concepts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Share/Stock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Shares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Outstanding Shares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Restricted Shares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Float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f.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Annual General Meeting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g.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Shareholder Votes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Positions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Position - Buying/Selling Stock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 - Shorting/Covering Stock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 Position - Naked Shorting/Covering Stock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Participants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Investors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Institutional Investors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Clearinghouses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f.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MSM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MARKET/TRADE MECHANICS (MOASS)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Fails to Deliver (FTD)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</w:t>
      </w:r>
    </w:p>
    <w:p>
      <w:bookmarkStart w:id="343" w:name="pg342"/>
      <w:pPr>
        <w:keepLines w:val="0"/>
        <w:pageBreakBefore/>
        <w:widowControl w:val="0"/>
        <w:spacing w:before="71" w:after="0" w:lineRule="exact" w:line="246"/>
        <w:ind w:left="1922" w:right="-60"/>
      </w:pPr>
      <w:bookmarkEnd w:id="343"/>
      <w:r>
        <w:rPr>
          <w:rFonts w:ascii="Cambria" w:hAnsi="Cambria"/>
          <w:b w:val="0"/>
          <w:i w:val="0"/>
          <w:color w:val="FFFFFF"/>
          <w:sz w:val="20"/>
          <w:u w:val="none"/>
        </w:rPr>
        <w:t>c.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Who Calls Who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Squeeze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1 - STOCKS CONCEPTS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1.1 - Shares/Stock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are the smallest unit of a Companies Stock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and Shares are often used interchangeably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Technically "shares" would represent how many of a specific company's stock, where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multiple "stocks" would main that shares of multiple company's were bought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ex. I bought 2 stocks; 10 shares of GME, and 60 shares of AMC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different classes of shares that are distinguished on their voting rights, sales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charges, and other factors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Classes of shares have relatively complex dynamics, but I will not go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 into them here, as it is not as relevant to GME/AMC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 2 - Synthetic Shares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Shares are the financial instruments that get produced through Naked Shorting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be confused with synthetic options positions, which are legal/legitimate trade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strategies that "simulate" the profits/losses as if the trader actually held those shares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Synthetic shares entitle the owner to all of the same rights as an investor owning a non-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share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Cases where there is an excessive amount of synthetic shares point to the possibility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 stock is being abused or manipulated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Cannot be easily measured due to limited public transparency at the Market Maker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 level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1.3 - Outstanding Shares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Outstanding shares encompasses the amount of issued shares held by all shareholders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(both private and public)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possible for there to be more shares outstanding through Naked shorting, which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produces Synthetic shares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issued AND synthetic shares outstanding is very difficult to measure, as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only recorded on the books of the market makers generating synthetic shares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prime-brokers they trade through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parties are not incentivized to be transparent and actively obscure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numbers, as the practice of naked shorting excessively is fraudulent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illegal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1.4 - Restricted Shares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Restricted shares include the number of issued shares held by insiders of the company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shares are not publicly traded on the stock market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1.5 - The Float </w:t>
      </w:r>
    </w:p>
    <w:p>
      <w:bookmarkStart w:id="344" w:name="pg34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4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Float, or Floating Stock is the number of shares of stock that are available to be publicly traded (the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 of Outstanding shares minus the amount of Restricted shares that are owned by insiders).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theory, the number of shares owned by retail investors and institutional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should not exceed the float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GME’s float total is currently ~56.89 Million shares (as of 6/10/21)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1.6 - Shareholder Votes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Annual General Meetings basically is an annual meeting that allows shareholders to vote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Votes are cast for things like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Appointment of directors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Executive compensation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Dividend adjustments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1.7 - Shareholder Votes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Shareholder Voting is a right extended to shareholders holding shares in the stock that entitle the owner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vote on cooperate policies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Examples of what votes are cast for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Appointment of directors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Executive compensation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Dividend adjustments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68">
        <w:r>
          <w:rPr>
            <w:rFonts w:ascii="Cambria" w:hAnsi="Cambria"/>
            <w:sz w:val="20"/>
            <w:color w:val="FFFFFF"/>
            <w:u/>
          </w:rPr>
          <w:t xml:space="preserve">Overvoting (info in the middle of this page) </w:t>
        </w:r>
      </w:hyperlink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there is an overvote (like GME on 6/9), the votes will be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normalized to a number based on the amount of shares that are held by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official 8K form cannot be officially submitted with an overvote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this happens, the SEC and Company are notified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2 - TRADE POSITIONS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2.1 - Long Position - Buying/Selling Stock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an investor buys a stock they are considered long on it (this is the type of position most people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associate with trading stocks)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be confused with a long-term investment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other words, holders of long positions have a </w:t>
      </w:r>
      <w:r>
        <w:rPr>
          <w:rFonts w:ascii="Cambria" w:hAnsi="Cambria"/>
          <w:b/>
          <w:i w:val="0"/>
          <w:color w:val="FFFFFF"/>
          <w:sz w:val="20"/>
          <w:u w:val="none"/>
        </w:rPr>
        <w:t>positive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number of shares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close a long position the owner would sell their shares on the stock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 flow of obtaining/closing a long position is: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the stock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 it until the price of it increases to a desired amount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it for a profit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2.2 - Short Position - Shorting/Covering Stock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 short seller shorts a stock they hold a short position on the stock, or owe the party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from however many shares they shorted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be confused with a short-term investment </w:t>
      </w:r>
    </w:p>
    <w:p>
      <w:bookmarkStart w:id="345" w:name="pg344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345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with short positions effectively are </w:t>
      </w:r>
      <w:r>
        <w:rPr>
          <w:rFonts w:ascii="Cambria" w:hAnsi="Cambria"/>
          <w:b w:val="0"/>
          <w:i/>
          <w:color w:val="FFFFFF"/>
          <w:sz w:val="20"/>
          <w:u w:val="none"/>
        </w:rPr>
        <w:t>in debt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</w:t>
      </w:r>
      <w:r>
        <w:rPr>
          <w:rFonts w:ascii="Cambria" w:hAnsi="Cambria"/>
          <w:b w:val="0"/>
          <w:i/>
          <w:color w:val="FFFFFF"/>
          <w:sz w:val="20"/>
          <w:u w:val="none"/>
        </w:rPr>
        <w:t>owe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number of shares that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have shorted and can be considered </w:t>
      </w:r>
      <w:r>
        <w:rPr>
          <w:rFonts w:ascii="Cambria" w:hAnsi="Cambria"/>
          <w:b/>
          <w:i/>
          <w:color w:val="FFFFFF"/>
          <w:sz w:val="20"/>
          <w:u w:val="none"/>
        </w:rPr>
        <w:t>negative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the stock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close that position, short-sellers must buy a number of shares equal to the size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short position (buying to close a short position is known as covering)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must be reported to regulators (unlike naked short sales)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 flow of obtaining/closing a short position: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a share owned by a lender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 the stock that was borrowed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Gaining the cash based on the price it was at the time it was “shorted”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 interest as a percentage of the stock's value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this is a percentage the cost of interest increases if the stock's value increases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 the position until the price has dropped to a desired price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the stock on the open market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Ideally the stock is bought back at a lower price than originally borrowed for so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 can pocket the difference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Return the share back to the lender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2.3 - Naked Short Position - Naked Shorting/Covering Stock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Shorting effectively allows a Short Seller, working with a market maker, to short a stock using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having a borrowed share like normal short selling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 sales do NOT have to be reported the same way as normal "Short Sales"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be "hidden"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Failures to Deliver the shares that were "fake-borrowed" to the buyer 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of the main ways to find evidence of naked shorting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to a loophole and lack of oversight by regulation, Naked short selling can be used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manipulate the price of certain stocks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type of trade illegal outside of specific situations involving Market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Makers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shorting was targeted for tighter regulation during the financial crisis of 2008 but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enforcement has unfortunately not been effective in preventing it from manipulating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 flow of obtaining/closing a naked short position (kind of complex and involves two specific parties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2 initial trades called a married put)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Seller "A" buys 100 shares from a Market Maker "Z" who can technically sell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without locating them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 is Naked Shorting the stock, and the Short Seller is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receiving 100 synthetic shares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 "A" now buys a Put Option (1 options contract is worth 100 shares) from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 "Z" who is the writer of the put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Writing/selling a put nets +100 shares to the Market Maker, which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results in the -100 shares that were naked shorted to be neutralized, so </w:t>
      </w:r>
    </w:p>
    <w:p>
      <w:bookmarkStart w:id="346" w:name="pg345"/>
      <w:pPr>
        <w:keepLines w:val="0"/>
        <w:pageBreakBefore/>
        <w:widowControl w:val="0"/>
        <w:spacing w:before="71" w:after="0" w:lineRule="exact" w:line="246"/>
        <w:ind w:left="2282" w:right="-60"/>
      </w:pPr>
      <w:bookmarkEnd w:id="34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Maker no is at a neutral position (Market Makers generally try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remain net 0 on trades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 "A" now has 100 shares that can be short sold (they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"borrowing" the synthetic shares the Market Maker effectively printed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 of thin air), and one put contract that they can make money on as long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the price goes down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steps or the short seller are basically the same as a normal short sale now (2.2 steps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2-8), however, interest from the Short seller does not need to be paid to a lender (no one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formally lending it)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premium from the put being purchased from the Market Maker is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they benefit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 "A" now has a short position that they can cover simply by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100 shares, which would cancel out the synthetic short position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3 - MARKET PARTICIPANTS </w:t>
      </w:r>
    </w:p>
    <w:p>
      <w:pPr>
        <w:keepLines w:val="0"/>
        <w:widowControl w:val="0"/>
        <w:spacing w:before="24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3.1 - Retail Investors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Investors, also known as individual investors, are your average investors (not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or organization)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Referred to as the "Dumb Money" by Wall Street and the "professional" financial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community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Reddit communities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Notable subreddits </w:t>
      </w:r>
    </w:p>
    <w:p>
      <w:pPr>
        <w:keepLines w:val="0"/>
        <w:widowControl w:val="0"/>
        <w:spacing w:before="69" w:after="0" w:lineRule="exact" w:line="246"/>
        <w:ind w:left="3362" w:right="-60"/>
      </w:pPr>
      <w:hyperlink r:id="rId204">
        <w:r>
          <w:rPr>
            <w:rFonts w:ascii="Cambria" w:hAnsi="Cambria"/>
            <w:sz w:val="20"/>
            <w:color w:val="FFFFFF"/>
            <w:u/>
          </w:rPr>
          <w:t xml:space="preserve">r/Superstonk </w:t>
        </w:r>
      </w:hyperlink>
    </w:p>
    <w:p>
      <w:pPr>
        <w:keepLines w:val="0"/>
        <w:widowControl w:val="0"/>
        <w:spacing w:before="69" w:after="0" w:lineRule="exact" w:line="246"/>
        <w:ind w:left="3362" w:right="-60"/>
      </w:pPr>
      <w:hyperlink r:id="rId769">
        <w:r>
          <w:rPr>
            <w:rFonts w:ascii="Cambria" w:hAnsi="Cambria"/>
            <w:sz w:val="20"/>
            <w:color w:val="FFFFFF"/>
            <w:u/>
          </w:rPr>
          <w:t xml:space="preserve">r/gme </w:t>
        </w:r>
      </w:hyperlink>
    </w:p>
    <w:p>
      <w:pPr>
        <w:keepLines w:val="0"/>
        <w:widowControl w:val="0"/>
        <w:spacing w:before="69" w:after="0" w:lineRule="exact" w:line="246"/>
        <w:ind w:left="3362" w:right="-60"/>
      </w:pPr>
      <w:hyperlink r:id="rId770">
        <w:r>
          <w:rPr>
            <w:rFonts w:ascii="Cambria" w:hAnsi="Cambria"/>
            <w:sz w:val="20"/>
            <w:color w:val="FFFFFF"/>
            <w:u/>
          </w:rPr>
          <w:t xml:space="preserve">r/amcstock </w:t>
        </w:r>
      </w:hyperlink>
    </w:p>
    <w:p>
      <w:pPr>
        <w:keepLines w:val="0"/>
        <w:widowControl w:val="0"/>
        <w:spacing w:before="69" w:after="0" w:lineRule="exact" w:line="246"/>
        <w:ind w:left="3362" w:right="-60"/>
      </w:pPr>
      <w:hyperlink r:id="rId771">
        <w:r>
          <w:rPr>
            <w:rFonts w:ascii="Cambria" w:hAnsi="Cambria"/>
            <w:sz w:val="20"/>
            <w:color w:val="FFFFFF"/>
            <w:u/>
          </w:rPr>
          <w:t xml:space="preserve">r/wallstreetbets </w:t>
        </w:r>
      </w:hyperlink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3.2 - Institutional Investors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Institutional Investors are organizations that invest on individuals' behalf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Examples of Institutional Investors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Endowment Funds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Commercial Banks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Mutual Funds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Pension funds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Insurance companies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3.3 - Market Makers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are very different from "Investors" and are a bit harder to explain but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 are there to increase liquidity in the market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buy and sell stock those trades are often going between you and a market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maker </w:t>
      </w:r>
    </w:p>
    <w:p>
      <w:bookmarkStart w:id="347" w:name="pg346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347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get "special rules" that enable them to keep liquidity in the market when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low liquidity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shorting is one of the options Market Makers have when navigating a trade that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investors do not have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3.4 - Prime Brokers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</w:t>
      </w:r>
      <w:hyperlink r:id="rId172">
        <w:r>
          <w:rPr>
            <w:rFonts w:ascii="Cambria" w:hAnsi="Cambria"/>
            <w:sz w:val="20"/>
            <w:color w:val="FFFFFF"/>
            <w:b/>
            <w:u/>
          </w:rPr>
          <w:t>Prime</w:t>
        </w:r>
      </w:hyperlink>
      <w:hyperlink r:id="rId172">
        <w:r>
          <w:rPr>
            <w:rFonts w:ascii="Cambria" w:hAnsi="Cambria"/>
            <w:sz w:val="20"/>
            <w:color w:val="FFFFFF"/>
            <w:u/>
          </w:rPr>
          <w:t>-</w:t>
        </w:r>
      </w:hyperlink>
      <w:hyperlink r:id="rId172">
        <w:r>
          <w:rPr>
            <w:rFonts w:ascii="Cambria" w:hAnsi="Cambria"/>
            <w:sz w:val="20"/>
            <w:color w:val="FFFFFF"/>
            <w:b/>
            <w:u/>
          </w:rPr>
          <w:t>Broker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bundled group of services that investment banks and other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institutions offer to hedge funds and other large investment clients that need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able to borrow securities or cash in order to engage in netting to achieve absolute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74">
        <w:r>
          <w:rPr>
            <w:rFonts w:ascii="Cambria" w:hAnsi="Cambria"/>
            <w:sz w:val="20"/>
            <w:color w:val="FFFFFF"/>
            <w:u/>
          </w:rPr>
          <w:t xml:space="preserve">returns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72">
        <w:r>
          <w:rPr>
            <w:rFonts w:ascii="Cambria" w:hAnsi="Cambria"/>
            <w:sz w:val="20"/>
            <w:color w:val="FFFFFF"/>
            <w:u/>
          </w:rPr>
          <w:t xml:space="preserve">Broker vs Prime-Broker </w:t>
        </w:r>
      </w:hyperlink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broker is an individual or entity that facilitates the purchase or sale of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securities, such as the buying or selling of stocks and bonds for an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account. A prime broker is a large institution that provides a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multitude of services, from cash management to securities lending to risk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management for other large institutions.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69">
        <w:r>
          <w:rPr>
            <w:rFonts w:ascii="Cambria" w:hAnsi="Cambria"/>
            <w:sz w:val="20"/>
            <w:color w:val="FFFFFF"/>
            <w:u/>
          </w:rPr>
          <w:t xml:space="preserve">Market Makers like go through Prime Brokers </w:t>
        </w:r>
      </w:hyperlink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Prime Broker is who would Margin Call Shitadel if their short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gets too large or they bleed too much capital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3.5 - Clearinghouses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Clearinghouses are intermediaries between buyers and sellers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Finalize transactions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Regulates delivery of assets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Reports on trading data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3.6* - MSM (Mainstream Media)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not a traditional market participant (as in they are not trade/financial entities) the MSM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worth noting due to its role in influencing the financial atmosphere and landscape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4 - IMPORTANT MARKET/TRADE MECHANICS (MOASS) </w:t>
      </w:r>
    </w:p>
    <w:p>
      <w:pPr>
        <w:keepLines w:val="0"/>
        <w:widowControl w:val="0"/>
        <w:spacing w:before="25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4.1 - Failures to Deliver (FTD)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occur when a buyer of a stock ends up not having the money to purchase the stock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they traded for OR,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when a short seller does not own the stock at the time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settlement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are one of the main check-balances to naked shorting, so very high amounts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Failures to Deliver are indicative of this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Spoiler: GME and AMC have tons of FTDs reported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4.2 - Margin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is basically credit that that an investor can use to buy more stock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buy on margin you must stake the assets you have already purchased with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own cash as collateral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amount of Margin you can have depends on the value of your collateral </w:t>
      </w:r>
    </w:p>
    <w:p>
      <w:bookmarkStart w:id="348" w:name="pg347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348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value of your collateral and cash but meet the margin requirements in order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 to buy on margin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in mind the value of your collateral can change if the price goes up or down and if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value of your collateral/cash drops below the margin requirement you will received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Margin CallAnother way to think about it: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$1,000 in stock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obtain a personal loan for another $1000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get the credit you stake your $1000 in stock (if you default it goes to the lender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 your debt)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buy $1000 more stock with that loan (you now own $2000 in stocks, half in cash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half on margin)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will pay interest on the $1000 on margin but if your investment makes more money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 the interest then you are still profiting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your investment turns bad (lets say the price of your stock falls 50% and you are left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$1000) your lender can forcibly close out your positions (everything you bought 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cash and staked as collateral along with what you bought on margin so that they can get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$1000 they loaned you back)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4.3 - Margin Call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Margin Call is a notice indicating you have a specific amount of time to deposit enough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your own funds to meet your margin requirement (if you cannot meet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 the lender is entitled to sell all of your holdings to recover what you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Margin Examples: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slightly complicated scenario that can be a little hard to follow. Give it a few reads if it doesn't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sense the first time, but basically, Margin is a credit line that you can use to buy more assets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(effectively a loan backed by collateral and cash in your own account). If you buy assets with it, you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pay back what you borrowed, whether the value of your investment goes up or down (if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goes up in value, you make more than you normally would, but if the investment goes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value, you lose more than you otherwise would have without margin).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gets even more (or less maybe) complicated when you have short positions AND long positions,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institutional investors. To have short positions, I still need to have margin, but I do not need to 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to buy stocks, It can act as a buffer if I have a short position on a stock that is increasing in value (with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position, if the price of something I short goes up, I am losing money), and if it gets too high,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run against my margin line, causing a margin call.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GAIN: Long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$1000 in stock XXX (let's say 10 shares worth $100 each)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broker may lend me margin credit line equal to the value of my assets (so $1000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margin), and let's say they give me a margin requirement of $800, meaning that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of my non-margin assets (the ones I bought with my money) must be above $800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keep using margin (so as long as stock XXX stays above $80 a share, then I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not get a margin call for being below the requirement) </w:t>
      </w:r>
    </w:p>
    <w:p>
      <w:bookmarkStart w:id="349" w:name="pg348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349"/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then choose to use the margin, buying 10 more shares of stock XXX for $100 each, so I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have 20 shares of stock XXX, valued at 100$ a piece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price of stock XXX goes up to %25 per share, and I sell all 20 shares, I just profited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$500 (+$25 on 20 shares)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case, closing the position clears me from the margin debt, as I am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longer using it in an open position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had not used margin, I would have only walked away with $250 in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 ($25 per share on 10 shares), but instead I made $500, and paid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the credit, plus a little bit of interest.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LOSS: Long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$1000 in stock XXX (let's say 10 shares worth $100 each)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broker may lend me margin credit line equal to the value of my assets (so $1000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margin), and let's say they give me a margin requirement of $800, meaning that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of my non-margin assets (the ones I bought with my money) must be above $800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keep using margin (so as long as stock XXX stays above $80 a share, then I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not get a margin call for being below the requirement)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then choose to use the margin, buying 10 more shares of stock XXX for $100 each, so I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have 20 shares of stock XXX, valued at 100$ a piece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price of stock XXX goes down %25, bringing the value per share down to $75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share, the value of my total position is now $1500, and the value of my non-margin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is $750, which is below the margin requirement (keep in mind, I borrowed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$1000, so that is still the amount I have to pay back)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lender will give me a margin call, indicating I have two business days to deposit 50$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my account in order to meet the margin requirement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have the cash to deposit the extra $50 would take my assets to $800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($750 in stock XXX + 50$ cash) </w:t>
      </w:r>
    </w:p>
    <w:p>
      <w:pPr>
        <w:keepLines w:val="0"/>
        <w:widowControl w:val="0"/>
        <w:tabs>
          <w:tab w:pos="2902" w:val="left"/>
          <w:tab w:pos="336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price of stock XXX recovered to above $80 per share,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could also satisfy the requirement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do not have the cash to deposit, then I am in trouble, as after two days,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allowed to liquidate (sell) the assets I bought with my own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money, as well as the assets I bought on margin </w:t>
      </w:r>
    </w:p>
    <w:p>
      <w:pPr>
        <w:keepLines w:val="0"/>
        <w:widowControl w:val="0"/>
        <w:tabs>
          <w:tab w:pos="2902" w:val="left"/>
          <w:tab w:pos="336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say this happens, all my borrowed assets are sold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to cover my $1000 loan (since the price of stock XXX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only $750, it only covers $750 of my $1000 margin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line </w:t>
      </w:r>
    </w:p>
    <w:p>
      <w:pPr>
        <w:keepLines w:val="0"/>
        <w:widowControl w:val="0"/>
        <w:tabs>
          <w:tab w:pos="2842" w:val="left"/>
          <w:tab w:pos="336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now have $750 left in assets of Stock X, but I still owe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from margin, so my lender is entitled to sell $250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work of my shares in order to get their full $1000 back </w:t>
      </w:r>
    </w:p>
    <w:p>
      <w:pPr>
        <w:keepLines w:val="0"/>
        <w:widowControl w:val="0"/>
        <w:tabs>
          <w:tab w:pos="2782" w:val="left"/>
          <w:tab w:pos="3362" w:val="left"/>
        </w:tabs>
        <w:spacing w:before="69" w:after="0" w:lineRule="exact" w:line="246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iii.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now left with $500 total ($750 in 10 shares of stock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XXX - $250) </w:t>
      </w:r>
    </w:p>
    <w:p>
      <w:bookmarkStart w:id="350" w:name="pg349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350"/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Yay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LOSS: Short and Long Positions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IS THE RELEVANT ONE TO GME/AMC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I have $1000 in stock XXX (let's say 10 shares worth $100 each)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broker may lend me margin credit line equal to the value of my assets (so $1000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margin), and let's say they give me a margin requirement of $800, meaning that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of my non-margin assets (the ones I bought with my money) must be above $800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keep using margin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Instead of using the margin to buy more, I instead short 10 shares of stock YYY which 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$50 a share currently (giving me $500 in extra cash), which I use to buy 5 more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of stock X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now long 15 shares of stock XXX valued at $1500 and short 10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of stock YYY valued at -$500 (negative $500) for a net value of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$1000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margin is actively committed to open positions, and I am still using my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$1000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lets say a short squeeze happens involving stock Y, causing the price to skyrocket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$200 per share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short position is now -$2000 (10 shares of -$200 each)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net account value is now $-500 ($1500 - $2000) which is now using my margin,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my account's value is no longer above $800, I no longer meet margin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so I get a margin call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 cannot balance my account, the lender will liquidate my $1500 in stock XXX in order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pay the -$2000 I owe, leaving me with -$500 left in debt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now defaulted, as I cannot pay the $500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I have defaulted, the lender who gave me margin owns my short positions,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meaning they are now short whatever was left </w:t>
      </w:r>
    </w:p>
    <w:p>
      <w:pPr>
        <w:keepLines w:val="0"/>
        <w:widowControl w:val="0"/>
        <w:spacing w:before="69" w:after="0" w:lineRule="exact" w:line="246"/>
        <w:ind w:left="192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lender can now navigate the short positions however they want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(they can hold them and hope the price goes down, and cover to close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them, or they can close them immediately, costing them the whole $500 I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still owed)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GUH! (Translation if you are not WSB: Ah @#$%) </w:t>
      </w:r>
    </w:p>
    <w:p>
      <w:pPr>
        <w:keepLines w:val="0"/>
        <w:widowControl w:val="0"/>
        <w:spacing w:before="22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4.4 - Margin Calls Who Calls Who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happen at levels 1-4 when the cell to the left cannot meet margin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Margin Calls Retail Traders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Brokers Margin Call Brokers, Hedge Funds, and Market Makers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NSCC Margin Calls Prime Brokers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Defaults roll up left to right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Retail Trader defaults, Broker must take on their leftover positions </w:t>
      </w:r>
    </w:p>
    <w:p>
      <w:bookmarkStart w:id="351" w:name="pg350"/>
      <w:pPr>
        <w:keepLines w:val="0"/>
        <w:pageBreakBefore/>
        <w:widowControl w:val="0"/>
        <w:tabs>
          <w:tab w:pos="1922" w:val="left"/>
          <w:tab w:pos="2282" w:val="left"/>
        </w:tabs>
        <w:spacing w:before="71" w:after="0" w:lineRule="exact" w:line="246"/>
        <w:ind w:left="0" w:right="-60"/>
      </w:pPr>
      <w:bookmarkEnd w:id="351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Broker, Hedge Fund, or Market Maker defaults, the Prime Broker must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on their leftover positions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Prime Broker Defaults, the NSCC must take on Position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NSCC Defaults, the Fed must take on the position </w:t>
      </w:r>
    </w:p>
    <w:p>
      <w:pPr>
        <w:keepLines w:val="0"/>
        <w:widowControl w:val="0"/>
        <w:tabs>
          <w:tab w:pos="416" w:val="left"/>
          <w:tab w:pos="2057" w:val="left"/>
          <w:tab w:pos="3712" w:val="left"/>
          <w:tab w:pos="5328" w:val="left"/>
          <w:tab w:pos="6854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1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2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3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Level 4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Level 4 </w:t>
      </w:r>
    </w:p>
    <w:p>
      <w:pPr>
        <w:keepLines w:val="0"/>
        <w:widowControl w:val="0"/>
        <w:tabs>
          <w:tab w:pos="130" w:val="left"/>
          <w:tab w:pos="3412" w:val="left"/>
          <w:tab w:pos="504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Retail Trader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Prime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NSCC (DTCC)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Fed (JPOW) </w:t>
      </w:r>
    </w:p>
    <w:p>
      <w:pPr>
        <w:keepLines w:val="0"/>
        <w:widowControl w:val="0"/>
        <w:tabs>
          <w:tab w:pos="130" w:val="left"/>
          <w:tab w:pos="1727" w:val="left"/>
          <w:tab w:pos="5043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Market Maker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Prime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NSCC (DTCC)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Fed (JPOW) </w:t>
      </w:r>
    </w:p>
    <w:p>
      <w:pPr>
        <w:keepLines w:val="0"/>
        <w:widowControl w:val="0"/>
        <w:tabs>
          <w:tab w:pos="130" w:val="left"/>
          <w:tab w:pos="1727" w:val="left"/>
          <w:tab w:pos="3412" w:val="left"/>
          <w:tab w:pos="504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x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Hedge Fund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Prime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NSCC (DTCC)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Fed (JPOW) </w:t>
      </w:r>
    </w:p>
    <w:p>
      <w:pPr>
        <w:keepLines w:val="0"/>
        <w:widowControl w:val="0"/>
        <w:spacing w:before="100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4.5 - Short Squeeze </w:t>
      </w:r>
    </w:p>
    <w:p>
      <w:pPr>
        <w:keepLines w:val="0"/>
        <w:widowControl w:val="0"/>
        <w:tabs>
          <w:tab w:pos="841" w:val="left"/>
          <w:tab w:pos="120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Squeeze is a market event that occurs when there is a large short position on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whose price rapidly increases higher than expected, normally due to a catalyst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short squeeze, the losses of those who have short positions continue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higher it goes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they </w:t>
      </w:r>
      <w:r>
        <w:rPr>
          <w:rFonts w:ascii="Cambria" w:hAnsi="Cambria"/>
          <w:b/>
          <w:i w:val="0"/>
          <w:color w:val="FFFFFF"/>
          <w:sz w:val="20"/>
          <w:u w:val="none"/>
        </w:rPr>
        <w:t>owe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shares, the cost to cover their position increases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depending on how high the price goes (there is theoretically no limit on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high a stock can go)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market participants who are short on the stock buy to cover, supply decreases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demand increases, causing the price to increase even more rapidly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short sellers are scrambling to cover their positions, the rapid price change may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entice investors who are not short on the stock to buy it in order to make a quick profit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lowering supply and increasing demand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VI. The Mother of All Short Squeezes (MOASS)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Explanation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we have gone through the many important terms, we can get to the theory behind MOASS.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excessive short-selling and naked shorting of GME by certain market participants (primarily large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and market makers), retail investors and long institutional investors collectively own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 of shares that exceeds the the float. The amount of shares that are currently owned is theorized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range roughly between </w:t>
      </w:r>
      <w:r>
        <w:rPr>
          <w:rFonts w:ascii="Cambria" w:hAnsi="Cambria"/>
          <w:b/>
          <w:i w:val="0"/>
          <w:color w:val="FFFFFF"/>
          <w:sz w:val="20"/>
          <w:u w:val="none"/>
        </w:rPr>
        <w:t>200%-400%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float </w:t>
      </w:r>
      <w:r>
        <w:rPr>
          <w:rFonts w:ascii="Cambria" w:hAnsi="Cambria"/>
          <w:b/>
          <w:i w:val="0"/>
          <w:color w:val="FFFFFF"/>
          <w:sz w:val="20"/>
          <w:u w:val="none"/>
        </w:rPr>
        <w:t>if not 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meaning that 100%-300% of the float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a corresponding short position (mostly naked shorts). For context, most stocks generally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1% Short Interest, and 10%-20% short interest is considered to be excessive, let alone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100% of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sellers must eventually close, or cover, their short position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only way to do that is to buy the shares owned by the investors who are long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meantime Short-sellers are paying interest on that short position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until it is closed proportional to the cost of the shares, which bleeds their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over time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Unfortunately for the short sellers, the owners of the shares </w:t>
      </w:r>
      <w:r>
        <w:rPr>
          <w:rFonts w:ascii="Cambria" w:hAnsi="Cambria"/>
          <w:b/>
          <w:i w:val="0"/>
          <w:color w:val="FFFFFF"/>
          <w:sz w:val="20"/>
          <w:u w:val="none"/>
        </w:rPr>
        <w:t>ARE 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obligated to sell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shares. </w:t>
      </w:r>
    </w:p>
    <w:p>
      <w:bookmarkStart w:id="352" w:name="pg351"/>
      <w:pPr>
        <w:keepLines w:val="0"/>
        <w:pageBreakBefore/>
        <w:widowControl w:val="0"/>
        <w:tabs>
          <w:tab w:pos="1922" w:val="left"/>
          <w:tab w:pos="2282" w:val="left"/>
        </w:tabs>
        <w:spacing w:before="71" w:after="0" w:lineRule="exact" w:line="246"/>
        <w:ind w:left="0" w:right="-60"/>
      </w:pPr>
      <w:bookmarkEnd w:id="352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short-sellers, however, </w:t>
      </w:r>
      <w:r>
        <w:rPr>
          <w:rFonts w:ascii="Cambria" w:hAnsi="Cambria"/>
          <w:b/>
          <w:i w:val="0"/>
          <w:color w:val="FFFFFF"/>
          <w:sz w:val="20"/>
          <w:u w:val="none"/>
        </w:rPr>
        <w:t>ARE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obligated to buy in order to close their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(or else keep paying interest)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happens if no one is selling the shares they are “long” on, but short sellers need to buy them?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Supply and Demand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very little supply and high demand, the price of a stock can increase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far beyond its fundamental value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short sellers receive a margin call due to no longer meeting their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requirement and are unable to meet it in time, their assets will be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forcibly liquidated by their lender in order to pay back the margin, as well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close out the position if the borrower defaults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are wondering why an organization would abusively short a stock like this if they eventually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cover their positions: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company goes bankrupt or gets delisted from the stock market: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 sellers DO NOT have to close the position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of the proceeds from the short sale effectively disappear from their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books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do not even have to pay taxes on this profit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amount to the total number of long positions minus the float, meaning (based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theorized range) that somewhere between ~56-170 Million shares will need to be bought in order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 all short positions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expected that the members with short positions (hedge funds and market makers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 have been naked shorting the stock) will be unable to cover their short positions,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resulting in a situation where their lenders, all the way up to the clearinghouse (DTCC)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have to sort out the positions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DTCC/NSCC is forced to unwind the positions, it is widely believed that they will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rapidly cover short positions at whatever price they are available for (this is how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systems are said to handle a member default), liquidating whatever assets are necessary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defaulting member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Consideration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This is a totally unprecedented situation, so, in truth, there is a lot of uncertainty around what wind-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will look like once this gets to the Prime Brokers (major banks) and NSCC, as well as around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 the price peak will reach. There is a real risk of broad negative impact across the entire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of this and the current Repo Rates and margin debt.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few things I think are safe to assume are: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anything happens that will cap or negatively affect the MOASS, all of the Hedge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Funds and Market Makers who conspired to manipulate the market will likely have been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bankrupted and eliminated from the market landscape by then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Brokers will have been dealt a massive blow (like Credit Suisse after Archegos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Collapse by way worse) that should hopefully ensure regulators tie up every loophole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was exploited to manipulate the market and harm it </w:t>
      </w:r>
    </w:p>
    <w:p>
      <w:bookmarkStart w:id="353" w:name="pg352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353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peak will reach higher than any other short squeeze in history and will likely never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beaten in the future (EVER)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VII. Final thoughts...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GME MOASS thesis. GME is a stock that stands to hit an unprecedented price point due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fact that manipulators of the market have failed to bankrupt GameStop thanks in huge part to the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72">
        <w:r>
          <w:rPr>
            <w:rFonts w:ascii="Cambria" w:hAnsi="Cambria"/>
            <w:sz w:val="20"/>
            <w:color w:val="FFFFFF"/>
            <w:u/>
          </w:rPr>
          <w:t xml:space="preserve">Legendary Keith Gill AKA u/DeepFuckingValue, Ryan Cohen, Michael Burry, and all of the GME investors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 took part in this saga. It may not be today, this week, or even this month, but one day soon,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toxic participants have no choice but to buy the stock to close out their short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some schools of thought, it is thought that these participants over-estimated how "reasonable"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can be (who could be dumb enough to hold a stock as it fell from almost $500 to $40?).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truth, these manipulators didn't understand the demographic they were fighting with. Gamers are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most stubborn people on the planet. These are individuals who will sink tens of thousands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hours into the same video game because "they just like it". Well, "we like the stock", and to us,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adversaries on Wall Street just are just another "boss". We may have needed to retry a couple times,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always win eventually. On top of that, they pissed off reddit, and under no circumstances, should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piss off reddit.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this point, if you are still reading this, know that it is up to you to decide your next move, whether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to do some due diligence of your own, walk away, or say screw it and buy a few (or a lot of) shares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case we are right. Many of us have set our floor (minimum amount of acceptable gains)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$20,000,000 per share, and you might think that is crazy, but in truth, we know we can pick our 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if we hold long enough. We don't care if anyone else buys or not, because we know the outcome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inevitable. Time is running out for the toxic market participants involved, and even the news can't hide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we are on the brink of a massive market event that will ripple through the entire global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system, and we will probably never see an event like this again in our lifetime.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a fight Wall Street, Shitadel, Melvin Capital, and ever other toxic party is not going to win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against the "dumb money"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. Chances are this will truly be "</w:t>
      </w:r>
      <w:r>
        <w:rPr>
          <w:rFonts w:ascii="Cambria" w:hAnsi="Cambria"/>
          <w:b/>
          <w:i w:val="0"/>
          <w:color w:val="FFFFFF"/>
          <w:sz w:val="20"/>
          <w:u w:val="none"/>
        </w:rPr>
        <w:t>THE MOASS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", meaning there will never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like it in our lifetime (or ever). While the conditions in play (the ability for big money to brutally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manipulate the market) enabled what may end up being the greatest transfer of wealth in history, actual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reformation to prevent a landscape like this from forming again is probably best long term (I say this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pragmatist, and am honestly very far from an idealist). If you want to influence reform, Buy, Hold, Vote.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are just here for the tendies, Buy, Hold, Vote.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VIII. TL;DR </w:t>
      </w:r>
    </w:p>
    <w:p>
      <w:pPr>
        <w:keepLines w:val="0"/>
        <w:widowControl w:val="0"/>
        <w:spacing w:before="72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Toxic Market Participants have built up massive  short positions made through Naked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51">
        <w:r>
          <w:rPr>
            <w:rFonts w:ascii="Cambria" w:hAnsi="Cambria"/>
            <w:sz w:val="20"/>
            <w:color w:val="FFFFFF"/>
            <w:u/>
          </w:rPr>
          <w:t xml:space="preserve">Shorting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caught on to this strategy and discovered it can backfire if the company being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shorted does not go bankrupt, especially if shares are bought and held indefinitely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 and regulations have implemented by the DTCC and its subsidiaries have been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geared towards preventing market collapse, as well as to minimize the ability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perform illegal trades (naked shorting)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 is also doing more to enforce compliance with the "rules" </w:t>
      </w:r>
    </w:p>
    <w:p>
      <w:bookmarkStart w:id="354" w:name="pg353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354"/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manipulators are at the mercy of a vicious trade cycle (t+21 FTD Cycle) that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forcing those with naked short positions to perform actions to cover (buy back shares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are short), or risk regulatory consequences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act of rapid covering drives up the price, making it more expensive to cover during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cycle if the share price continues to increase week over week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Eventually, the prices of GME will get so high that prime brokers/clearing houses will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no choice but to Margin Call these participants which most likely will not be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affordable due to the nature of Short Squeezes, causing them to default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Prime-Brokers will then take on the position, and if the Prime Brokers cannot cover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and also defaults, the NSCC will be next to attempt to settle all positions left over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83">
        <w:r>
          <w:rPr>
            <w:rFonts w:ascii="Cambria" w:hAnsi="Cambria"/>
            <w:sz w:val="20"/>
            <w:color w:val="FFFFFF"/>
            <w:u/>
          </w:rPr>
          <w:t xml:space="preserve">based on their Recovery and Wind-down Plan (p42)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NSCC cannot afford to close everything with the money reserved for this type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situation, they the Fed must navigate the remaining positions (potentially via printing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money/bailout)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IX. STILL TL;DR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Calls happen across the market and force all market participants with short positions in GME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 or go bankrupt if they cannot afford to. The NSCC's systems that will settle positions after mass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defaults liquidates all short hedge funds and covers as much GME as it can. If the NSCC cannot pay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everything, it fails up to the Fed and JPOW to print money to settle the trades.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X. Hedgies, velkommen til helvete. Vi kommer for tårene dine.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PDF Link - I recommend accessing through an </w:t>
      </w:r>
      <w:r>
        <w:rPr>
          <w:rFonts w:ascii="Cambria" w:hAnsi="Cambria"/>
          <w:b/>
          <w:i w:val="0"/>
          <w:color w:val="FFFFFF"/>
          <w:sz w:val="20"/>
          <w:u w:val="none"/>
        </w:rPr>
        <w:t>incognito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browser so that no one else is able to see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email address if you are logged into google (I initially had this on OneDrive, which did not do this,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shills seem to have gotten my Microsoft account blacklisted so I cannot access OneDrive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lol):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73">
        <w:r>
          <w:rPr>
            <w:rFonts w:ascii="Cambria" w:hAnsi="Cambria"/>
            <w:sz w:val="20"/>
            <w:color w:val="FFFFFF"/>
            <w:u/>
          </w:rPr>
          <w:t xml:space="preserve">https://drive.google.com/file/d/18SDUrEd-wNjKDwblo3ykoIxn627Vni0G/view?usp=sharing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updated on 6/13/2021 to version 2.0 (kept the same post since it is referenced in a few places).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6/19/2021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recommend also reviewing these two links, which go into market abuse elements around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shorting. Some of the content over laps, but it is useful.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"Counterfeiting Stock"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74">
        <w:r>
          <w:rPr>
            <w:rFonts w:ascii="Cambria" w:hAnsi="Cambria"/>
            <w:sz w:val="20"/>
            <w:color w:val="FFFFFF"/>
            <w:u/>
          </w:rPr>
          <w:t>- https://web.archive.org/web/20210131014127/http://counterfeitingstock.com/CS2.0/Counterfeitin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774">
        <w:r>
          <w:rPr>
            <w:rFonts w:ascii="Cambria" w:hAnsi="Cambria"/>
            <w:sz w:val="20"/>
            <w:color w:val="FFFFFF"/>
            <w:u/>
          </w:rPr>
          <w:t xml:space="preserve">gStock.html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"Paid Bashers" (shills)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75">
        <w:r>
          <w:rPr>
            <w:rFonts w:ascii="Cambria" w:hAnsi="Cambria"/>
            <w:sz w:val="20"/>
            <w:color w:val="FFFFFF"/>
            <w:u/>
          </w:rPr>
          <w:t>- https://web.archive.org/web/20210131200557/http://counterfeitingstock.com/CS2.0/CS16Confessi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775">
        <w:r>
          <w:rPr>
            <w:rFonts w:ascii="Cambria" w:hAnsi="Cambria"/>
            <w:sz w:val="20"/>
            <w:color w:val="FFFFFF"/>
            <w:u/>
          </w:rPr>
          <w:t xml:space="preserve">onsOfAPaidStockBasher.html </w:t>
        </w:r>
      </w:hyperlink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355" w:name="pg354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355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flurry of rules before the storm. DTC, ICC,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OCC are prepared. GME might be hitting T+35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and T+21 crossover next week, pulling the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house of cards down.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not a financial advisor - and I am not providing you financial advice! This is all my interpretation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going 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Anyways, I wanted to ask... </w:t>
      </w:r>
    </w:p>
    <w:p>
      <w:pPr>
        <w:keepLines w:val="0"/>
        <w:widowControl w:val="0"/>
        <w:spacing w:before="213" w:after="0"/>
        <w:ind w:left="793"/>
      </w:pPr>
      <w:r>
        <w:drawing>
          <wp:inline xmlns:a="http://schemas.openxmlformats.org/drawingml/2006/main" xmlns:pic="http://schemas.openxmlformats.org/drawingml/2006/picture">
            <wp:extent cx="4594224" cy="3086734"/>
            <wp:docPr id="260" name="Picture 2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4594224" cy="3086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hype. Are you pretty hype? I keep coming back because I love you guys, and I love the fact that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been so much research freely accessible to teach millions of people all the nooks and crannies of the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market. I'll just say - once this is all over, I'll miss you apes. Thank you all.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❤️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TL;DR: The market is an overleveraged and rehypothecated bomb. The banks have been fighting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 collateral crisis since the end of March due to the government emergency liquidity programs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ending and inflation kicking in. The repo market could blow up at any moment from a lack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collateral and short squeeze the US Treasury market itself. The entire market is hanging by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thread and the DTC, ICC, and OCC are prepared for the fallout. The moment GME surges again,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they can cascade defaults to members in all clearing corps and end it in one fell swoop.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56" w:name="pg355"/>
      <w:pPr>
        <w:keepLines w:val="0"/>
        <w:pageBreakBefore/>
        <w:widowControl w:val="0"/>
        <w:spacing w:before="22" w:after="0" w:lineRule="exact" w:line="368"/>
        <w:ind w:left="0" w:right="-60"/>
      </w:pPr>
      <w:bookmarkEnd w:id="356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The DTC, ICC, and OCC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clear up some confusion! Lots of apes are posting rule numbers with no prefix, so it's going to be a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 understanding one another. Let's forge some wrinkles!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🧠🔨🦍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are all major clearing corps of the market. They all are their own beasts in and of themselves.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simplicity, we'll label them as such: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DTC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= stocks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ICC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= default swaps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OCC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=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of them operate independently, so they're all filing their own rules that affect them </w:t>
      </w:r>
      <w:r>
        <w:rPr>
          <w:rFonts w:ascii="Cambria" w:hAnsi="Cambria"/>
          <w:b/>
          <w:i w:val="0"/>
          <w:color w:val="FFFFFF"/>
          <w:sz w:val="20"/>
          <w:u w:val="none"/>
        </w:rPr>
        <w:t>individually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distinction. The DTC rules don't apply to the ICC, and vice-versa. That is why we see the rule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prefixes. These prefixes can help you distinguish between each of the entities.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 1: SR-DTC-2021-004 is a rule for the DTC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 2: SR-ICC-2021-005 is a rule for the ICC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 3: SR-OCC-2021-004 is a rule for the OCC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helps a lot to add the prefix before the rule number since we're now seeing multiple 003/004/005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rules. Less confused ape = happy ape!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Almost Everyone Is Ready For Member Defaults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You've probably heard the term </w:t>
      </w:r>
      <w:r>
        <w:rPr>
          <w:rFonts w:ascii="Cambria" w:hAnsi="Cambria"/>
          <w:b/>
          <w:i w:val="0"/>
          <w:color w:val="FFFFFF"/>
          <w:sz w:val="20"/>
          <w:u w:val="none"/>
        </w:rPr>
        <w:t>defaulting member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being thrown around a lot lately. You can think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as being equivalent to a margin call. The member defaulted on something - making them go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 in net capital - and thus they're in debt. Bye bye!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DTC, ICC, and OCC all pretty much share the same members. Market Makers and Banks. Except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course the ICC which only has Banks as members.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 might think that all these rules being passed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have nothing to do with GME, but it deals with the market itself blowing up, which in turn effects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GME. All three of them passing similar rules is spooky and not a good sign for the market.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member defaults in the ICC, they most likely default in the DTC and OCC as well. The DTC, ICC,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 do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want to be left paying up for the defaulting member's debts in the event of a default.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want to contain the nuke as much as possible so that it doesn't completely obliterate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To prepare for the market nuke, the DTC, ICC, and OCC have passed rules/plans to deal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defaulting members.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won't go into super detail here. Just a brief summary of the infinity stones which the DTC, ICC,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 have collected: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DTC-004: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Wind-down and auction plan. </w:t>
      </w:r>
      <w:r>
        <w:rPr>
          <w:rFonts w:ascii="Cambria" w:hAnsi="Cambria"/>
          <w:b/>
          <w:i w:val="0"/>
          <w:color w:val="FFFFFF"/>
          <w:sz w:val="20"/>
          <w:u w:val="none"/>
        </w:rPr>
        <w:t>In effect.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ICC-005: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Wind-down and auction plan. </w:t>
      </w:r>
      <w:r>
        <w:rPr>
          <w:rFonts w:ascii="Cambria" w:hAnsi="Cambria"/>
          <w:b/>
          <w:i w:val="0"/>
          <w:color w:val="FFFFFF"/>
          <w:sz w:val="20"/>
          <w:u w:val="none"/>
        </w:rPr>
        <w:t>In effect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OCC-004: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Auction plan. Allows third parties to join in (E.g. Blackrock). </w:t>
      </w:r>
      <w:r>
        <w:rPr>
          <w:rFonts w:ascii="Cambria" w:hAnsi="Cambria"/>
          <w:b/>
          <w:i w:val="0"/>
          <w:color w:val="FFFFFF"/>
          <w:sz w:val="20"/>
          <w:u w:val="none"/>
        </w:rPr>
        <w:t>In effect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OCC-003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Shielding plan. Protects the OCC from paying up too badly by having extra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liquidity. </w:t>
      </w:r>
      <w:r>
        <w:rPr>
          <w:rFonts w:ascii="Cambria" w:hAnsi="Cambria"/>
          <w:b/>
          <w:i w:val="0"/>
          <w:color w:val="FFFFFF"/>
          <w:sz w:val="20"/>
          <w:u w:val="none"/>
        </w:rPr>
        <w:t>Will be in effect on June 1.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Not in effect, but the OCC deposit of ~$600m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that was due the morning of May 19th could have supplemented for this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If not,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can go into effect any day between now and May 31st.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single one of them now has some form of rule which allows the defaulting members assets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auctioned off. This allows other members to buy the defaulters assets at a discount while funding the </w:t>
      </w:r>
    </w:p>
    <w:p>
      <w:bookmarkStart w:id="357" w:name="pg35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5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 member's positions. Say someone defaults from GME short positions and has, oh, I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know, 500 million shares short. The money used to pay for the covering of the GME short position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funded partially by this auction.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end, this transfers assets to other entities while also pushing the damage to those entities as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possible - a way to contain the nuke. It's a win-win situation. Other members get securities/assets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cheap, while the DTC, ICC, and OCC worry less about payout, and the market </w:t>
      </w:r>
      <w:r>
        <w:rPr>
          <w:rFonts w:ascii="Cambria" w:hAnsi="Cambria"/>
          <w:b/>
          <w:i w:val="0"/>
          <w:color w:val="FFFFFF"/>
          <w:sz w:val="20"/>
          <w:u w:val="none"/>
        </w:rPr>
        <w:t>might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able to prop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itself up.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the case with the OCC, third-party members can join in on the fun. E.g. Blackrock. There's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theories that Blackrock will delete Citadel from existence and press the MOASS button. I don't think so.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they've just been waiting this out to gather enough cash to bid on as many assets as possible.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not going to waste their money on igniting the MOASS, they're going to spend it to feast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defaulters remains.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key takeaway is that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all three of them, the DTC, ICC, and OCC are ready to pull the plug.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Any one of the DTC, ICC, or OCC can margin call a member and cause a default.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moment a member defaults in the DTC, ICC, or OCC, it will cascade to the other clearing corps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cause them to default over there as well. In one fell swoop, all the stocks, options, and swaps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 defaulting members are up for auction.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Do We Need The Other Rules?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You're probably thinking about </w:t>
      </w:r>
      <w:r>
        <w:rPr>
          <w:rFonts w:ascii="Cambria" w:hAnsi="Cambria"/>
          <w:b/>
          <w:i w:val="0"/>
          <w:color w:val="FFFFFF"/>
          <w:sz w:val="20"/>
          <w:u w:val="none"/>
        </w:rPr>
        <w:t>DTC-005, NSCC-002/801,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others. And no, from my understanding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does NOT need them to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doesn't even really need a catalyst. The T+21 and T+35 crossover event is probably enough to push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over the edge (discussed later). The market is literally hanging by a thread right now and a big move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can push it into margin call territory, causing the cascading defaults.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DTC-005 and NSCC-002/801 rules are to protect the future market. The guys in charge might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 learned to impose more restrictions, and hopefully they stick to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DTC-005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help avoid another stock from becoming over-shorted again. No more naked shorting.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adding to your short pile with malicious options practices. It prevents another group of absolute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retarded hedgefunds from doing this again. The T+21 and T+35 loop will cause the price floor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regardless of this rule and eventually cause margin calls. Remember, liquidity bomb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growing issue, so the margin call price is most likely dropping as well.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NSCC-002/801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speed up margin calls for extreme volatile movements like we saw in the January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March squeezes. They will make sure that if someone enters margin call city territory, they'll issue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one-hour timeframe. Pay up within </w:t>
      </w:r>
      <w:r>
        <w:rPr>
          <w:rFonts w:ascii="Cambria" w:hAnsi="Cambria"/>
          <w:b/>
          <w:i w:val="0"/>
          <w:color w:val="FFFFFF"/>
          <w:sz w:val="20"/>
          <w:u w:val="none"/>
        </w:rPr>
        <w:t>one hour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you're toast. This ensures that volatility will kill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 shorters who get caught with their pants down.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rules help the future market avoid this bullshit again. They are not necessary for the MOASS.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ICC itself has introduced a wild rule </w:t>
      </w:r>
      <w:r>
        <w:rPr>
          <w:rFonts w:ascii="Cambria" w:hAnsi="Cambria"/>
          <w:b/>
          <w:i w:val="0"/>
          <w:color w:val="FFFFFF"/>
          <w:sz w:val="20"/>
          <w:u w:val="none"/>
        </w:rPr>
        <w:t>ICC-008,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which is in effect, that performs hypothetical margin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calculations based on market movements. So again, the ICC could trigger a margin call to its bank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members based on their new margin model rather than the DTC. Boom, the defaulting bank cascades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the banks members and eventually to GME. </w:t>
      </w:r>
    </w:p>
    <w:p>
      <w:bookmarkStart w:id="358" w:name="pg35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5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all is said and done, the DTC will ensure that these rules are in place so that nobody can cause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situation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most important rules are the wind-down and auction plans. They cover the DTC, ICC,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OCC's asses and try to protect the market as much as possible. These wind-down and auction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plans are the OK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to initiate launch when the time is right.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Shit Is Close To Hitting The Fan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whole market is an overleveraged bomb. GME isn't the only problem 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sure you guys remember Archegos. Those guys abused what, 5x leverage? And you all saw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effect they had on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how bad leverage must have been abused by all the large firms which are STILL standing today.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what will happen if a very large firm with equivalent or larger margin goes bust. How about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handful of them going bust? Bad, bad things, my fellow ape. Bad things.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sure you guys have seen this posted a million times today. This screams liquidity crisis in the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they've been really fucking stupid for the past couple of years, even more so since 2020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allowing firms to abuse the pandemic. </w:t>
      </w:r>
    </w:p>
    <w:p>
      <w:bookmarkStart w:id="359" w:name="pg358"/>
      <w:pPr>
        <w:keepLines w:val="0"/>
        <w:pageBreakBefore/>
        <w:widowControl w:val="0"/>
        <w:spacing w:before="0" w:after="0"/>
        <w:ind w:left="0"/>
      </w:pPr>
      <w:bookmarkEnd w:id="359"/>
      <w:r>
        <w:drawing>
          <wp:inline xmlns:a="http://schemas.openxmlformats.org/drawingml/2006/main" xmlns:pic="http://schemas.openxmlformats.org/drawingml/2006/picture">
            <wp:extent cx="5283834" cy="8229600"/>
            <wp:docPr id="261" name="Picture 2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77"/>
                    <a:stretch>
                      <a:fillRect/>
                    </a:stretch>
                  </pic:blipFill>
                  <pic:spPr>
                    <a:xfrm>
                      <a:off x="0" y="0"/>
                      <a:ext cx="5283834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60" w:name="pg35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6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did these reverse repos start showing up?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January 29th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February 25th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March 11th.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Woah what? Liquidity problems around the dates GME surged? It's not necessarily connected but hey,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nice coincidence - right?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😉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reverse repos started coming at ever-increasing frequency towards the end of March. Hmmm.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78">
        <w:r>
          <w:rPr>
            <w:rFonts w:ascii="Cambria" w:hAnsi="Cambria"/>
            <w:sz w:val="20"/>
            <w:color w:val="FFFFFF"/>
            <w:u/>
          </w:rPr>
          <w:t xml:space="preserve">Wonder why? Could it be that the fed ended their liquidity programs?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862964"/>
            <wp:docPr id="262" name="Picture 2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2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Yup. Those programs dried up on March 31, 2021. This suddenly put much more liabilities on the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balance sheets, where they need to obtain assets to counteract their liabilities.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since then, banks have been STRUGGLING with their balance sheets, and the potential of a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squeeze on the US Treasury Bond Market (See "Everything Short" by /u/atobitt):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have a "balance sheet" of assets and liabilities. Liabilities? Could be cash they owe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people/entities. Assets? Some form of collateral, such as treasury bonds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have ever-increasing liabilities every day due to over-leveraged borrowers.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order to not default, banks need to maintain balance on their sheets by obtaining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assets/collateral.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will go to Fed and to get their collateral in order to avoid defaulting (Reverse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Repo).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banks borrow collateral they might even 'short' sell those borrowed bonds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the treasury market, hoping to flip a profit </w:t>
      </w:r>
      <w:r>
        <w:rPr>
          <w:rFonts w:ascii="Cambria" w:hAnsi="Cambria"/>
          <w:b/>
          <w:i w:val="0"/>
          <w:color w:val="FFFFFF"/>
          <w:sz w:val="20"/>
          <w:u w:val="none"/>
        </w:rPr>
        <w:t>due to inflation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Repeat #2 -&gt; #5 and you get your ever increasing reverse repo amount.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only this, the Fed is sucking out $80Billion in treasuries (collateral) each month.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Reducing the supply in the market.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the reverse repo amount continues to increase, demand continues to go up for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the fed continues to suck out collateral, the supply of collateral drops.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10.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Eventually you hit a critical point where the supply is too low, and the treasury value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shoots up. Banks who are short might now be forced to buy back up the treasuries on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and cause a short squeeze in the US Treasury Market itself.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default. Members default. Everything collapses except some Banks/HFs/Financial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Institutions which weren't completely stupid.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any moment, the collateral bomb can pop and drag the whole system down. Definitely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80">
        <w:r>
          <w:rPr>
            <w:rFonts w:ascii="Cambria" w:hAnsi="Cambria"/>
            <w:sz w:val="20"/>
            <w:color w:val="FFFFFF"/>
            <w:u/>
          </w:rPr>
          <w:t xml:space="preserve">recommend George Gammon's Summary. </w:t>
        </w:r>
      </w:hyperlink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5. The T+35 and T+21 Crossover Event of Meme Stocks </w:t>
      </w:r>
    </w:p>
    <w:p>
      <w:bookmarkStart w:id="361" w:name="pg36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6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posted a theory about us getting close to another February 24th repeat where massive amounts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and buy pressure could surge GME. You can find the post here: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81">
        <w:r>
          <w:rPr>
            <w:rFonts w:ascii="Cambria" w:hAnsi="Cambria"/>
            <w:sz w:val="20"/>
            <w:color w:val="FFFFFF"/>
            <w:u/>
          </w:rPr>
          <w:t xml:space="preserve">FTD Loop Missing Link T+35 and T+21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actual </w:t>
      </w:r>
      <w:r>
        <w:rPr>
          <w:rFonts w:ascii="Cambria" w:hAnsi="Cambria"/>
          <w:b/>
          <w:i w:val="0"/>
          <w:color w:val="FFFFFF"/>
          <w:sz w:val="20"/>
          <w:u w:val="none"/>
        </w:rPr>
        <w:t>why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the mechanics behind these loops might not actually be FTDs. But instead Net Capital,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operates on a similar timeframe. T+7, T+14, T+21, T+28. They're forced to buy up shares, causing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pressure, in order to return neutral and deliver. You can find that post here: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9">
        <w:r>
          <w:rPr>
            <w:rFonts w:ascii="Cambria" w:hAnsi="Cambria"/>
            <w:sz w:val="20"/>
            <w:color w:val="FFFFFF"/>
            <w:u/>
          </w:rPr>
          <w:t xml:space="preserve">Net Capital Bomb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quick summary of T+35 and T+21, we seem to be in </w:t>
      </w:r>
      <w:r>
        <w:rPr>
          <w:rFonts w:ascii="Cambria" w:hAnsi="Cambria"/>
          <w:b/>
          <w:i w:val="0"/>
          <w:color w:val="FFFFFF"/>
          <w:sz w:val="20"/>
          <w:u w:val="none"/>
        </w:rPr>
        <w:t>multiple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price spike loops. And a new one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to pop up. Where did these originate from? So far, it looks like three main dates: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January 15th: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Major option date. One of the only 2021 option dates available in early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2020. Shorters must have piled in here.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5th**:** The date Robinhood and other brokers fully lifted restrictions. Most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likely reset the clock from another options date or some other factor. [Trying to pin this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down] Edit: I think we can ignore this. The only option expirations that matter are Jan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15 and April 16 due to them being two of the major option dates that were available 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2020.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April 16th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Major option date. One of the only 2021 option dates available in early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2020. Once again, shorters must have piled in here. I'm pretty sure Melvin's PUTs </w:t>
      </w:r>
    </w:p>
    <w:p>
      <w:pPr>
        <w:keepLines w:val="0"/>
        <w:widowControl w:val="0"/>
        <w:spacing w:before="69" w:after="0" w:lineRule="exact" w:line="247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expired on this date, FYI.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😉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date coincides with the following loop: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 Expire date. T+35 days later a price spike occurs. (January 15 -&gt; February 24th)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endless cycle of price spikes T+21 days later starts. (February 24th -&gt; March 25th -&gt;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26th -&gt; May 25th)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first T+35 spike is more significant than the T+21 spikes. Check it out.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I've also plotted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hypothetical next price spikes which occur on May 24 (T+35) and May 25 (T+21)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Please note: T+35 is CALENDAR days. T+21 is BUSINESS days. Take a look at the above DD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walkthrough of this timing.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62" w:name="pg361"/>
      <w:pPr>
        <w:keepLines w:val="0"/>
        <w:pageBreakBefore/>
        <w:widowControl w:val="0"/>
        <w:spacing w:before="0" w:after="0"/>
        <w:jc w:val="center"/>
      </w:pPr>
      <w:bookmarkEnd w:id="362"/>
      <w:r>
        <w:drawing>
          <wp:inline xmlns:a="http://schemas.openxmlformats.org/drawingml/2006/main" xmlns:pic="http://schemas.openxmlformats.org/drawingml/2006/picture">
            <wp:extent cx="5943600" cy="4796790"/>
            <wp:docPr id="263" name="Picture 2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6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T+35 and T+21 Loop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what? This happens in AMC too. You can apply this to KOSS as well, and find the same exact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patterns. Anyone want to have fun and check more meme stocks? Be my guest! </w:t>
      </w:r>
    </w:p>
    <w:p>
      <w:bookmarkStart w:id="363" w:name="pg362"/>
      <w:pPr>
        <w:keepLines w:val="0"/>
        <w:pageBreakBefore/>
        <w:widowControl w:val="0"/>
        <w:spacing w:before="0" w:after="0"/>
        <w:jc w:val="center"/>
      </w:pPr>
      <w:bookmarkEnd w:id="363"/>
      <w:r>
        <w:drawing>
          <wp:inline xmlns:a="http://schemas.openxmlformats.org/drawingml/2006/main" xmlns:pic="http://schemas.openxmlformats.org/drawingml/2006/picture">
            <wp:extent cx="5943600" cy="4622800"/>
            <wp:docPr id="264" name="Picture 2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AMC T+35 and T+21 Loop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that shit? We're lining up for not just a T+35 spike, but a T+21 spike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one day after another next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week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is going to effect </w:t>
      </w:r>
      <w:r>
        <w:rPr>
          <w:rFonts w:ascii="Cambria" w:hAnsi="Cambria"/>
          <w:b/>
          <w:i w:val="0"/>
          <w:color w:val="FFFFFF"/>
          <w:sz w:val="20"/>
          <w:u w:val="none"/>
        </w:rPr>
        <w:t>all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meme stocks if the cycle continues and April 16th actually triggers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loop.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timing of all of the wind-down and auction plans being in effect along with the increasing collateral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 of the banks with reverse repos means there's a massive collateral bomb being juggled,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blow up with another volatile movement in GME or the market itself. When that happens, anyone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default. And what happens when a member defaults in DTC, ICC, or OCC? It cascades to the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 clearing corps. The margin calls start blasting out to all of the way overleveraged firms who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screwed by this volatility, and down goes the house of cards.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Call me a tinfoil hat wearer, but it sure as hell feels like the SEC, DTC, ICC, OCC, everyone high up,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planned this all out. The flash crashes, everything, in order to get their nuke fallout plans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place.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probably always knew the timer was going to tick, tick, tick, run out, and boom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week of May 24th due to April 16th options expiration.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the SEC, DTC, ICC, OCC, all the higher-ups shut things down in January. They shut things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 March 10th. They crash the price on March 15th to avoid a pre-emptive margin-call. They pull </w:t>
      </w:r>
    </w:p>
    <w:p>
      <w:bookmarkStart w:id="364" w:name="pg36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64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many strings to buy time, pump all their wind-down plans in place at the last minute, wait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next surge of GME, and then...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360545"/>
            <wp:docPr id="265" name="Picture 2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0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7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Wait... Is NSCC-002 about to turn the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T+21/T+35 loop into a death spiral of T+0 as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 approach Q2 end?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716">
        <w:r>
          <w:rPr>
            <w:rFonts w:ascii="Cambria" w:hAnsi="Cambria"/>
            <w:sz w:val="17"/>
            <w:color w:val="FFFFFF"/>
            <w:u/>
          </w:rPr>
          <w:t xml:space="preserve">Possible DD </w:t>
        </w:r>
      </w:hyperlink>
      <w:hyperlink r:id="rId716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716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not a financial advisor. I do not provide financial advice. Many thoughts here are my opinion,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others can be speculative. </w:t>
      </w:r>
    </w:p>
    <w:p>
      <w:bookmarkStart w:id="365" w:name="pg36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6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NSCC-002 just got approved, along with NSCC-801 for one-hour margin calls. Not only did it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approved, it got </w:t>
      </w:r>
      <w:r>
        <w:rPr>
          <w:rFonts w:ascii="Cambria" w:hAnsi="Cambria"/>
          <w:b/>
          <w:i w:val="0"/>
          <w:color w:val="FFFFFF"/>
          <w:sz w:val="20"/>
          <w:u w:val="none"/>
        </w:rPr>
        <w:t>accelerated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approval and will be in effect </w:t>
      </w:r>
      <w:r>
        <w:rPr>
          <w:rFonts w:ascii="Cambria" w:hAnsi="Cambria"/>
          <w:b/>
          <w:i w:val="0"/>
          <w:color w:val="FFFFFF"/>
          <w:sz w:val="20"/>
          <w:u w:val="none"/>
        </w:rPr>
        <w:t>Wednesday, June 23rd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got me </w:t>
      </w:r>
      <w:r>
        <w:rPr>
          <w:rFonts w:ascii="Cambria" w:hAnsi="Cambria"/>
          <w:b/>
          <w:i w:val="0"/>
          <w:color w:val="FFFFFF"/>
          <w:sz w:val="20"/>
          <w:u w:val="none"/>
        </w:rPr>
        <w:t>JACKED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But of course don't get too hyped just because of me. It could all be a nothing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burger in the end. But, there's some crazy shit going down that I think is telling of what is about to come.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also comments of "these rules mean nothing until they are enforced". Yes, I agree. But, consider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fact that the NSCC, ICC, OCC, DTC </w:t>
      </w:r>
      <w:r>
        <w:rPr>
          <w:rFonts w:ascii="Cambria" w:hAnsi="Cambria"/>
          <w:b/>
          <w:i w:val="0"/>
          <w:color w:val="FFFFFF"/>
          <w:sz w:val="20"/>
          <w:u w:val="none"/>
        </w:rPr>
        <w:t>have all been drafting up rules to protect themselves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event of member defaults and extreme market stress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They aren't just drafting these up to say, "Meh.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Nevermind". The NSCC, ICC, OCC, DTC are full of members who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short on GameStop or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that put these entities at risk. The other members have influence and do not want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dragged down either. It's a battle of survival.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also apologize if anyone has already posted about this. I do know that /u/dentisttft had identified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SLD periods in their post about T+35 when tying in the spikes of price! Such a smart ape! I'm going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expand on their post here, identifying the importance of NSCC-002 to the theory.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comment by /u/minnowstogetherstonk also encouraged this discussion, first identifying that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85">
        <w:r>
          <w:rPr>
            <w:rFonts w:ascii="Cambria" w:hAnsi="Cambria"/>
            <w:sz w:val="20"/>
            <w:color w:val="FFFFFF"/>
            <w:u/>
          </w:rPr>
          <w:t xml:space="preserve">T+35/T+21 could turn into T+0 that feeds on itself. If this is what is about to happen... genius ape!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personally think that NSCC-002 will trigger a death-spiral for SHFs as we approach Q2 end, and shit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to hit the fan across all markets. </w:t>
      </w:r>
    </w:p>
    <w:p>
      <w:pPr>
        <w:keepLines w:val="0"/>
        <w:widowControl w:val="0"/>
        <w:spacing w:before="314" w:after="0"/>
        <w:jc w:val="center"/>
      </w:pPr>
      <w:r>
        <w:drawing>
          <wp:inline xmlns:a="http://schemas.openxmlformats.org/drawingml/2006/main" xmlns:pic="http://schemas.openxmlformats.org/drawingml/2006/picture">
            <wp:extent cx="3547109" cy="1989454"/>
            <wp:docPr id="266" name="Picture 2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86"/>
                    <a:stretch>
                      <a:fillRect/>
                    </a:stretch>
                  </pic:blipFill>
                  <pic:spPr>
                    <a:xfrm>
                      <a:off x="0" y="0"/>
                      <a:ext cx="3547109" cy="198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Awww shit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NSCC-002 And It's Effects On Liquidity Deposits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Note: Like I said above, this is expanding off of /u/dentisttft's post of T+35 found here: T+35 Is The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True Cycle. It visually showed the NSCC liquidity cycle times and the effects it had on FTDs, which never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clicked until thinking about NSCC-002 a bit more. Give their post a read! :)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big to remember is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NSCC-801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now goes into effect </w:t>
      </w:r>
      <w:r>
        <w:rPr>
          <w:rFonts w:ascii="Cambria" w:hAnsi="Cambria"/>
          <w:b/>
          <w:i w:val="0"/>
          <w:color w:val="FFFFFF"/>
          <w:sz w:val="20"/>
          <w:u w:val="none"/>
        </w:rPr>
        <w:t>along with NSCC-002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allows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</w:t>
      </w:r>
      <w:r>
        <w:rPr>
          <w:rFonts w:ascii="Cambria" w:hAnsi="Cambria"/>
          <w:b/>
          <w:i w:val="0"/>
          <w:color w:val="FFFFFF"/>
          <w:sz w:val="20"/>
          <w:u w:val="none"/>
        </w:rPr>
        <w:t>one-hour margin calls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means that when a member does not have sufficient liquidity, they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asked to post it within </w:t>
      </w:r>
      <w:r>
        <w:rPr>
          <w:rFonts w:ascii="Cambria" w:hAnsi="Cambria"/>
          <w:b/>
          <w:i w:val="0"/>
          <w:color w:val="FFFFFF"/>
          <w:sz w:val="20"/>
          <w:u w:val="none"/>
        </w:rPr>
        <w:t>one hour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the NSCC. If they do not post the liquidity, then the member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defaults. And thus, the snappening begins.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investigate the most important bits of NSCC-002. First, a glance at what the rules </w:t>
      </w:r>
      <w:r>
        <w:rPr>
          <w:rFonts w:ascii="Cambria" w:hAnsi="Cambria"/>
          <w:b/>
          <w:i w:val="0"/>
          <w:color w:val="FFFFFF"/>
          <w:sz w:val="20"/>
          <w:u w:val="none"/>
        </w:rPr>
        <w:t>used to be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NSCC's concern driving the rule change**:** </w:t>
      </w:r>
    </w:p>
    <w:p>
      <w:bookmarkStart w:id="366" w:name="pg365"/>
      <w:pPr>
        <w:keepLines w:val="0"/>
        <w:pageBreakBefore/>
        <w:widowControl w:val="0"/>
        <w:spacing w:before="0" w:after="0"/>
        <w:jc w:val="center"/>
      </w:pPr>
      <w:bookmarkEnd w:id="366"/>
      <w:r>
        <w:drawing>
          <wp:inline xmlns:a="http://schemas.openxmlformats.org/drawingml/2006/main" xmlns:pic="http://schemas.openxmlformats.org/drawingml/2006/picture">
            <wp:extent cx="5943600" cy="1784350"/>
            <wp:docPr id="267" name="Picture 2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4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NSCC-002 Part 1; Old Liquidity Requirements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038350"/>
            <wp:docPr id="268" name="Picture 2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8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NSCC-002 Part 2; Old Liquidity Requirements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Prior to this rule change, the NSCC would collect liquidity deposits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only during Monthly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expiry periods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What is a monthly option? It is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third Friday of each month: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15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19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19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21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18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NSCC realized that shit could get really wonky between those liquidity periods of the monthly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options. These volatile movements in the markets would put the NSCC itself at risk due to some of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members positions. So, they decided to draft up this rule which allowed them to not only grab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monthly options, </w:t>
      </w:r>
      <w:r>
        <w:rPr>
          <w:rFonts w:ascii="Cambria" w:hAnsi="Cambria"/>
          <w:b/>
          <w:i w:val="0"/>
          <w:color w:val="FFFFFF"/>
          <w:sz w:val="20"/>
          <w:u w:val="none"/>
        </w:rPr>
        <w:t>but to be able to ask for more liquidity on a daily basis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allows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NSCC to take hold of volatility and say, "enough is enough, you're done for".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check this out: </w:t>
      </w:r>
    </w:p>
    <w:p>
      <w:bookmarkStart w:id="367" w:name="pg366"/>
      <w:pPr>
        <w:keepLines w:val="0"/>
        <w:pageBreakBefore/>
        <w:widowControl w:val="0"/>
        <w:spacing w:before="0" w:after="0"/>
        <w:jc w:val="center"/>
      </w:pPr>
      <w:bookmarkEnd w:id="367"/>
      <w:r>
        <w:drawing>
          <wp:inline xmlns:a="http://schemas.openxmlformats.org/drawingml/2006/main" xmlns:pic="http://schemas.openxmlformats.org/drawingml/2006/picture">
            <wp:extent cx="5943600" cy="3274059"/>
            <wp:docPr id="269" name="Picture 2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NSCC-002 Part 2; New Liquidity Requirements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859154"/>
            <wp:docPr id="270" name="Picture 2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9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NSCC-002 Part 2; New Liquidity Requirements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NSCC defined a period of grabbing liquidity and holding it to be 2 business days prior to monthly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expiration, and ending 7 days after monthly expiration. From the dates listed above, this gives you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following time periods of liquidity deposits for monthly expirations: </w:t>
      </w:r>
    </w:p>
    <w:p>
      <w:pPr>
        <w:keepLines w:val="0"/>
        <w:widowControl w:val="0"/>
        <w:tabs>
          <w:tab w:pos="531" w:val="left"/>
          <w:tab w:pos="2247" w:val="left"/>
          <w:tab w:pos="5728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Monthly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Liquidity Deposit Given By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Liquidity Deposit Returned To </w:t>
      </w:r>
    </w:p>
    <w:p>
      <w:pPr>
        <w:keepLines w:val="0"/>
        <w:widowControl w:val="0"/>
        <w:tabs>
          <w:tab w:pos="331" w:val="left"/>
          <w:tab w:pos="2767" w:val="left"/>
          <w:tab w:pos="630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Option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Member To NSCC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Member From NSCC </w:t>
      </w:r>
    </w:p>
    <w:p>
      <w:pPr>
        <w:keepLines w:val="0"/>
        <w:widowControl w:val="0"/>
        <w:tabs>
          <w:tab w:pos="130" w:val="left"/>
          <w:tab w:pos="2092" w:val="left"/>
          <w:tab w:pos="5568" w:val="left"/>
        </w:tabs>
        <w:spacing w:before="137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January 27 </w:t>
      </w:r>
    </w:p>
    <w:p>
      <w:pPr>
        <w:keepLines w:val="0"/>
        <w:widowControl w:val="0"/>
        <w:tabs>
          <w:tab w:pos="130" w:val="left"/>
          <w:tab w:pos="2092" w:val="left"/>
          <w:tab w:pos="55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March 2 </w:t>
      </w:r>
    </w:p>
    <w:p>
      <w:pPr>
        <w:keepLines w:val="0"/>
        <w:widowControl w:val="0"/>
        <w:tabs>
          <w:tab w:pos="130" w:val="left"/>
          <w:tab w:pos="2092" w:val="left"/>
          <w:tab w:pos="55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March 30 </w:t>
      </w:r>
    </w:p>
    <w:p>
      <w:pPr>
        <w:keepLines w:val="0"/>
        <w:widowControl w:val="0"/>
        <w:tabs>
          <w:tab w:pos="130" w:val="left"/>
          <w:tab w:pos="2092" w:val="left"/>
          <w:tab w:pos="55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April 27 </w:t>
      </w:r>
    </w:p>
    <w:p>
      <w:pPr>
        <w:keepLines w:val="0"/>
        <w:widowControl w:val="0"/>
        <w:tabs>
          <w:tab w:pos="130" w:val="left"/>
          <w:tab w:pos="2092" w:val="left"/>
          <w:tab w:pos="556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June 2 </w:t>
      </w:r>
    </w:p>
    <w:p>
      <w:pPr>
        <w:keepLines w:val="0"/>
        <w:widowControl w:val="0"/>
        <w:tabs>
          <w:tab w:pos="130" w:val="left"/>
          <w:tab w:pos="2092" w:val="left"/>
          <w:tab w:pos="55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18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16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June 29 </w:t>
      </w:r>
    </w:p>
    <w:p>
      <w:pPr>
        <w:keepLines w:val="0"/>
        <w:widowControl w:val="0"/>
        <w:spacing w:before="14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if you remember from /u/dentisttft's posts, these periods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 contain the T+21/T+35 dates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January 25, February 24, March 25, April 26, May 25, and June 24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 it appears that, </w:t>
      </w:r>
    </w:p>
    <w:p>
      <w:bookmarkStart w:id="368" w:name="pg36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6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/u/dentisttftconcluded, that they struggle with liquidity during these time periods of FTD deliveries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price gets much greater upward momentum.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back to the images above of NSCC-002... notice that in the old rule that the amount of liquidity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needed to be posted for monthly expirations was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based on settlement activity of the prior 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months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. That's a lot of leeway on how much liquidity is needed per member as it was not checking real-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data.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the NSCC is changing it to a </w:t>
      </w:r>
      <w:r>
        <w:rPr>
          <w:rFonts w:ascii="Cambria" w:hAnsi="Cambria"/>
          <w:b/>
          <w:i w:val="0"/>
          <w:color w:val="FFFFFF"/>
          <w:sz w:val="20"/>
          <w:u w:val="none"/>
        </w:rPr>
        <w:t>daily calculation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It's no longer a one-and-done deal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monthly liquidity based on the prior 24 months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 is going to be based on a </w:t>
      </w:r>
      <w:r>
        <w:rPr>
          <w:rFonts w:ascii="Cambria" w:hAnsi="Cambria"/>
          <w:b/>
          <w:i w:val="0"/>
          <w:color w:val="FFFFFF"/>
          <w:sz w:val="20"/>
          <w:u w:val="none"/>
        </w:rPr>
        <w:t>constant check of real-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time data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can shift the total liquidity required from the previous rule up significantly, mainly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 is no longer based on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prior 24 months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settlement activity.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T+21/T+35 Loop Turns Into A T+0 Death Spiral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how shit went absolutely wild around March 10th? That was outside of a liquidity deposit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phase. And then,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price was tanked and brought down severely JUST BEFORE the next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deposit was required.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69" w:name="pg368"/>
      <w:pPr>
        <w:keepLines w:val="0"/>
        <w:pageBreakBefore/>
        <w:widowControl w:val="0"/>
        <w:spacing w:before="0" w:after="0"/>
        <w:ind w:left="0"/>
      </w:pPr>
      <w:bookmarkEnd w:id="369"/>
      <w:r>
        <w:drawing>
          <wp:inline xmlns:a="http://schemas.openxmlformats.org/drawingml/2006/main" xmlns:pic="http://schemas.openxmlformats.org/drawingml/2006/picture">
            <wp:extent cx="3187700" cy="6858000"/>
            <wp:docPr id="271" name="Picture 2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68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Price Action Prior To Next Liquidity Requirement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fact, something curious is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price has never been above $228 entering the next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posting date, and has never been above $300 during these liquidity dates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Hmmm? Margin call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could be </w:t>
      </w:r>
      <w:r>
        <w:rPr>
          <w:rFonts w:ascii="Cambria" w:hAnsi="Cambria"/>
          <w:b/>
          <w:i w:val="0"/>
          <w:color w:val="FFFFFF"/>
          <w:sz w:val="20"/>
          <w:u w:val="none"/>
        </w:rPr>
        <w:t>dangerously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close. And with NSCC-002/801, it can absolutely screw the SHFs.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does this all mean in the end? </w:t>
      </w:r>
      <w:r>
        <w:rPr>
          <w:rFonts w:ascii="Cambria" w:hAnsi="Cambria"/>
          <w:b/>
          <w:i w:val="0"/>
          <w:color w:val="FFFFFF"/>
          <w:sz w:val="20"/>
          <w:u w:val="none"/>
        </w:rPr>
        <w:t>Well, it can turn the T+21/T+35 loop into a T+0 death spiral.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70" w:name="pg36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7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used to have to post liquidity two days prior to the monthly options. But now, the NSCC has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discretion to ask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liquidity at </w:t>
      </w:r>
      <w:r>
        <w:rPr>
          <w:rFonts w:ascii="Cambria" w:hAnsi="Cambria"/>
          <w:b/>
          <w:i w:val="0"/>
          <w:color w:val="FFFFFF"/>
          <w:sz w:val="20"/>
          <w:u w:val="none"/>
        </w:rPr>
        <w:t>ANY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time based on daily movements of prices. The previous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 posting was a </w:t>
      </w:r>
      <w:r>
        <w:rPr>
          <w:rFonts w:ascii="Cambria" w:hAnsi="Cambria"/>
          <w:b/>
          <w:i w:val="0"/>
          <w:color w:val="FFFFFF"/>
          <w:sz w:val="20"/>
          <w:u w:val="none"/>
        </w:rPr>
        <w:t>one-and-done deal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instead of a liquidity requirement that would constantly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every day of the year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And if they fail these new liquidity checks? </w:t>
      </w:r>
      <w:r>
        <w:rPr>
          <w:rFonts w:ascii="Cambria" w:hAnsi="Cambria"/>
          <w:b/>
          <w:i w:val="0"/>
          <w:color w:val="FFFFFF"/>
          <w:sz w:val="20"/>
          <w:u w:val="none"/>
        </w:rPr>
        <w:t>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Hour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Margin calls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figure based on /u/dentisttft's liquidity deposit phases identifying what could happen starting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Wednesday, June 23rd: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302759"/>
            <wp:docPr id="272" name="Picture 2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2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Price Action And Liquidity Deposit Phases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very well be why they are trying to obliterate the price at the moment.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FTD spike can cause the price to absolutely soar into a price range which requires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liquidity, making it harder for them to suppress the price, and pushing GME more towards the margin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 price. Which then feeds on itself requiring more liquidity, and it continues on an absolute death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spiral.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can then lead to this: </w:t>
      </w:r>
    </w:p>
    <w:p>
      <w:bookmarkStart w:id="371" w:name="pg370"/>
      <w:pPr>
        <w:keepLines w:val="0"/>
        <w:pageBreakBefore/>
        <w:widowControl w:val="0"/>
        <w:spacing w:before="0" w:after="0"/>
        <w:jc w:val="center"/>
      </w:pPr>
      <w:bookmarkEnd w:id="371"/>
      <w:r>
        <w:drawing>
          <wp:inline xmlns:a="http://schemas.openxmlformats.org/drawingml/2006/main" xmlns:pic="http://schemas.openxmlformats.org/drawingml/2006/picture">
            <wp:extent cx="5943600" cy="4276725"/>
            <wp:docPr id="273" name="Picture 2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67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Happy GME TA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Urgency to Approve NSCC-002; Quarter End Of June 30th;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Meeting Between Biden, Powell, Yellen, Gensler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what? The 2008 crash "started" around the end of Q3 with the collapse of Lehman Bros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</w:t>
      </w:r>
      <w:r>
        <w:rPr>
          <w:rFonts w:ascii="Cambria" w:hAnsi="Cambria"/>
          <w:b/>
          <w:i w:val="0"/>
          <w:color w:val="FFFFFF"/>
          <w:sz w:val="20"/>
          <w:u w:val="none"/>
        </w:rPr>
        <w:t>September 15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2008.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End of quarters are when the system gets really strained due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underlying plumbing of the markets and the necessity to pump balance sheets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Banks’ “reporting” dates are known inflection points in the short-term funding markets and typically fall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end of the month, quarter, and of course the year. But periodically,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15th of the month is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 pressure point.</w:t>
      </w:r>
      <w:hyperlink r:id="rId794">
        <w:r>
          <w:rPr>
            <w:rFonts w:ascii="Cambria" w:hAnsi="Cambria"/>
            <w:sz w:val="20"/>
            <w:color w:val="FFFFFF"/>
            <w:u/>
          </w:rPr>
          <w:t xml:space="preserve"> - Source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Fast forward to when the Fed attempted to reverse QE. A year after performing QT (reverse of QE),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 market blew up to 10% interest on </w:t>
      </w:r>
      <w:r>
        <w:rPr>
          <w:rFonts w:ascii="Cambria" w:hAnsi="Cambria"/>
          <w:b/>
          <w:i w:val="0"/>
          <w:color w:val="FFFFFF"/>
          <w:sz w:val="20"/>
          <w:u w:val="none"/>
        </w:rPr>
        <w:t>September 15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2019 due to way way way too many loans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to be handled.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 can see how strain on the markets starts to amplify around particular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dates of Quarter-ends and occasionally the 15th of months.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We're approaching the end of Q2 which is June 30th. Hm. </w:t>
      </w:r>
      <w:r>
        <w:rPr>
          <w:rFonts w:ascii="Cambria" w:hAnsi="Cambria"/>
          <w:b/>
          <w:i w:val="0"/>
          <w:color w:val="FFFFFF"/>
          <w:sz w:val="20"/>
          <w:u w:val="none"/>
        </w:rPr>
        <w:t>Quarter end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?! Sound familiar?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NSCC-002/801 is having </w:t>
      </w:r>
      <w:r>
        <w:rPr>
          <w:rFonts w:ascii="Cambria" w:hAnsi="Cambria"/>
          <w:b/>
          <w:i w:val="0"/>
          <w:color w:val="FFFFFF"/>
          <w:sz w:val="20"/>
          <w:u w:val="none"/>
        </w:rPr>
        <w:t>accelerated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effectiveness. There is huuuge urgency to get this passed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requirements and margin calling members.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Why would they be pushing this to get it out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door?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think shits about to hit the fan. They NEED to protect themselves. </w:t>
      </w:r>
    </w:p>
    <w:p>
      <w:bookmarkStart w:id="372" w:name="pg37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7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else to note is that Biden, Yellen, Gensler, and Powell all met for "Climate Change" discussions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“The regulators reported that the financial system is in strong condition,” the White House said in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readout of the meeting. - Source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the entire context of the quote. That the financial system is "in strong condition". What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</w:t>
      </w:r>
      <w:r>
        <w:rPr>
          <w:rFonts w:ascii="Cambria" w:hAnsi="Cambria"/>
          <w:b/>
          <w:i w:val="0"/>
          <w:color w:val="FFFFFF"/>
          <w:sz w:val="20"/>
          <w:u w:val="none"/>
        </w:rPr>
        <w:t>actually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doing at this meeting? Something similar to discussing letting X Y and Z fail just like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discussed letting Lehman Bros fail in 2008?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Jungle Beat Monday Post talked about this very briefly and it was something I latched onto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immediately. I remembered the meeting for 2008 but did not connect the dots to this meeting between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Biden, Powell, Yellen, and Gensler possibly being similar in scope.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Wild times we live in. But remember - don't fuckin' dance.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Things are shockingly similar to the February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24th and March 10th runup so far. Gamma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squeeze indicators from the previous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T+21/T+35 have returned. Their doom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approaches.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not a financial advisor, and I do not provide financial advice! Everything within this post is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opinion and observations. They should be taken with skepticism. So grab a crayon my friends! June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started off absolutely wild! </w:t>
      </w:r>
    </w:p>
    <w:p>
      <w:bookmarkStart w:id="373" w:name="pg37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7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TL;DR: Hedgies are close to meeting their doom. DOOOM. </w:t>
      </w:r>
    </w:p>
    <w:p>
      <w:pPr>
        <w:keepLines w:val="0"/>
        <w:widowControl w:val="0"/>
        <w:spacing w:before="203" w:after="0"/>
        <w:jc w:val="center"/>
      </w:pPr>
      <w:r>
        <w:drawing>
          <wp:inline xmlns:a="http://schemas.openxmlformats.org/drawingml/2006/main" xmlns:pic="http://schemas.openxmlformats.org/drawingml/2006/picture">
            <wp:extent cx="4116705" cy="2888614"/>
            <wp:docPr id="274" name="Picture 2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95"/>
                    <a:stretch>
                      <a:fillRect/>
                    </a:stretch>
                  </pic:blipFill>
                  <pic:spPr>
                    <a:xfrm>
                      <a:off x="0" y="0"/>
                      <a:ext cx="4116705" cy="2888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9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I've been labeled as "Doomsayer" by my friends.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Actual TL;DR: June 1st has kicked off with the DTC, ICC, OCC auction and wind-down plans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officially being in place. This means it is OK to launch the rocket because those three entities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now protected. We're seeing very similar price movements and gamma squeeze signals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compared to the previous T+35/T+21 runup that occurred from February 24th to March 10th.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means that we could very well see another gamma squeeze of similar or greater magnitude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which would begin to go parabolic around June 9th.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Note: This does NOT mean that a gamma squeeze WILL be coming. This is data supporting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fact that it COULD be coming. Do not take this as financial advice, and be aware that if you day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trade you could miss the rocket.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June Kicked Off A Few Things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list of things you might have missed (save for OCC-003) that are now in place as of </w:t>
      </w:r>
      <w:r>
        <w:rPr>
          <w:rFonts w:ascii="Cambria" w:hAnsi="Cambria"/>
          <w:b/>
          <w:i w:val="0"/>
          <w:color w:val="FFFFFF"/>
          <w:sz w:val="20"/>
          <w:u w:val="none"/>
        </w:rPr>
        <w:t>June 1st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further supports that the MOASS is getting close!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3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96">
        <w:r>
          <w:rPr>
            <w:rFonts w:ascii="Cambria" w:hAnsi="Cambria"/>
            <w:sz w:val="20"/>
            <w:color w:val="FFFFFF"/>
            <w:u/>
          </w:rPr>
          <w:t xml:space="preserve">JP Morgan opened MORE netting accounts. </w:t>
        </w:r>
      </w:hyperlink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are piggy banks for sucking up assets of defaulting members in the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auctions of the DTC, ICC, and OCC. I wonder who JP Morgan is going to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consume?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3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DTC, ICC, and OCC wind-down and auction plans now all in place.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OCC-003 was the final one to join. Welcome, OCC! All three entities are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 ready for the bomb. </w:t>
      </w:r>
    </w:p>
    <w:p>
      <w:bookmarkStart w:id="374" w:name="pg373"/>
      <w:pPr>
        <w:keepLines w:val="0"/>
        <w:pageBreakBefore/>
        <w:widowControl w:val="0"/>
        <w:tabs>
          <w:tab w:pos="1922" w:val="left"/>
          <w:tab w:pos="2282" w:val="left"/>
        </w:tabs>
        <w:spacing w:before="71" w:after="0" w:lineRule="exact" w:line="246"/>
        <w:ind w:left="0" w:right="-60"/>
      </w:pPr>
      <w:bookmarkEnd w:id="374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I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 my opinion this means that the rocket is ready for takeoff because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these entities are now protected.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3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ICC index swaption discounts started through ICC-014.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of this as an index like SPY/QQQ/VIX/etc. that watches for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potential defaults of others in the financial world.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base swaptions are just like options, they give you the right but not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obligation to buy (or sell) insurance. But, this rule is for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INDEX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discounts - meaning it is a bundle of these swaptions among a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bunch of entities.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ICC must be preparing for members of the index to be going on the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brink of defaulting, or defaulting. From my interpretation, these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discounts give others a cheaper hedge against defaults, and potentially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to scrape by instead of going under. This won't save the guys who are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too deep, it just helps everyone else to remain afloat after this market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bomb goes off.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3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97">
        <w:r>
          <w:rPr>
            <w:rFonts w:ascii="Cambria" w:hAnsi="Cambria"/>
            <w:sz w:val="20"/>
            <w:color w:val="FFFFFF"/>
            <w:u/>
          </w:rPr>
          <w:t xml:space="preserve">"Trading halt" rule amendments were passed May 28th, and are therefore in effect as of </w:t>
        </w:r>
      </w:hyperlink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1st.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wording of these amendments are VERY interesting. And the timing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VERY interesting. Take a look.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They will allow halts "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 the event of a series of quotes, orders, or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transactions at prices substantially unrelated to the current market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for the security or securities"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E.g. They are preparing for people to be placing sell orders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securities/stocks that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WAY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far away from the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trading price. Sound familiar? Like if GME is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at $260 and a sell order comes in for $100k, $500k,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$1m, $10m, etc? Yeah. </w:t>
      </w:r>
      <w:r>
        <w:rPr>
          <w:rFonts w:ascii="Cambria" w:hAnsi="Cambria"/>
          <w:b/>
          <w:i w:val="0"/>
          <w:color w:val="FFFFFF"/>
          <w:sz w:val="20"/>
          <w:u w:val="none"/>
        </w:rPr>
        <w:t>Very curious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why they'd push this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amendment out.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Edit: This is most likely to have a slow burn upward in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price on the standard +/-10% within 5 minutes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trading halt. Don't worry about what has yet to </w:t>
      </w:r>
    </w:p>
    <w:p>
      <w:pPr>
        <w:keepLines w:val="0"/>
        <w:widowControl w:val="0"/>
        <w:spacing w:before="69" w:after="0" w:lineRule="exact" w:line="246"/>
        <w:ind w:left="33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happen. Only time will tell how this plays out!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Similarities To The Previous T+21 T+35 Runup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quite amazing to look at everything right now and see the similarities. We already know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loop is confirmed. It's like poetry. GME hits a beat in a cyclical manner every 21 trading days, and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evidence that shorters are stuck in an endless dance. [Can we really look at T+21 and think that "they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covered their short positions"...?] </w:t>
      </w:r>
    </w:p>
    <w:p>
      <w:bookmarkStart w:id="375" w:name="pg37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7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we can see patterns emerge from T+21, we can most likely see patterns emerge from T+21 and T+35.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so far, the current T+21/T+35 looks shockingly similar to the previous T+21/T+35.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similarity is the resurgence of gamma squeeze signals.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amazing ape /u/yelyah2, and I'm sure many others, have been identifying signs that a gamma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98">
        <w:r>
          <w:rPr>
            <w:rFonts w:ascii="Cambria" w:hAnsi="Cambria"/>
            <w:sz w:val="20"/>
            <w:color w:val="FFFFFF"/>
            <w:u/>
          </w:rPr>
          <w:t xml:space="preserve">squeeze could be coming: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341495"/>
            <wp:docPr id="275" name="Picture 2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1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1: Gamma Neutral Values; From /u/yelyah2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most important data point to keep an eye on here is the yellow that spikes up/down. This is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"</w:t>
      </w:r>
      <w:r>
        <w:rPr>
          <w:rFonts w:ascii="Cambria" w:hAnsi="Cambria"/>
          <w:b/>
          <w:i w:val="0"/>
          <w:color w:val="FFFFFF"/>
          <w:sz w:val="20"/>
          <w:u w:val="none"/>
        </w:rPr>
        <w:t>Gamma Neutral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value.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gamma neutral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the underlying price that creates a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total market gamma of 0 across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GME options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(all expiration dates)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 is often associated with high volatility, and sometimes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(especially in GME's case), it's associated with gamma squeezes. -  /u/yelyah2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other words, if you see Gamma Neutral spike up to the thousands and GME is currently trading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hundreds, that means a Gamma Squeeze </w:t>
      </w:r>
      <w:r>
        <w:rPr>
          <w:rFonts w:ascii="Cambria" w:hAnsi="Cambria"/>
          <w:b/>
          <w:i w:val="0"/>
          <w:color w:val="FFFFFF"/>
          <w:sz w:val="20"/>
          <w:u w:val="none"/>
        </w:rPr>
        <w:t>could be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coming. Because the price needs to shift up to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in order to return gamma to 0 for a low-risk hedge. I'd definitely recommend reading their work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their findings!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You'll see that in the first purple circle of Figure 1, Gamma Neutral spikes up on </w:t>
      </w:r>
      <w:r>
        <w:rPr>
          <w:rFonts w:ascii="Cambria" w:hAnsi="Cambria"/>
          <w:b/>
          <w:i w:val="0"/>
          <w:color w:val="FFFFFF"/>
          <w:sz w:val="20"/>
          <w:u w:val="none"/>
        </w:rPr>
        <w:t>February 24th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Gamma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Neutral then slams back down a few days later because the pressure was killed off. About a week later, </w:t>
      </w:r>
    </w:p>
    <w:p>
      <w:bookmarkStart w:id="376" w:name="pg37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7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5th, Gamma Neutral spikes again and remains high until the flash-crash of March 10th. Up until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flash crash, GME went on an absolute run in price and was starting to go parabolic.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look at the second purple circle of Figure 1. The same spike up/down over the course of a few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 occurred again starting </w:t>
      </w:r>
      <w:r>
        <w:rPr>
          <w:rFonts w:ascii="Cambria" w:hAnsi="Cambria"/>
          <w:b/>
          <w:i w:val="0"/>
          <w:color w:val="FFFFFF"/>
          <w:sz w:val="20"/>
          <w:u w:val="none"/>
        </w:rPr>
        <w:t>May 25th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Oddly similar to </w:t>
      </w:r>
      <w:r>
        <w:rPr>
          <w:rFonts w:ascii="Cambria" w:hAnsi="Cambria"/>
          <w:b/>
          <w:i w:val="0"/>
          <w:color w:val="FFFFFF"/>
          <w:sz w:val="20"/>
          <w:u w:val="none"/>
        </w:rPr>
        <w:t>February 24th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's spike up/down, right? Both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brief anomalies initiated on T+21 dates.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March 10th and May 25th, </w:t>
      </w:r>
      <w:r>
        <w:rPr>
          <w:rFonts w:ascii="Cambria" w:hAnsi="Cambria"/>
          <w:b/>
          <w:i w:val="0"/>
          <w:color w:val="FFFFFF"/>
          <w:sz w:val="20"/>
          <w:u w:val="none"/>
        </w:rPr>
        <w:t>Gamma Neutral hasn't spiked up at all,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despite there being two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additional T+21 cycles between: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25th (T+21)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26th (T+21)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Huh. What could have changed this time on May 25th?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Enter T+21 and T+35. The mechanics aren't fully fleshed out for why T+35 happens, I mean it's all based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patterns we see, but T+35 most likely applies to Net Capital. Net Capital being that the shorters must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adjust their short position debts after a timeframe of their debts being discovered, or risk going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negative. This must be done in order to not default, because going net negative would trigger a margin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T+35's initiate from three major option dates: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15th, 2021 (--&gt; February 24th)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16th, 2021 (--&gt; May 24th)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16th, 2021 (--&gt; August 23rd)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we're not looking at purely T+21 days, but a wombo-combo of T+35 and T+21 which could very well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the reason gamma squeeze signals are flashing again.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Per my theory, a T+35/T+21 occurred last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week, May 25th, due to April 16th options expirations. And the previous T+35/T+21 occurred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February 24th.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COOL. So it appears that T+21/T+35 cycles can cause gamma squeezes due to the extra pressure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shorters, and that might be why we're seeing a resurgence of the Gamma Neutral squeeze indicator this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cycle. Oof, not a lot of data points, but hey. </w:t>
      </w:r>
      <w:r>
        <w:rPr>
          <w:rFonts w:ascii="Cambria" w:hAnsi="Cambria"/>
          <w:b/>
          <w:i w:val="0"/>
          <w:color w:val="FFFFFF"/>
          <w:sz w:val="20"/>
          <w:u w:val="none"/>
        </w:rPr>
        <w:t>I like the patterns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Moving forward, let's take a look at the price movements over the past few days. Of note: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purple call-out boxes are pointing to T+21/T+35 cycles (Feb 24, May 25).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red call-out boxes are pointing to purely T+21 cycles (March 25, April 26). </w:t>
      </w:r>
    </w:p>
    <w:p>
      <w:bookmarkStart w:id="377" w:name="pg376"/>
      <w:pPr>
        <w:keepLines w:val="0"/>
        <w:pageBreakBefore/>
        <w:widowControl w:val="0"/>
        <w:spacing w:before="0" w:after="0"/>
        <w:jc w:val="center"/>
      </w:pPr>
      <w:bookmarkEnd w:id="377"/>
      <w:r>
        <w:drawing>
          <wp:inline xmlns:a="http://schemas.openxmlformats.org/drawingml/2006/main" xmlns:pic="http://schemas.openxmlformats.org/drawingml/2006/picture">
            <wp:extent cx="5943600" cy="3651884"/>
            <wp:docPr id="276" name="Picture 2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1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2: GME Price Activity; Similarities Between Feb 24 T+21/T+35 and May 25 T+21/T+35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Starting back at February 24th, all the way to the left of Figure 2, you'll see the purple callout box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pointing to a purple box around the actual prices of GME. The lower bound of the box starts at the close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of February 24th, and the upper bound of the box ends at the close price of March 2nd, which is 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days later. I used 4 trading days because, well, that's how many days we have seen since 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25th so far. I've applied this same method to all other T+21 dates and plotted their respective boxes.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visual to show you the behavior of the price following T+21 and T+21/T+35 cycles,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differences between the two.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You'll notice how on the T+21 days between February 24th and May 25th (</w:t>
      </w:r>
      <w:r>
        <w:rPr>
          <w:rFonts w:ascii="Cambria" w:hAnsi="Cambria"/>
          <w:b/>
          <w:i w:val="0"/>
          <w:color w:val="FFFFFF"/>
          <w:sz w:val="20"/>
          <w:u w:val="none"/>
        </w:rPr>
        <w:t>red callouts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that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anchored around the same closing price of T+21 and not much upward pressure was applied.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Meanwhile, the T+21/T+35 cycles (</w:t>
      </w:r>
      <w:r>
        <w:rPr>
          <w:rFonts w:ascii="Cambria" w:hAnsi="Cambria"/>
          <w:b/>
          <w:i w:val="0"/>
          <w:color w:val="FFFFFF"/>
          <w:sz w:val="20"/>
          <w:u w:val="none"/>
        </w:rPr>
        <w:t>purple callouts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 have had breakaways from these prices and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gaining much more momentum. The prices following T+21/T+35 have more support and are doing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beautiful bull-flag pattern that TA apes love. Further supporting that we're in a potential runup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gamma squeeze in the near future.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801">
        <w:r>
          <w:rPr>
            <w:rFonts w:ascii="Cambria" w:hAnsi="Cambria"/>
            <w:sz w:val="20"/>
            <w:color w:val="FFFFFF"/>
            <w:u/>
          </w:rPr>
          <w:t xml:space="preserve">Can't stop. Won't stop. GameStop.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similarities of the price movement so far are quite hype, because this is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on top of the resurgence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gamma squeeze indicators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all of the DTC, ICC, and OCC auction and wind-down plans being in effect as well as the other items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identified in Section 1.... man. It seems too good to be true right now. </w:t>
      </w:r>
    </w:p>
    <w:p>
      <w:bookmarkStart w:id="378" w:name="pg37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7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fun, I plotted in blue ("10 bars, Nd") the gamma ramp timeframes in Figure 2. Check out when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parabolic move like March 10th could occur. </w:t>
      </w:r>
      <w:r>
        <w:rPr>
          <w:rFonts w:ascii="Cambria" w:hAnsi="Cambria"/>
          <w:b/>
          <w:i w:val="0"/>
          <w:color w:val="FFFFFF"/>
          <w:sz w:val="20"/>
          <w:u w:val="none"/>
        </w:rPr>
        <w:t>June, frickin' 9th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Sound familiar? Shareholder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meeting? It's probably just coincidence, but damn. Good timing. Also haha 6/9. Nice.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 possible support is this post by the amazing ape /u/isnisse. They have identified that a breakout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be coming on June 10th. They've used a really clever approach to guesstimate the breakout.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Definitely take a look! Confirmation bias overloaded once I saw this.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last thing to note before moving on is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number of consecutive green close days that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followed May 25th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 have not seen that before, where there's a ton of support following T+21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T+21/T+35, even back for the February 24th cycle.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shorties losing their grip? One metric I was watching for the longest time was Deep ITM CALL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purchases, which could also signal that their DOOOM is near.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The Death of Deep ITM CALLs?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my previous post, I was thinking that these Deep ITM CALLs were being used to satisfy FTDs. Now I'm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entirely sure - it could be used for that purpose, certainly. But it could simply be that they were used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delay the FTDs rather than satisfying them as people were predicting for the longest time. If that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case, then the shorties are most likely losing their grip, as shown by the increase of volumes in meme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across the board. The &lt;insert offensive word&gt; is about to hit the fan.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grabbing this figure from /u/broccaaa's post The Naked Shorting Scam which compares Deep ITM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 Volumes to FTDs: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78075"/>
            <wp:docPr id="277" name="Picture 2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8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3: Deep ITM CALL Volumes Vs FTDs; From /u/broccaaa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FTDs skyrocket, Deep ITM CALLs are eaten up. You see this occur extensively in January due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mini-squeeze that occurred from massive FOMO of retail around the world. And then a resurgence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Deep ITM CALL anomalies in the February 24th to March 10th runup due to more FTDs appearing.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since March 10th, these Deep ITM CALL purchases have slowly decayed and died off.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User /u/Dan_Bren had been posting about these anomalies for weeks, and weeks, until suddenly -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anomalies stopped. The only significant purchases that have been made since the Deep ITM CALLs died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 have been for Deep OTM CALLs and Deep ITM PUTs. </w:t>
      </w:r>
    </w:p>
    <w:p>
      <w:bookmarkStart w:id="379" w:name="pg378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379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803">
        <w:r>
          <w:rPr>
            <w:rFonts w:ascii="Cambria" w:hAnsi="Cambria"/>
            <w:sz w:val="20"/>
            <w:color w:val="FFFFFF"/>
            <w:u/>
          </w:rPr>
          <w:t xml:space="preserve">Deep OTM CALLs were purchased. Possibly a big entity expecting the price to pop by </w:t>
        </w:r>
      </w:hyperlink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16th.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804">
        <w:r>
          <w:rPr>
            <w:rFonts w:ascii="Cambria" w:hAnsi="Cambria"/>
            <w:sz w:val="20"/>
            <w:color w:val="FFFFFF"/>
            <w:u/>
          </w:rPr>
          <w:t xml:space="preserve">Deep ITM PUTs were purchased as well (same link). We got a warning that they could be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hyperlink r:id="rId804">
        <w:r>
          <w:rPr>
            <w:rFonts w:ascii="Cambria" w:hAnsi="Cambria"/>
            <w:sz w:val="20"/>
            <w:color w:val="FFFFFF"/>
            <w:u/>
          </w:rPr>
          <w:t xml:space="preserve">used to flash crash the price on May 28th, and sure enough, it happened.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does this mean? The give-up on Deep ITM CALLs could be many things.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Perhaps there's no more liquidity to use them?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Maybe they came up with a better way to delay FTDs?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could be too expensive and they can't delay FTDs any more?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Maybe, by some weird reason, DTC-005 is actually in effect and blocking this practice - which makes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come to fruition these next few weeks?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resurgence in meme stocks across the board makes it look like they're losing their grip and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simply too expensive for them to delay it any more. The volume, in my eyes, is not shorts covering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volume is due to the FTDs beginning to pour out into the world.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peddling of AMC could be that is their last and only option. To divide and conquer. Their best chance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is to try to pull GME apes into AMC because, despite it being shorted heavily as well, it is a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higher float and lower price. Therefore it would be easier to contain and take control of. They have to try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push AMC because all their other efforts failed. That being said, when GME goes off, AMC, KOSS,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meme stocks will most likely squeeze as well. But - GME is the backbone, and only as long as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remains strong will every stock experience a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latest T+21/T+35 cycle is prepping a gamma squeeze, just like what we saw from February 24th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10th. It's surprising how similar things are looking so far, especially in the price movement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support staying in the $260s as of after hours of June 1st.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even scarier that the gamma squeeze, if it happens, would start to go parabolic exactly on June 9th.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Ryan Cohen - did you know? </w:t>
      </w:r>
      <w:r>
        <w:rPr>
          <w:rFonts w:ascii="Cambria" w:hAnsi="Cambria"/>
          <w:b/>
          <w:i w:val="0"/>
          <w:color w:val="FFFFFF"/>
          <w:sz w:val="20"/>
          <w:u w:val="none"/>
        </w:rPr>
        <w:t>DID 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? </w:t>
      </w:r>
    </w:p>
    <w:p>
      <w:pPr>
        <w:keepLines w:val="0"/>
        <w:widowControl w:val="0"/>
        <w:spacing w:before="60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Hank's Big Bang: Quant Apes Glitch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Simulation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********** I am not a financial advisor, this is not financial advice **********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Credit for the correlation tables to u/phalanxhydra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805">
        <w:r>
          <w:rPr>
            <w:rFonts w:ascii="Cambria" w:hAnsi="Cambria"/>
            <w:sz w:val="20"/>
            <w:color w:val="FFFFFF"/>
            <w:u/>
          </w:rPr>
          <w:t xml:space="preserve">Edit 2: I am retarded. It's u/Ivorypetal. </w:t>
        </w:r>
      </w:hyperlink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Introduction </w:t>
      </w:r>
    </w:p>
    <w:p>
      <w:bookmarkStart w:id="380" w:name="pg37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8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because of the sheer amount of information in this post and because I wanted to get it to you 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beginning of this week because of earnings and the meeting, this post will not have the usual funny intro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memes.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Usually, my DDs are done completely by me with maybe some inspiration from a few apes 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section/link from an ape or two. This one is not that. This DD is an orgy. Apes, I have gathered an army.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fucking army of quant apes. They have been gracious enough to team up and answer the questions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 posed in my previous post and..... I am astonished at what they did. Seriously, I didn't expect this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wildest dreams. Quant apes, I am eternally grateful for what you've done and I know that this sub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too. Again, this just shows how many extremely smart apes we have in this fight. This is going to be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far my most data-driven DD of all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you have probably seen the spoilers that I gave in my request for data that this DD would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using correlations, models, and data to get to an extremely high level of certainty that shorts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indeed not covered by analyzing GME as compared to the other meme stocks and some other indicators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well. This was inspired by the pretty obvious fact that they all have traded in very similar patterns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around December. I also noticed that they all seemed to have some sort of FTD cycle component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as well. I really drew the line when all of these stocks started this upward momentum in the past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week - it was just too much of a coincidence for there not to be a relationship. A short squeeze is rare.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following the same trading pattern is weird. A stock squeezing two times in less than a year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weird. A stock trading at over 4x it's book value consistently for months is weird. But 6 stocks doing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those things simultaneously is..... ASININE. Some might call it improbable, but I think we all know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it is. This DD will use data, a shit ton of it, to give us the closest proof next to actually seeing HFs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that they have indeed not covered..... ENJOY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Roadmap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DD, I will discuss why the meme stock craze is not a just a bunch of retail traders pumping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stocks. Instead, it is the product of the greatest shorting fail in the market of all time that was made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possible by easy money policies and apes' uncanny ability to buy and hold. Next, I will discuss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statistical significance and origin of the FTD cycle. Finally, I will give you a random dump of DD 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 of my thoughts.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1: A data driven approach to the meme stock craze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 visualization of what you already knew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many of you know from some of my previous posts, my thesis is that the “meme stocks” are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related. This was based on observations that the charts looked similar from December to now in terms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price action and volume. The quant apes did an excellent job of visualizing this. Below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visualization of the meme stocks compared to cryptos and boomer stocks for reference. The parameters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volatility and volume. </w:t>
      </w:r>
    </w:p>
    <w:p>
      <w:bookmarkStart w:id="381" w:name="pg380"/>
      <w:pPr>
        <w:keepLines w:val="0"/>
        <w:pageBreakBefore/>
        <w:widowControl w:val="0"/>
        <w:spacing w:before="0" w:after="0"/>
        <w:jc w:val="center"/>
      </w:pPr>
      <w:bookmarkEnd w:id="381"/>
      <w:r>
        <w:drawing>
          <wp:inline xmlns:a="http://schemas.openxmlformats.org/drawingml/2006/main" xmlns:pic="http://schemas.openxmlformats.org/drawingml/2006/picture">
            <wp:extent cx="5943600" cy="4357370"/>
            <wp:docPr id="278" name="Picture 2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7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56025"/>
            <wp:docPr id="279" name="Picture 2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6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82" w:name="pg381"/>
      <w:pPr>
        <w:keepLines w:val="0"/>
        <w:pageBreakBefore/>
        <w:widowControl w:val="0"/>
        <w:spacing w:before="0" w:after="0"/>
        <w:jc w:val="center"/>
      </w:pPr>
      <w:bookmarkEnd w:id="382"/>
      <w:r>
        <w:drawing>
          <wp:inline xmlns:a="http://schemas.openxmlformats.org/drawingml/2006/main" xmlns:pic="http://schemas.openxmlformats.org/drawingml/2006/picture">
            <wp:extent cx="5943600" cy="4486275"/>
            <wp:docPr id="280" name="Picture 2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6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(Credit for above three charts to u/Ivorypetal)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 visualization of what you already assumed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visualization of what we already know but haven't been able prove: the stocks are related.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Looks like there’s a relation, right? How can we be sure? If you took a college or high school statistics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course, you probably know that there are certain tests you can run to determine if inputs are correlated,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degree of the correlation, the certainty, and the statistical significance. Below, the quant apes used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statistical test (I won’t explain it because if you aren’t familiar with statistics it’ll take too long to explain,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this is not a guess, it uses an equation to determine the level of correlation, so it is extremely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accurate) to determine the correlation of GME to other meme stocks and the VIX. I put GME in 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it’s all we care about right now. The top is a comparison of these stocks entire data (i.e. all time),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the bottom compares them in the last year: </w:t>
      </w:r>
    </w:p>
    <w:p>
      <w:bookmarkStart w:id="383" w:name="pg382"/>
      <w:pPr>
        <w:keepLines w:val="0"/>
        <w:pageBreakBefore/>
        <w:widowControl w:val="0"/>
        <w:spacing w:before="0" w:after="0"/>
        <w:jc w:val="center"/>
      </w:pPr>
      <w:bookmarkEnd w:id="383"/>
      <w:r>
        <w:drawing>
          <wp:inline xmlns:a="http://schemas.openxmlformats.org/drawingml/2006/main" xmlns:pic="http://schemas.openxmlformats.org/drawingml/2006/picture">
            <wp:extent cx="5943600" cy="1727200"/>
            <wp:docPr id="281" name="Picture 2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739264"/>
            <wp:docPr id="282" name="Picture 2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9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(Credit to u/phalanxhydra)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you can see, the difference between all time and the last year is striking. The above decimals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called correlation coefficients. They go up to 1 (which means they are identically correlated). Anything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above 0.7 is considered a strong correlation. As you can see all of them except for NAKD and NOK have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strong correlation to GME. What really struck me was the VIX. Because the market usually goes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VIX goes up, the fact that GME and the VIX have such a strong correlation in the past year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extremely important for our thesis that HFs are actively acting against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OTC Data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chart below takes the OTC data from FINRA and plots it for each of the meme stocks. Notice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all seem to follow a pattern of spiking every few weeks (FTD cycle) except for the blue one.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blue one is not a meme stock, it's Apple. I used Apple as a reference security so you can contrast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weird this is. Sadly, we don't have FINRA data before 2019, so it's difficult to analyze this in terms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it started, but you can definitely see a related pattern of abnormality: </w:t>
      </w:r>
    </w:p>
    <w:p>
      <w:bookmarkStart w:id="384" w:name="pg383"/>
      <w:pPr>
        <w:keepLines w:val="0"/>
        <w:pageBreakBefore/>
        <w:widowControl w:val="0"/>
        <w:spacing w:before="0" w:after="0"/>
        <w:jc w:val="center"/>
      </w:pPr>
      <w:bookmarkEnd w:id="384"/>
      <w:r>
        <w:drawing>
          <wp:inline xmlns:a="http://schemas.openxmlformats.org/drawingml/2006/main" xmlns:pic="http://schemas.openxmlformats.org/drawingml/2006/picture">
            <wp:extent cx="5943600" cy="2750185"/>
            <wp:docPr id="283" name="Picture 2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(Credit to all of the quant apes who made this customizable program that allowed me to do this)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How common are squeezes?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Squeezes are rare. Extremely rare. Whether you think the January price run up was a short squeeze,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gamma squeeze, or just a big price increase does not matter because, in asking the quant apes to find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exact number of short squeezes that have occurred in the stock market, I gave them VERY broad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parameters. The parameters I gave them were: any stock that has doubled in price within a week.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of this, this is undoubtedly a gross overestimate of the number of short squeezes in the history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market (i.e. some little known penny stock getting FDA approval and going 4x overnight).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numbers that they found show us just how rare a short squeeze is, and remember, even this is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overestimate, so they’re probably even rarer. The quant apes used the major exchanges NYSE, NASDAQ,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AMEX. Here are the results: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30704"/>
            <wp:docPr id="284" name="Picture 2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0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(Credit to u/jyzaya)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can't understand that data, here's the point: they are rare, even with parameters that purposefully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overestimate it. They are so rare that you could call them an anomaly because that's what they are. </w:t>
      </w:r>
    </w:p>
    <w:p>
      <w:bookmarkStart w:id="385" w:name="pg38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8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that’s a purposeful overestimate that allows small stocks getting good news, IPOs, etc.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considered. So yes, short squeezes are rare. Multiple squeezes following the same pattern and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squeezing at the exact same time? Some might call it improbable, but we all know what we call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My take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you’ve seen the data. These stocks are correlated. Does a correlation mean that there is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orchestration going on or that something is forcing them to move in concert? No. It means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typically move in the same direction, reason unknown. A statistical test can’t tell us the reason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correlation, it can just tell us the correlation. I think I know the reason.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think many people, especially the media, take for granted is just how weird January was. As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know from above, short squeezes are rare. Stocks correlating is weird. Stocks correlating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 is weird. Stocks squeezing at the same time is weird. Stocks doing all of those things at the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is unheard of. The weird thing about January is that brokers, all of them, simultaneously restricted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buying of all of these stocks. Because liquidity works both ways (buy and sell), if they really had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 issues, they would’ve stopped buying and selling. Also, does it make any sense that every single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would have liquidity issues at the exact same time during the times of the lowest interest rates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and an easing of banking restrictions? No. None of that makes sense. My thesis is that all of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are related and the data backs that up. I believe that the brokerages saw that these stocks posed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SYSTEMIC risk because of how exposed major market makers and HFs were on the short side. Why else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they all simultaneously ban only buying?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add even further to that, many brokerages have banned the shorting of these stocks (months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squeeze). Even more is all of the shill activity of people messaging us saying “I’ll pay you to write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bad about GME.” Moreover, the brokerages must have seen that retail, and now the rest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market, was piling on buying orders and that eventually, some of the most important institutions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 bankrupt and cause an economic crisis. So what did they do? They restricted all buying. Even if every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single ape hodled, the price would still be able to go down significantly due to shorting and institutional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selling. So yes, they forced it to go down. Now, what was that systemic risk I was talking about?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exactly did the HFs do? As most of you know, I was one of the apes that started the talk of FTD cycles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found many of the rules behind it. The FTD cycle has been the only thing that we’ve been 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consistently predict (well that and the media being retarded but I digress). IMO, the FTD cycle is our clue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what the HFs did to cause a systemic problem. The FTD cycle has been increasing exponentially,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leads me to believe that the systemic risk has only gotten worse, and I think I’ve discovered it’s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origins…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2: The statistical significance and origins of the FTD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cycle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Now that I’ve left you with that cliff hanger and probably a half chub, it’s time to take an extremely in-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depth dive into the FTD cycle. First, I will be demonstrating the statistical significance of the FTD cycle,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that we know it’s not just a fluke. Next, I will discuss the origins of the FTD cycle. Finally, I will discuss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think it all means.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let's start with a brief summary and update on the FTD cycle. The FTD cycle is the idea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of SEC regulations requiring market makers to cover FTDs within 35 calendar days, there is a </w:t>
      </w:r>
    </w:p>
    <w:p>
      <w:bookmarkStart w:id="386" w:name="pg38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8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predictable increase in price and volume every 21ish trading days or 35 calendar days. So far, it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continued to repeat itself. The idea is that shorts are in so deep that they are doing the bare minimum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 and continue to dig themselves in a deeper hole by kicking the can down the road. It is currently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increasing exponentially, which indicates that it is getting more and more expensive for shorts to stay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game.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451100"/>
            <wp:docPr id="285" name="Picture 2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left="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Orange line represents FTD cycle increases each month. Yellow lines are FTD cycles. Disregard the red lines, those were my trend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lines before we broke out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SI by the charts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is a chart that the quant apes gathered from Ortex showing the SI of the meme stocks over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you will say that this is inaccurate because the real SI is hidden. While we have many instances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that being true, this is the best concrete data that we can gather (much better than Fintel and FINRA),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it’s what we must use to avoid speculation. So, yes these numbers are probably an understatement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that’s a good thing because we do not want to speculate. If we can find significant results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incomplete data, our thesis is strengthened: </w:t>
      </w:r>
    </w:p>
    <w:p>
      <w:bookmarkStart w:id="387" w:name="pg386"/>
      <w:pPr>
        <w:keepLines w:val="0"/>
        <w:pageBreakBefore/>
        <w:widowControl w:val="0"/>
        <w:spacing w:before="0" w:after="0"/>
        <w:jc w:val="center"/>
      </w:pPr>
      <w:bookmarkEnd w:id="387"/>
      <w:r>
        <w:drawing>
          <wp:inline xmlns:a="http://schemas.openxmlformats.org/drawingml/2006/main" xmlns:pic="http://schemas.openxmlformats.org/drawingml/2006/picture">
            <wp:extent cx="5943600" cy="3347720"/>
            <wp:docPr id="286" name="Picture 2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(Credit to u/orangecatmasterrace)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noticed some very interesting things from this chart. First, I noticed that the SI of most of the meme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markedly increased in mid 2019. GME had an exceptional increase (I think because of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issuance of bonds, shorts saw that as a debt death sentence). There was also a slight, but noticeable, rise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SI of most of these in mid 2016 as well. Hmmmmmm. My original thesis was that they were all heavily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shorted after the covid crash because HFs predicted a bad economy and the destruction of brick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mortars, so they used the low interest rate and low liquidity environment to their advantage. That is still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true as I bet they did it with naked shorts, but this chart made me think even more.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happened before Covid that could’ve led to these SI increases.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Friend of the shorts: The US economy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first thing I did was get a chart of short volume data in the stock market over time to get the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picture: </w:t>
      </w:r>
    </w:p>
    <w:p>
      <w:bookmarkStart w:id="388" w:name="pg387"/>
      <w:pPr>
        <w:keepLines w:val="0"/>
        <w:pageBreakBefore/>
        <w:widowControl w:val="0"/>
        <w:spacing w:before="0" w:after="0"/>
        <w:jc w:val="center"/>
      </w:pPr>
      <w:bookmarkEnd w:id="388"/>
      <w:r>
        <w:drawing>
          <wp:inline xmlns:a="http://schemas.openxmlformats.org/drawingml/2006/main" xmlns:pic="http://schemas.openxmlformats.org/drawingml/2006/picture">
            <wp:extent cx="5943600" cy="3763645"/>
            <wp:docPr id="287" name="Picture 2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3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you can see SI has increased markedly in 2015 and 2019. So that got me thinking, there must be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kind of law, some correlation with FED policy, or some kind of macroeconomic happening that led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this. So next, I looked at the interest rates for interbank lending: </w:t>
      </w:r>
    </w:p>
    <w:p>
      <w:bookmarkStart w:id="389" w:name="pg388"/>
      <w:pPr>
        <w:keepLines w:val="0"/>
        <w:pageBreakBefore/>
        <w:widowControl w:val="0"/>
        <w:spacing w:before="0" w:after="0"/>
        <w:jc w:val="center"/>
      </w:pPr>
      <w:bookmarkEnd w:id="389"/>
      <w:r>
        <w:drawing>
          <wp:inline xmlns:a="http://schemas.openxmlformats.org/drawingml/2006/main" xmlns:pic="http://schemas.openxmlformats.org/drawingml/2006/picture">
            <wp:extent cx="5943600" cy="3883025"/>
            <wp:docPr id="288" name="Picture 2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3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not mortgage interest rate, this is federal funds interest rate, which is essentially the interbank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rate for excess lending. As you can see it’s been insanely low since the 1990’s, but particularly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 as of recently. Next, I looked at the balance sheet of the FED. This essentially shows the Fed's buying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assets over time.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40379"/>
            <wp:docPr id="289" name="Picture 2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0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90" w:name="pg389"/>
      <w:pPr>
        <w:keepLines w:val="0"/>
        <w:pageBreakBefore/>
        <w:widowControl w:val="0"/>
        <w:spacing w:before="0" w:after="0"/>
        <w:jc w:val="center"/>
      </w:pPr>
      <w:bookmarkEnd w:id="390"/>
      <w:r>
        <w:drawing>
          <wp:inline xmlns:a="http://schemas.openxmlformats.org/drawingml/2006/main" xmlns:pic="http://schemas.openxmlformats.org/drawingml/2006/picture">
            <wp:extent cx="5943600" cy="3610609"/>
            <wp:docPr id="290" name="Picture 2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0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above graph is especially striking. It shows the FED's balance sheet is increasing proportionately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SP500. The FED's Quantitative easing policies have been extremely aggressive since 2008. QE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the FED purposefully stimulates the economy by buying assets like bonds. This was necessary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2008 and the FED kept it going for a while then started tightening (QT). However, and this chart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doesn't show it, the FED had to parabolically increase its QE policies duirng covid. You know what else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parabolically increased? Yep, the stock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statistical significance of the FTD cycle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91" w:name="pg390"/>
      <w:pPr>
        <w:keepLines w:val="0"/>
        <w:pageBreakBefore/>
        <w:widowControl w:val="0"/>
        <w:spacing w:before="0" w:after="0"/>
        <w:jc w:val="center"/>
      </w:pPr>
      <w:bookmarkEnd w:id="391"/>
      <w:r>
        <w:drawing>
          <wp:inline xmlns:a="http://schemas.openxmlformats.org/drawingml/2006/main" xmlns:pic="http://schemas.openxmlformats.org/drawingml/2006/picture">
            <wp:extent cx="5943600" cy="4436109"/>
            <wp:docPr id="291" name="Picture 2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6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92" w:name="pg391"/>
      <w:pPr>
        <w:keepLines w:val="0"/>
        <w:pageBreakBefore/>
        <w:widowControl w:val="0"/>
        <w:spacing w:before="0" w:after="0"/>
        <w:jc w:val="center"/>
      </w:pPr>
      <w:bookmarkEnd w:id="392"/>
      <w:r>
        <w:drawing>
          <wp:inline xmlns:a="http://schemas.openxmlformats.org/drawingml/2006/main" xmlns:pic="http://schemas.openxmlformats.org/drawingml/2006/picture">
            <wp:extent cx="5943600" cy="4487545"/>
            <wp:docPr id="292" name="Picture 2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7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93" w:name="pg392"/>
      <w:pPr>
        <w:keepLines w:val="0"/>
        <w:pageBreakBefore/>
        <w:widowControl w:val="0"/>
        <w:spacing w:before="0" w:after="0"/>
        <w:jc w:val="center"/>
      </w:pPr>
      <w:bookmarkEnd w:id="393"/>
      <w:r>
        <w:drawing>
          <wp:inline xmlns:a="http://schemas.openxmlformats.org/drawingml/2006/main" xmlns:pic="http://schemas.openxmlformats.org/drawingml/2006/picture">
            <wp:extent cx="5943600" cy="4445000"/>
            <wp:docPr id="293" name="Picture 2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(User wished to remain anonymous for this)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above charts show GME's FTD cycle increases after a certain number of days. I put TSLA and MSFT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there so that you could see how abnormal GME is. Even compared to a volatile stock like TSLA,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a way more recognizable pattern, which gives us further statistical evidence of the FTD cycle. Also,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 that there were many other users in different posts on this sub who found the FTD cycle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statistically significant, this is another view to add to the body of work. Below shows the short interest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meme stocks in relation to each other, so you can see when they started and how they've increased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together: </w:t>
      </w:r>
    </w:p>
    <w:p>
      <w:bookmarkStart w:id="394" w:name="pg393"/>
      <w:pPr>
        <w:keepLines w:val="0"/>
        <w:pageBreakBefore/>
        <w:widowControl w:val="0"/>
        <w:spacing w:before="0" w:after="0"/>
        <w:ind w:left="0"/>
      </w:pPr>
      <w:bookmarkEnd w:id="394"/>
      <w:r>
        <w:drawing>
          <wp:inline xmlns:a="http://schemas.openxmlformats.org/drawingml/2006/main" xmlns:pic="http://schemas.openxmlformats.org/drawingml/2006/picture">
            <wp:extent cx="3091179" cy="8229600"/>
            <wp:docPr id="294" name="Picture 2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22"/>
                    <a:stretch>
                      <a:fillRect/>
                    </a:stretch>
                  </pic:blipFill>
                  <pic:spPr>
                    <a:xfrm>
                      <a:off x="0" y="0"/>
                      <a:ext cx="3091179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395" w:name="pg394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395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(credit to u/orangecatmasterrace)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the above chart in mind while reading below.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takeaway: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are in an EXTREMELY easy lending environment. Rates are dirt cheap. The FED is buying up assets,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is pushing up the prices of literally all assets. The market is flush with liquid assets, so much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FED was trying to slow it down. This makes the perfect storm for a short-friendly environment.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were also in the longest and biggest bull market run of all time in 2010's, so it would make sense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to come to an end soon - that's where shorts really make a killing.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think happened is that we saw the longest bull market of all time in the 2010 decade. HFs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realized that this bull market was propped up on the FED’s massive balance sheet and that there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to be more economic tightening soon and/or a correction. Anticipating an end to the bull market,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initiated a giant short campaign in 2019 with the aforementioned meme stocks and probably tons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others (the meme stocks are just the ones that retail investors took interest in). Once Covid hit,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campaign was successful, but they wanted more. They wanted to hit the bankruptcy jackpot, so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turned it up with the naked shorts, which is why the data doesn’t show that, in an attempt to put brick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mortars out of business.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Instead, the FED accelerated its easy money policies and the economy had one of the quickest recoveries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all time. This is why I think we started seeing the FTD cycle in late 2020 - it was a result of their failed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mega short during covid. This alone would’ve made them lose money but they've run into roadblocks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this before so it's not what caused the squeeze and mania. What caused that was the fact that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literally buy and hold but never sell. This essentially created a giant wall that wouldn't allow the HFs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down out of their positions and got them into this mess. Then some retail investors caught wind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and bought into some of their most shorted stocks, which is why we saw what happened in January.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still in that hole because the brokers’ pausing of buying didn’t solve the problem, it just delayed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it. That’s why we see the FTD cycle exponentially increasing. This economic environment has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brewing for this for a long time, and it would have continued if not for reddit (mainly DFV). I mean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crazy is it that GME’s SI was over 100% for so long and no one noticed?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convinced that this would not have been able to continue to happen if apes didn't hold. That's why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was all able to happen. It's because there has never been a phenomena in the market where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significant portion of investors in a stock will hold it no matter what the market conditions are. So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started aggressively shorting and things turned south because of the FED's recovery policies,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retail's refusal to sell just added insult to injury and is why we are in this position now.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(Please note that the above data I only actually displayed a fraction of the quant apes' data. They gave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 an amazing amount. I used some of it to inform my/guide myself and displayed charts that went well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my DD, so believe their work is even more in-depth than this post portrays)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3: DD Drop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 apes, the above was a mouthful, but wow aren’t our quant apes amazing! Now that you’ve read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of that, I am going to do another one of my DD drops on some random theories, updates, etc. </w:t>
      </w:r>
    </w:p>
    <w:p>
      <w:bookmarkStart w:id="396" w:name="pg39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9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remember what happened with Archegos? That was a real funny one wasn’t it? Bill Hwang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plead guilty to insider trading, so he had to operate a family office. The man lost $20 billion in the span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2 days, now that’s a level of yolo retardation we should all strive for. One of the companies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Hwang invested in was Discovery, here’s it’s chart: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546860"/>
            <wp:docPr id="295" name="Picture 2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6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that purple line? I bet you probably think that’s VWAP or a SMA line, right? NOPE. That’s VIAC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(Viacom CBS), one of the other companies he bet big on. Hwang used an instrument called total return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swaps, which basically allow you to “swap” the delta of one baseline security for another. Here’s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example: a total return swap of Apple and SPY. You get the returns of APPL. If AAPL outperforms SPY,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make money, but if not, you owe them money. That was all a huge oversimplification but essentially,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allows you to have exposure to a company without owning it (derivative). That above chart was just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 year chart, but essentially, Hwang applied so much leverage to these companies through these swaps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they were trading at double their fair market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hypothesis is backed by no data whatsoever and is really just a thought experiment. Based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fact that meme stocks correlate (as shown above), what if HFs are using some type of swap on them?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make sense given the extremely low interest rates. It would make even more sense given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 beta of GME (i.e. SPY would be the reference security). Perhaps they use total return swaps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instrument to cover or to add more pressure? Idk. Just a thought.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hypothesis: could this all be the work of an algo? I mean, there's no more observing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similarities, we now know they are statistically significant and related. IMO, it's impossible for human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traders to create this pattern – it’s just too precise and based on too much volume, so the options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either they shorted all of these at the exact same time and are being forced to cover at the exact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(FTD cycle), an algo is doing that for them, or some algo is orchestrating all of this. I find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unlikely because of the difficulty and obvious market manipulation charge they'd get but we have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consider it! Again, just another thought, not much else to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Midday Spikes: An Answer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we might have an answer to the midday volume spike phenomena. If you don’t know what I’m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talking about, see my other post. My hypothesis was that these midday spikes were HFs covering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satisfy some kind of requirement or to avoid some kind of FTD cycle. I had no evidence for the cause,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had tons of observations for the occurrence. Let tell you though, if there’s one thing I know, it’s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not retail. Whatever is behind the midday spikes is a single entity. It is impossible for a bunch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unorganized people to consistently buy a stock in the same minute interval in mass. That is a single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entity doing that and I think whoever it is is our enemy. A beautiful ape by the name </w:t>
      </w:r>
    </w:p>
    <w:p>
      <w:bookmarkStart w:id="397" w:name="pg39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9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u/KFC_justturned me on to the idea that it may be to comply with net negative rules. I scoured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interwebs and found this on NASDAQ: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773430"/>
            <wp:docPr id="296" name="Picture 2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that it also talks about clearing corporation requirements, which adds another elements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mix. Though I can’t find any information about exact requirements in terms of liquidity/numbers, I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this is pretty definitive proof of the reasons for the midday spikes. Essentially, it seems as though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midday spikes are some fund covering in order to "maintain net capital sufficient to comply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requirements of the Clearing Corporation." Also, the final sentence explains why they need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(i.e. to remain positive).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Earnings and 6/9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lot of you are probably extremely excited for earnings and the annual meeting on 6/9. I am too.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I wanted to make this to tell you to not get your hopes up too much and to not be surprised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doesn’t go our way. What I will say is, I am confident that we will see a dildo candle one way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another. For earnings, remember that last quarter the earnings were not even bad and the stock had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GIANT red dildo candle. Unless earnings are absolutely spectacular, I could see HFs using it as a way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 negative momentum on the stock (remember, it's all about the narrative). Now, earnings could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spectacular. GME has gotten so much more attention this past quarter and I know that apes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feverishly shopping there, so we do have hope.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far as the annual meeting I have absolutely no clue what to expect. However, like earnings, I expect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dildo one way or another. If you remember last earnings, we all thought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guidance/conference call is what would put us over the edge. Instead, it was barebones minimum,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succumbed to the HFs earnings downward momentum. I expect this to be different. An annual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meeting is different from an earnings call and definitely warrants more speaking, more guidance,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detail. If GME was going to announce some blockbuster move, it would be during this because,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assuming they know about the massive short interest, that gives them plausible deniability against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manipulation charges. Some important topics we could hear about are: Ryan Cohen speaking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general, a new CEO, crypto/NFT, acquisitions, digital transformation / direction, and, most importantly,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voting results. Is there a guarantee that these things will be discussed? No. Do I expect many of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discussed? Yes. Similar to earnings, we could get great news and see a giant red dildo candle.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Remember, expect anything. If we get more shorting on positive news, it just keeps proving we are right.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for my thoughts on when we moon, I personally don’t think we’ll moon here almost no matter what.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that it will be overall good and that we will see a very significant jump, but instead of that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MOASS, I think it will be what starts the MOASS. The only thing we’ve been able to predict has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 cycles so far. The MOASS will come when a HF gets margin called and we just can’t predict the exact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for that. So, I believe that if we see a big jump next week, the MOASS should be coming in the near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future but will nevertheless be unpredictable.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Clarification of my statements about retail buying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398" w:name="pg39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9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one of my past posts, I said something along the lines of “retail is tapped out.” Thankfully, another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user made a post disagreeing with that and it got tons of replies of apes saying things like “I have tripled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position in the past month.” If you haven’t seen that post, I’d look at it, the responses are amazing.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that in mind, I wanted to clarify what I said about that. What I meant in that post is that retail is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responsible for the mass, synchronized buying that we’ve seen in the past week or so, I think that is HFs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forced to cover. Retail, instead, has been holding like champs and steadily buying. IMO it’s pretty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hard to believe that retail just randomly decided to buy every stock that squeezed in January at the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time. Instead, I think it’s something much bigger but apes’ ability to hold is why it’s able to happen.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I do think that once we start squeezing again, it will bring in a new wave of retail that formerly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wasn’t in just like January, so we still do have gas in the tank (or ions in the battery if you drive electric).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Big Thanks to the Quant Apes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can't tell you how seriously amazing the quant apes are. They deserve all of the credit in the entire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world and they are one of the most valuable parts of this sub.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 list of some of the quants who helped with this post (this is not exhaustive as some wanted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remain anonymous)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825">
        <w:r>
          <w:rPr>
            <w:rFonts w:ascii="Cambria" w:hAnsi="Cambria"/>
            <w:sz w:val="20"/>
            <w:color w:val="FFFFFF"/>
            <w:u/>
          </w:rPr>
          <w:t xml:space="preserve">u/orangecatmasterrace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26">
        <w:r>
          <w:rPr>
            <w:rFonts w:ascii="Cambria" w:hAnsi="Cambria"/>
            <w:sz w:val="20"/>
            <w:color w:val="FFFFFF"/>
            <w:u/>
          </w:rPr>
          <w:t xml:space="preserve">u/spambot9k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27">
        <w:r>
          <w:rPr>
            <w:rFonts w:ascii="Cambria" w:hAnsi="Cambria"/>
            <w:sz w:val="20"/>
            <w:color w:val="FFFFFF"/>
            <w:u/>
          </w:rPr>
          <w:t xml:space="preserve">u/rubberbootsinmotion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05">
        <w:r>
          <w:rPr>
            <w:rFonts w:ascii="Cambria" w:hAnsi="Cambria"/>
            <w:sz w:val="20"/>
            <w:color w:val="FFFFFF"/>
            <w:u/>
          </w:rPr>
          <w:t xml:space="preserve">u/Ivorypetal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28">
        <w:r>
          <w:rPr>
            <w:rFonts w:ascii="Cambria" w:hAnsi="Cambria"/>
            <w:sz w:val="20"/>
            <w:color w:val="FFFFFF"/>
            <w:u/>
          </w:rPr>
          <w:t xml:space="preserve">u/creativelord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29">
        <w:r>
          <w:rPr>
            <w:rFonts w:ascii="Cambria" w:hAnsi="Cambria"/>
            <w:sz w:val="20"/>
            <w:color w:val="FFFFFF"/>
            <w:u/>
          </w:rPr>
          <w:t xml:space="preserve">u/collegeneral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30">
        <w:r>
          <w:rPr>
            <w:rFonts w:ascii="Cambria" w:hAnsi="Cambria"/>
            <w:sz w:val="20"/>
            <w:color w:val="FFFFFF"/>
            <w:u/>
          </w:rPr>
          <w:t xml:space="preserve">u/xpurplexamyx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31">
        <w:r>
          <w:rPr>
            <w:rFonts w:ascii="Cambria" w:hAnsi="Cambria"/>
            <w:sz w:val="20"/>
            <w:color w:val="FFFFFF"/>
            <w:u/>
          </w:rPr>
          <w:t xml:space="preserve">u/jyzaya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32">
        <w:r>
          <w:rPr>
            <w:rFonts w:ascii="Cambria" w:hAnsi="Cambria"/>
            <w:sz w:val="20"/>
            <w:color w:val="FFFFFF"/>
            <w:u/>
          </w:rPr>
          <w:t xml:space="preserve">u/epk-lys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33">
        <w:r>
          <w:rPr>
            <w:rFonts w:ascii="Cambria" w:hAnsi="Cambria"/>
            <w:sz w:val="20"/>
            <w:color w:val="FFFFFF"/>
            <w:u/>
          </w:rPr>
          <w:t xml:space="preserve">u/head4headsup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u/squirrel_of_fortune (he made a great DD as well and I would encourage you to check that out to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perspective with a very interesting, advanced method)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u/sudoshu (Special thanks to him as he was the organizer of the group. If you are a quant ape, he said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message him if you are interested in being in the group, but serious inquiries only).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Mods: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many of these users do not have the karma requirements to comment on posts. If you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somehow waive that requirement for the listed users, I think it would really benefit the sub because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of knowledge that these apes possess is amazing. They put so much time into this and gathered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much data (I literally couldn't even show close to all of it) and I believe that they will be integral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continued success of this sub.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834">
        <w:r>
          <w:rPr>
            <w:rFonts w:ascii="Cambria" w:hAnsi="Cambria"/>
            <w:sz w:val="20"/>
            <w:color w:val="FFFFFF"/>
            <w:u/>
          </w:rPr>
          <w:t xml:space="preserve">Finally, the quant apes have created a website: https://www.superstonkquant.org/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still currently working on the mechanics of it but I encourage you to monitor it in the future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 have witnessed first hand what they are capable of and it is nothing short of amazing.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Conclusion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 apes, that was very long but I appreciate you for reading. This sub keeps doing a great job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pumping out DD and I think we will be rewarded for it in the very near future. I am going to take a break </w:t>
      </w:r>
    </w:p>
    <w:p>
      <w:bookmarkStart w:id="399" w:name="pg39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39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making DDs because it is really time consuming and can be extremely tiring, but I will still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at this sub, commenting, and possibly making short posts. As always,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Stay strong, apes.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********** I am not a financial advisor, this is not financial advice **********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naked shorting scam in numbers: AI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detection of 140M hidden FTDs, up to 400M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naked shorts in married puts and massive dark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pool activity by Shitadel and the shorts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I made </w:t>
      </w:r>
      <w:hyperlink r:id="rId835">
        <w:r>
          <w:rPr>
            <w:rFonts w:ascii="Calibri" w:hAnsi="Calibri"/>
            <w:sz w:val="20"/>
            <w:color w:val="00B0F0"/>
            <w:u/>
          </w:rPr>
          <w:t>a new post describing how I trained the binary classifier (AI) used in this post</w:t>
        </w:r>
      </w:hyperlink>
      <w:hyperlink r:id="rId835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be it. This could be the whole scam.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HODL. Simple as that. HODL and the shorts have no way to escape. They just writhe around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desperation as FTDs escalate, their options expire and New DTCC rulings approach. To support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belief I: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Built an AI to detect Deep ITM calls used to create naked shares.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140M naked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/>
          <w:color w:val="FFFFFF"/>
          <w:sz w:val="20"/>
          <w:u w:val="none"/>
        </w:rPr>
        <w:t>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produced this way since Jan. Deep ITM call covering appears to be their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last resort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of illegal desperation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It's so easy to spot.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Investigated married put naked shorting. At the Jan mini-squeeze put open interest went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wild and aligns with </w:t>
      </w:r>
      <w:r>
        <w:rPr>
          <w:rFonts w:ascii="Cambria" w:hAnsi="Cambria"/>
          <w:b w:val="0"/>
          <w:i/>
          <w:color w:val="FFFFFF"/>
          <w:sz w:val="20"/>
          <w:u w:val="none"/>
        </w:rPr>
        <w:t>the creation of millions of naked shares with married put trades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Put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volumes appear to be sustained at higher levels to keep rolling over FTDs.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Up to 400M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/>
          <w:color w:val="FFFFFF"/>
          <w:sz w:val="20"/>
          <w:u w:val="none"/>
        </w:rPr>
        <w:t>naked shares created in total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Looked through all 13F filings for funds with large GME positions (long/short). We have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 idea of who is on which side of this battle and what a true idiot short position looks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(hint: Melvin).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Gathered all Dark Pool trading data from FINRA and show massive changes in trade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behaviour since Jan. Huge increases in shares traded, but each trade is of few shares.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key players? Known short funds. Supportive evidence for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naked short trades and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suppression of retail buy pressure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encourage you to read the post and take a look at the data so you can understand it for yourself.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 me if I'm wrong somewhere. My suggestions? HODL with patience. Take a break from ticker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watching. Take a walk outside. The shorts cannot escape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00" w:name="pg399"/>
      <w:pPr>
        <w:keepLines w:val="0"/>
        <w:pageBreakBefore/>
        <w:widowControl w:val="0"/>
        <w:spacing w:before="138" w:after="0" w:lineRule="exact" w:line="180"/>
        <w:ind w:left="0" w:right="-60"/>
      </w:pPr>
      <w:bookmarkEnd w:id="400"/>
      <w:r>
        <w:rPr>
          <w:rFonts w:ascii="Cambria" w:hAnsi="Cambria"/>
          <w:b w:val="0"/>
          <w:i/>
          <w:color w:val="FFFFFF"/>
          <w:sz w:val="14"/>
          <w:u w:val="none"/>
        </w:rPr>
        <w:t xml:space="preserve">Note: this is not financial advice. I am not a cat. I read gathered some data, made some figures and tried to understand them. Any number of my </w:t>
      </w:r>
    </w:p>
    <w:p>
      <w:pPr>
        <w:keepLines w:val="0"/>
        <w:widowControl w:val="0"/>
        <w:spacing w:before="78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14"/>
          <w:u w:val="none"/>
        </w:rPr>
        <w:t>interpretations could be flawed and wrong. Do your own research, make your own mind up.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Introduction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post I build an AI to detect suspicious Deep ITM Calls volumes used to hide FTDs. Take a look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historical options data to show recent fuckery in the options consistent with naked shorting tricks.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compare these trends with Dark Pool trading volumes by known short funds.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post will be broken down into the following sections: </w:t>
      </w:r>
    </w:p>
    <w:p>
      <w:pPr>
        <w:keepLines w:val="0"/>
        <w:widowControl w:val="0"/>
        <w:spacing w:before="59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AI to </w:t>
      </w:r>
      <w:hyperlink r:id="rId836">
        <w:r>
          <w:rPr>
            <w:rFonts w:ascii="Calibri" w:hAnsi="Calibri"/>
            <w:sz w:val="20"/>
            <w:color w:val="00B0F0"/>
            <w:u/>
          </w:rPr>
          <w:t>detect Deep ITM calls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used to hide FTDs </w:t>
      </w:r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recap of the major short funds and their recent positions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recap of naked short selling and the married put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Options fuckery consistent with naked shorting and the married put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 matters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Conclusions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motivation for the work was to try and test a number of predictions I made in my </w:t>
      </w:r>
      <w:hyperlink r:id="rId106">
        <w:r>
          <w:rPr>
            <w:rFonts w:ascii="Calibri" w:hAnsi="Calibri"/>
            <w:sz w:val="20"/>
            <w:color w:val="00B0F0"/>
            <w:u/>
          </w:rPr>
          <w:t xml:space="preserve">first post on the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6">
        <w:r>
          <w:rPr>
            <w:rFonts w:ascii="Calibri" w:hAnsi="Calibri"/>
            <w:sz w:val="20"/>
            <w:color w:val="00B0F0"/>
            <w:u/>
          </w:rPr>
          <w:t>naked shorting scam and the married put trade</w:t>
        </w:r>
      </w:hyperlink>
      <w:hyperlink r:id="rId106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are the main ideas I wanted to test or at least find additional data to support or disprove them: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interest is manipulated through naked shorting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vast majority of options (both puts and calls) might be due to naked short selling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shares are 'washed' and able to be dumped on the market even during SSR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large number of way out of the money calls seen recently are actually part of a naked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trick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increased trades in OTC / Dark Pools are due to naked shorting and price manipulation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gathered a lot of data to better understand these questions. I believe that some of the data is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conclusive. Other areas more supportive. But the big message is that shorts have no way out and never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a chance to cover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🚀🚀🚀🚀🚀🚀🚀🚀🚀🚀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An AI to detect Deep ITM calls used to hide FTDs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 share is sold without being owned or borrowed (located) it is sold naked, a "naked short". This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happen as part of normal market activity by market makers and I've described </w:t>
      </w:r>
      <w:hyperlink r:id="rId837">
        <w:r>
          <w:rPr>
            <w:rFonts w:ascii="Calibri" w:hAnsi="Calibri"/>
            <w:sz w:val="20"/>
            <w:color w:val="00B0F0"/>
            <w:u/>
          </w:rPr>
          <w:t xml:space="preserve">this process and how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837">
        <w:r>
          <w:rPr>
            <w:rFonts w:ascii="Calibri" w:hAnsi="Calibri"/>
            <w:sz w:val="20"/>
            <w:color w:val="00B0F0"/>
            <w:u/>
          </w:rPr>
          <w:t>it can be abused in a previous 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When this occurs the SEC has clear guidelines on how long the seller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to find a share and deliver it to the buyer. If a share is not located in time it must be reported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 to Deliver (FTD). Funds that have FTDs outstanding are required to resolve the position within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timeframe and are restricted from selling short until then. I won't go into all the details on this but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 you towards </w:t>
      </w:r>
      <w:hyperlink r:id="rId838">
        <w:r>
          <w:rPr>
            <w:rFonts w:ascii="Calibri" w:hAnsi="Calibri"/>
            <w:sz w:val="20"/>
            <w:color w:val="00B0F0"/>
            <w:u/>
          </w:rPr>
          <w:t>the God Tier DD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covers this.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way that a naked short seller can 'resolve' their FTDs without actually covering is through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fuckery. Deep in-the-money (ITM) calls can be bought and exercised immediately to acquire the shares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close the FTDs. </w:t>
      </w:r>
      <w:hyperlink r:id="rId722">
        <w:r>
          <w:rPr>
            <w:rFonts w:ascii="Calibri" w:hAnsi="Calibri"/>
            <w:sz w:val="20"/>
            <w:color w:val="00B0F0"/>
            <w:u/>
          </w:rPr>
          <w:t>The SEC published a paper on this ILLEAGAL practice</w:t>
        </w:r>
      </w:hyperlink>
      <w:hyperlink r:id="rId72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839">
        <w:r>
          <w:rPr>
            <w:rFonts w:ascii="Calibri" w:hAnsi="Calibri"/>
            <w:sz w:val="20"/>
            <w:color w:val="00B0F0"/>
            <w:u/>
          </w:rPr>
          <w:t>Other great DD has been posted showing when Deep ITM volumes have been used to cover FTDs</w:t>
        </w:r>
      </w:hyperlink>
      <w:hyperlink r:id="rId839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wanted to train a machine learning algorithm (often called an AI) that could automatically identify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illegal fuckery and point us towards what exactly has been going on with GME this last year and </w:t>
      </w:r>
    </w:p>
    <w:p>
      <w:bookmarkStart w:id="401" w:name="pg400"/>
      <w:pPr>
        <w:keepLines w:val="0"/>
        <w:pageBreakBefore/>
        <w:widowControl w:val="0"/>
        <w:spacing w:before="61" w:after="0" w:lineRule="exact" w:line="252"/>
        <w:ind w:left="0" w:right="-60"/>
      </w:pPr>
      <w:bookmarkEnd w:id="40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particularly since Jan 2021. I won't go into the full details here. I've made </w:t>
      </w:r>
      <w:hyperlink r:id="rId835">
        <w:r>
          <w:rPr>
            <w:rFonts w:ascii="Calibri" w:hAnsi="Calibri"/>
            <w:sz w:val="20"/>
            <w:color w:val="00B0F0"/>
            <w:u/>
          </w:rPr>
          <w:t xml:space="preserve">a separate post describing all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835">
        <w:r>
          <w:rPr>
            <w:rFonts w:ascii="Calibri" w:hAnsi="Calibri"/>
            <w:sz w:val="20"/>
            <w:color w:val="00B0F0"/>
            <w:u/>
          </w:rPr>
          <w:t>the details of the classifier</w:t>
        </w:r>
      </w:hyperlink>
      <w:hyperlink r:id="rId835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 of day options data for all strike prices between Jan 1st 2020 and April 6th 2021 was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collected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manually labelled more than 10,000 rows of data from mid-Jan to mid-Feb for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suspicious volumes likely due to FTD hiding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Labelled data was used to train different classifiers (AIs) reserving 30% of the data for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testing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best classifier (BalancedBagging-Adaboost) has an accuracy score of 91%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used the model to identify all Deep ITM call options fuckery in the last year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AI FOUND EVIDENCE FOR MORE THEN 140 MILLION FTDs BEING HIDDEN SINCE JANUARY!!!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77440"/>
            <wp:docPr id="297" name="Picture 2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AI detection of option volumes used to hide FTDs and FTD values since January.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above figure shows all the suspicious Deep ITM call volumes since January as coloured bars.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colour scheme shows the different strike prices that were used for the trade. FTDs as % of float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drawn on top in the blue line.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FTDs were spiking and the situation became more and more unsustainable for the shorts towards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 of Jan ILLEAGAL Deep ITM options purchasing was used to naked short and cover FTDs. Smaller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increases in Deep ITM volumes also occurred just before FTD spikes at the end of Feb and mid-Feb.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Jan 27th 25 MILLION shares were magically acquired using this trick. 140 MILLION in total since Jan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1st. </w:t>
      </w:r>
    </w:p>
    <w:p>
      <w:bookmarkStart w:id="402" w:name="pg401"/>
      <w:pPr>
        <w:keepLines w:val="0"/>
        <w:pageBreakBefore/>
        <w:widowControl w:val="0"/>
        <w:spacing w:before="0" w:after="0"/>
        <w:jc w:val="center"/>
      </w:pPr>
      <w:bookmarkEnd w:id="402"/>
      <w:r>
        <w:drawing>
          <wp:inline xmlns:a="http://schemas.openxmlformats.org/drawingml/2006/main" xmlns:pic="http://schemas.openxmlformats.org/drawingml/2006/picture">
            <wp:extent cx="5943600" cy="5943600"/>
            <wp:docPr id="298" name="Picture 2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Running total of suspicious call volumes since Jan 1st. 140 million as of April 6th. </w:t>
      </w:r>
    </w:p>
    <w:p>
      <w:bookmarkStart w:id="403" w:name="pg402"/>
      <w:pPr>
        <w:keepLines w:val="0"/>
        <w:pageBreakBefore/>
        <w:widowControl w:val="0"/>
        <w:spacing w:before="0" w:after="0"/>
        <w:jc w:val="center"/>
      </w:pPr>
      <w:bookmarkEnd w:id="403"/>
      <w:r>
        <w:drawing>
          <wp:inline xmlns:a="http://schemas.openxmlformats.org/drawingml/2006/main" xmlns:pic="http://schemas.openxmlformats.org/drawingml/2006/picture">
            <wp:extent cx="5943600" cy="2377439"/>
            <wp:docPr id="299" name="Picture 2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7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AI detection of option volumes used to hide FTDs and GME price since January.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we see that suspicious Deep ITM call volumes often precede big price increases. This suggests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illegal trick is used as a last resort. It's so easy to see even by eye when looking at the options chains.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shorts get desperate they go to the deep calls.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77440"/>
            <wp:docPr id="300" name="Picture 3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AI detection of option volumes used to hide FTDs and Short Interest (SI%) since January.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see that Short Interest (SI%) decreased massively after all of the suspicious call option activity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 Jan. As well as getting the FTDs under control the suspicious Deep ITM call volumes might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used to close legitimately borrowed shares to hide the true SI%.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all the hype and attention the shorts knew they were completely fucked if they couldn't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to believe it was over. But as we've seen after the lows of Feb this ride is far from over. </w:t>
      </w:r>
    </w:p>
    <w:p>
      <w:bookmarkStart w:id="404" w:name="pg403"/>
      <w:pPr>
        <w:keepLines w:val="0"/>
        <w:pageBreakBefore/>
        <w:widowControl w:val="0"/>
        <w:spacing w:before="0" w:after="0"/>
        <w:jc w:val="center"/>
      </w:pPr>
      <w:bookmarkEnd w:id="404"/>
      <w:r>
        <w:drawing>
          <wp:inline xmlns:a="http://schemas.openxmlformats.org/drawingml/2006/main" xmlns:pic="http://schemas.openxmlformats.org/drawingml/2006/picture">
            <wp:extent cx="5943600" cy="1981200"/>
            <wp:docPr id="301" name="Picture 3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AI detection of option volumes used to hide FTDs and Short Interest (SI%) since April 2020.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Finally, if we look back over the past year very few suspicious Deep ITM call volumes were occurring.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changed in January 2021 as the FTDs started to get out of control and a huge amount of hype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followed the price rises. This again makes me believe that the suspicious Deep ITM call volumes are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sign of desperation from the shorts.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Speculation alert: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Deep ITM calls are bought in times of desperation by the shorts when FTDs,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and/or SI% are getting out of control. At the end of Jan more than 100 million naked short shares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created this way to hide FTDs, hammer down price and hide SI%. Through Feb and up until April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40 million naked short shares were created this way when the shorts began to lose control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hidden positions.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 recap of the major short funds and their recent positions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97175"/>
            <wp:docPr id="302" name="Picture 3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Regulation SHO stocks with large, unsettled trades often exhibit a similar characteristic: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“short selling”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hedge funds with significant put holdings in 13F filings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MARRIED PUTS, REVERSE CONVERSIONS AND ABUSE OF THE OPTIONS MARKET MAKER EXCEPTION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CHICAGO STOCK EXCHANGE </w:t>
      </w:r>
    </w:p>
    <w:p>
      <w:bookmarkStart w:id="405" w:name="pg40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0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John W Welborn, EconomistThe Haverford Group October 9, 2007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my earlier post </w:t>
      </w:r>
      <w:hyperlink r:id="rId106">
        <w:r>
          <w:rPr>
            <w:rFonts w:ascii="Calibri" w:hAnsi="Calibri"/>
            <w:sz w:val="20"/>
            <w:color w:val="00B0F0"/>
            <w:u/>
          </w:rPr>
          <w:t>The naked shorting scam revealed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one thing that struck me was coming across the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above quote. So I've gone though all the latest 13F filings that contain GME on </w:t>
      </w:r>
      <w:hyperlink r:id="rId846">
        <w:r>
          <w:rPr>
            <w:rFonts w:ascii="Calibri" w:hAnsi="Calibri"/>
            <w:sz w:val="20"/>
            <w:color w:val="00B0F0"/>
            <w:u/>
          </w:rPr>
          <w:t>whalewisdom.com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get a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clearer picture of the enemy. Note: the last 13F filings were made on December 31st 2020.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a reminder of the known biggest GME shorting losers: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847">
        <w:r>
          <w:rPr>
            <w:rFonts w:ascii="Calibri" w:hAnsi="Calibri"/>
            <w:sz w:val="20"/>
            <w:color w:val="00B0F0"/>
            <w:u/>
          </w:rPr>
          <w:t>Melvin Capital suffered a 49% loss in the 1st-quarter</w:t>
        </w:r>
      </w:hyperlink>
      <w:hyperlink r:id="rId84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848">
        <w:r>
          <w:rPr>
            <w:rFonts w:ascii="Calibri" w:hAnsi="Calibri"/>
            <w:sz w:val="20"/>
            <w:color w:val="00B0F0"/>
            <w:u/>
          </w:rPr>
          <w:t>Hedge Fund Maplelane lost 45% on Gamestop</w:t>
        </w:r>
      </w:hyperlink>
      <w:hyperlink r:id="rId84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does a massive short GME position look like in 13F filings?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925059"/>
            <wp:docPr id="303" name="Picture 3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5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positions from 13F filings for the biggest known losers in GME shorting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a lot of puts without any GME shares or calls! </w:t>
      </w:r>
      <w:r>
        <w:rPr>
          <w:rFonts w:ascii="Cambria" w:hAnsi="Cambria"/>
          <w:b w:val="0"/>
          <w:i/>
          <w:color w:val="FFFFFF"/>
          <w:sz w:val="20"/>
          <w:u w:val="none"/>
        </w:rPr>
        <w:t>Melvin had 6 million shares in puts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Maplelane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close to 2 million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Depending on where you look on whalewisdom Maplelane either has no calls or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500k shares in calls but never any real shares. For now let's assume Maplelane is all in on puts. </w:t>
      </w:r>
    </w:p>
    <w:p>
      <w:bookmarkStart w:id="406" w:name="pg405"/>
      <w:pPr>
        <w:keepLines w:val="0"/>
        <w:pageBreakBefore/>
        <w:widowControl w:val="0"/>
        <w:spacing w:before="0" w:after="0"/>
        <w:jc w:val="center"/>
      </w:pPr>
      <w:bookmarkEnd w:id="406"/>
      <w:r>
        <w:drawing>
          <wp:inline xmlns:a="http://schemas.openxmlformats.org/drawingml/2006/main" xmlns:pic="http://schemas.openxmlformats.org/drawingml/2006/picture">
            <wp:extent cx="5943600" cy="3100070"/>
            <wp:docPr id="304" name="Picture 3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Melvin hasn't held any GME shares since 2015. </w:t>
      </w:r>
    </w:p>
    <w:p>
      <w:pPr>
        <w:keepLines w:val="0"/>
        <w:widowControl w:val="0"/>
        <w:spacing w:before="36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122295"/>
            <wp:docPr id="305" name="Picture 3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Maplelane hasn't held any GME shares since 2014.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big short losers have: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shares in GME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Large put positions in 13F filings (either exclusively puts or the majority of their position)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 other funds report for their GME positions? </w:t>
      </w:r>
    </w:p>
    <w:p>
      <w:bookmarkStart w:id="407" w:name="pg406"/>
      <w:pPr>
        <w:keepLines w:val="0"/>
        <w:pageBreakBefore/>
        <w:widowControl w:val="0"/>
        <w:spacing w:before="0" w:after="0"/>
        <w:jc w:val="center"/>
      </w:pPr>
      <w:bookmarkEnd w:id="407"/>
      <w:r>
        <w:drawing>
          <wp:inline xmlns:a="http://schemas.openxmlformats.org/drawingml/2006/main" xmlns:pic="http://schemas.openxmlformats.org/drawingml/2006/picture">
            <wp:extent cx="5943600" cy="2332354"/>
            <wp:docPr id="306" name="Picture 3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2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left="17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All funds with at least 300k in either shares, calls or puts. Short positions are on the left and long positions on the right chart.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we see many of the known offenders. A bunch of short funds with majority puts and sometimes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smaller number of call options. Melvin takes the biggest idiot prize with 6 million shares in puts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nothing else. Here are the main offenders based on their end of 2020 filings: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Melvin capital management lp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Susquehanna international group llp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Ubs group ag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Group one trading l.p.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advisors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 trading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Citigroup inc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Wolverine trading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Maplelane capital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Jane street group llc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of these market participants operate market making and hedge fund activities. It is difficult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completely separate normal versus abusive practices. That being said these are the likely candidates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good place for future DD digging.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Wolverine trading llc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had an almost identical position to </w:t>
      </w:r>
      <w:r>
        <w:rPr>
          <w:rFonts w:ascii="Cambria" w:hAnsi="Cambria"/>
          <w:b w:val="0"/>
          <w:i/>
          <w:color w:val="FFFFFF"/>
          <w:sz w:val="20"/>
          <w:u w:val="none"/>
        </w:rPr>
        <w:t>Maplelane capital llc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reported massive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losses. </w:t>
      </w:r>
      <w:r>
        <w:rPr>
          <w:rFonts w:ascii="Cambria" w:hAnsi="Cambria"/>
          <w:b w:val="0"/>
          <w:i/>
          <w:color w:val="FFFFFF"/>
          <w:sz w:val="20"/>
          <w:u w:val="none"/>
        </w:rPr>
        <w:t>Ubs group ag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an interesting one with almost 4 million shares in puts and nothing else. Is UBS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 boss?? </w:t>
      </w:r>
      <w:r>
        <w:rPr>
          <w:rFonts w:ascii="Cambria" w:hAnsi="Cambria"/>
          <w:b w:val="0"/>
          <w:i/>
          <w:color w:val="FFFFFF"/>
          <w:sz w:val="20"/>
          <w:u w:val="none"/>
        </w:rPr>
        <w:t>Hap trading llc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&amp; </w:t>
      </w:r>
      <w:r>
        <w:rPr>
          <w:rFonts w:ascii="Cambria" w:hAnsi="Cambria"/>
          <w:b w:val="0"/>
          <w:i/>
          <w:color w:val="FFFFFF"/>
          <w:sz w:val="20"/>
          <w:u w:val="none"/>
        </w:rPr>
        <w:t>Citigroup inc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each had almost 2 million shares in puts and not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else. </w:t>
      </w:r>
      <w:r>
        <w:rPr>
          <w:rFonts w:ascii="Cambria" w:hAnsi="Cambria"/>
          <w:b w:val="0"/>
          <w:i/>
          <w:color w:val="FFFFFF"/>
          <w:sz w:val="20"/>
          <w:u w:val="none"/>
        </w:rPr>
        <w:t>Group one trading l.p.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 w:val="0"/>
          <w:i/>
          <w:color w:val="FFFFFF"/>
          <w:sz w:val="20"/>
          <w:u w:val="none"/>
        </w:rPr>
        <w:t>Shitadel advisors llc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 w:val="0"/>
          <w:i/>
          <w:color w:val="FFFFFF"/>
          <w:sz w:val="20"/>
          <w:u w:val="none"/>
        </w:rPr>
        <w:t>Susquehanna international group llp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&amp;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Jane street group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llc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feature prominently too.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 me remind you of the earlier quote: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Regulation SHO stocks with large, unsettled trades often exhibit a similar characteristic: “short selling”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 with significant put holdings in 13F filings.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these funds exhibit this characteristic and around the end of December and early Jan SI%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were through the roof. This looks like fuckery.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13F filing updates should arrive by May 17th. This will be big. </w:t>
      </w:r>
    </w:p>
    <w:p>
      <w:bookmarkStart w:id="408" w:name="pg40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08"/>
      <w:r>
        <w:rPr>
          <w:rFonts w:ascii="Cambria" w:hAnsi="Cambria"/>
          <w:b/>
          <w:i w:val="0"/>
          <w:color w:val="FFFFFF"/>
          <w:sz w:val="20"/>
          <w:u w:val="none"/>
        </w:rPr>
        <w:t>Speculation alert: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Any fund holding predominantly or exclusively a put position is short and likely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engaged in illegal married-put naked shorting. The biggest know idiots Melvin and Maplelane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that look similar to other large funds (Wolverine, UBS etc.) suggesting we may have a clearer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 of who is up against us. And facing bankruptcy.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 recap of naked short selling and the married put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reason that large put positions in 13F filings is suspicious is because those puts are likely to be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by-product of naked shorting. For a detailed description of how options trading can be used to sell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shares you can </w:t>
      </w:r>
      <w:hyperlink r:id="rId106">
        <w:r>
          <w:rPr>
            <w:rFonts w:ascii="Calibri" w:hAnsi="Calibri"/>
            <w:sz w:val="20"/>
            <w:color w:val="00B0F0"/>
            <w:u/>
          </w:rPr>
          <w:t>take a look at this 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hyperlink r:id="rId837">
        <w:r>
          <w:rPr>
            <w:rFonts w:ascii="Calibri" w:hAnsi="Calibri"/>
            <w:sz w:val="20"/>
            <w:color w:val="00B0F0"/>
            <w:u/>
          </w:rPr>
          <w:t>the follow-up 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Here is a brief description: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a 'bone-fide' market maker grants you special privileges. One big privilege is to sell shares without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needing to fulfil the 'locate' requirement. In other words, 'bone-fide' market makers are allowed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short sell, but they must find the shares after a certain amount of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a 'bone-fide' market maker? No one really know. The SEC did a shitty job defining it so many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brokers can likely pretend they deserve the title.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can the 'bone-fide' market maker privileges be abused? Well...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hedge-fund wants to short sell but no shares are available to borrow, or they're too expensive,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hedge-fund can go to their 'bone-fide' market maker friend and follow this simple </w:t>
      </w:r>
      <w:r>
        <w:rPr>
          <w:rFonts w:ascii="Cambria" w:hAnsi="Cambria"/>
          <w:b w:val="0"/>
          <w:i/>
          <w:color w:val="FFFFFF"/>
          <w:sz w:val="20"/>
          <w:u w:val="none"/>
        </w:rPr>
        <w:t>'married put'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recipe: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 Buy puts from the market maker covering the number of desired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 Buy shares from the market maker at the same time. The 'bone-fide' market maker can sell the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naked as he remains net neutral on the trade.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 Make the 'bone-fide' market maker happy by paying a tasty premium for the puts.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4 Dump the bought shares on the market to suppress prices and remain net short on the puts!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an extra spicy recipe that is harder to detect add the following step before step 4: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3b Sell way way out of the money call options equal to the bought shares that you never expect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worth anything (800c calls anyone?) to the 'bone-fide' market maker for a small premium. The trade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looks like an innocent </w:t>
      </w:r>
      <w:hyperlink r:id="rId853">
        <w:r>
          <w:rPr>
            <w:rFonts w:ascii="Calibri" w:hAnsi="Calibri"/>
            <w:sz w:val="20"/>
            <w:color w:val="00B0F0"/>
            <w:u/>
          </w:rPr>
          <w:t>reverse conversion</w:t>
        </w:r>
      </w:hyperlink>
      <w:hyperlink r:id="rId853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2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Options fuckery consistent with naked shorting and the married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put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if massive naked short selling via the married put trade has been used to cover up FTDs and SI%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Jan we should see some anomalies in the options chain. Let's take a look. </w:t>
      </w:r>
    </w:p>
    <w:p>
      <w:bookmarkStart w:id="409" w:name="pg408"/>
      <w:pPr>
        <w:keepLines w:val="0"/>
        <w:pageBreakBefore/>
        <w:widowControl w:val="0"/>
        <w:spacing w:before="0" w:after="0"/>
        <w:jc w:val="center"/>
      </w:pPr>
      <w:bookmarkEnd w:id="409"/>
      <w:r>
        <w:drawing>
          <wp:inline xmlns:a="http://schemas.openxmlformats.org/drawingml/2006/main" xmlns:pic="http://schemas.openxmlformats.org/drawingml/2006/picture">
            <wp:extent cx="5943600" cy="3962400"/>
            <wp:docPr id="307" name="Picture 3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Total open interest for puts &amp; calls as well as FTDs &amp; SI% since Jan 2020.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HOLY FUCK THATS A MASSIVE JUMP IN OPEN PUT INTEREST!! And it's been sustained since the end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Jan. for the last year open interest in puts and calls remained very similar. At the end of Jan put open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increased by more than 300% and completely disconnected from call interest. Immediately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this change FTDs and SI% dropped massively. </w:t>
      </w:r>
    </w:p>
    <w:p>
      <w:pPr>
        <w:keepLines w:val="0"/>
        <w:widowControl w:val="0"/>
        <w:spacing w:before="31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73250"/>
            <wp:docPr id="308" name="Picture 3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Cumulative open interest for puts &amp; calls since Jan 2020. </w:t>
      </w:r>
    </w:p>
    <w:p>
      <w:bookmarkStart w:id="410" w:name="pg40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1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we look at the cumulative open interest over time we see the number of newly opened put contracts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remained steady throughout Feb and into early April. The rate at which these contracts are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bought is far greater than anything seen in 2020.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Speculation alert: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huge jump in open put interest could've provided up to 150 MILLION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shares to fight the January price spike and hide FTDs and SI%. When combined with certain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brokers restricting retail buying, media FUD, January paper hands etc. their ploy appeared quite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successful. Since pushing the price back to 40$ in Feb the constant and significant opening of new put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contracts has been used to roll over the FTDs and do their best to keep their naked asses covered. Since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 up to 400 MILLION naked short shares could've been used to hide FTDs and manipulate the price.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Dark Pool matters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Previously I speculated that Dark Pools could be used to facilitate the naked shorting trades. This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hypothesis can be supported with data by looking at the </w:t>
      </w:r>
      <w:hyperlink r:id="rId856">
        <w:r>
          <w:rPr>
            <w:rFonts w:ascii="Calibri" w:hAnsi="Calibri"/>
            <w:sz w:val="20"/>
            <w:color w:val="00B0F0"/>
            <w:u/>
          </w:rPr>
          <w:t>OTC data made available by FINRA</w:t>
        </w:r>
      </w:hyperlink>
      <w:hyperlink r:id="rId856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Getting this data was a pain in the ass but I now have all Dark Pool volume data for GME since Nov 2020.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includes </w:t>
      </w:r>
      <w:hyperlink r:id="rId857">
        <w:r>
          <w:rPr>
            <w:rFonts w:ascii="Calibri" w:hAnsi="Calibri"/>
            <w:sz w:val="20"/>
            <w:color w:val="00B0F0"/>
            <w:u/>
          </w:rPr>
          <w:t>Alternative Trading System (ATS)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hyperlink r:id="rId858">
        <w:r>
          <w:rPr>
            <w:rFonts w:ascii="Calibri" w:hAnsi="Calibri"/>
            <w:sz w:val="20"/>
            <w:color w:val="00B0F0"/>
            <w:u/>
          </w:rPr>
          <w:t>Over-the-Counter (OTC)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volume data. </w:t>
      </w:r>
    </w:p>
    <w:p>
      <w:bookmarkStart w:id="411" w:name="pg410"/>
      <w:pPr>
        <w:keepLines w:val="0"/>
        <w:pageBreakBefore/>
        <w:widowControl w:val="0"/>
        <w:spacing w:before="0" w:after="0"/>
        <w:jc w:val="center"/>
      </w:pPr>
      <w:bookmarkEnd w:id="411"/>
      <w:r>
        <w:drawing>
          <wp:inline xmlns:a="http://schemas.openxmlformats.org/drawingml/2006/main" xmlns:pic="http://schemas.openxmlformats.org/drawingml/2006/picture">
            <wp:extent cx="5943600" cy="5217159"/>
            <wp:docPr id="309" name="Picture 3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7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Dark Pool trade data for OTC and ATS trade pool.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 activity ramped up massively at the start of Jan, particularly in the OTC pool. Towards the 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Jan as prices spiked during the mini-squeeze the total number of trades more than quadrupled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average trade size dropped to around 50 shares per trade, remaining there ever since.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Re-routing of order flow anyone? Short ladder attacks in small share batches anyone?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OTC trading was being used to suppress retail buy pressure we'd probably expect to find the worst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all the brokers *</w:t>
      </w:r>
      <w:r>
        <w:rPr>
          <w:rFonts w:ascii="Cambria" w:hAnsi="Cambria"/>
          <w:b w:val="0"/>
          <w:i/>
          <w:color w:val="FFFFFF"/>
          <w:sz w:val="20"/>
          <w:u w:val="none"/>
        </w:rPr>
        <w:t>Robinhood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 involved in the trading pool. </w:t>
      </w:r>
    </w:p>
    <w:p>
      <w:bookmarkStart w:id="412" w:name="pg411"/>
      <w:pPr>
        <w:keepLines w:val="0"/>
        <w:pageBreakBefore/>
        <w:widowControl w:val="0"/>
        <w:spacing w:before="0" w:after="0"/>
        <w:jc w:val="center"/>
      </w:pPr>
      <w:bookmarkEnd w:id="412"/>
      <w:r>
        <w:drawing>
          <wp:inline xmlns:a="http://schemas.openxmlformats.org/drawingml/2006/main" xmlns:pic="http://schemas.openxmlformats.org/drawingml/2006/picture">
            <wp:extent cx="5943600" cy="2971800"/>
            <wp:docPr id="310" name="Picture 3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left="21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Total shares trades by firm for OTC and ATS pools since Jan. Note: using Log10 scale for comparison. Citadel actually traded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400M shares OTC!!!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what a surprise. Citadel trading 400M dark pool shares. Robinhood trading 2 million shares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OTC. The average trade size was ≈1 share which is fucking weird. Interactive Brokers only traded 9559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OTC but they made 9559 trades. Exactly 1 share per trade. Fucking weird.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at the OTC market participant names, does anything look familiar? Oh yeah! Some of our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participants with massive puts in 13F filings also love to trade OTC!!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JANE STREET CAPITAL,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UBS SECURITIES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WOLVERINE SECURITIES, LLC,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</w:t>
      </w:r>
      <w:hyperlink r:id="rId861">
        <w:r>
          <w:rPr>
            <w:rFonts w:ascii="Calibri" w:hAnsi="Calibri"/>
            <w:sz w:val="20"/>
            <w:color w:val="00B0F0"/>
            <w:u/>
          </w:rPr>
          <w:t>worst offenders for Robinhood payment for order flow (PFOF)</w:t>
        </w:r>
      </w:hyperlink>
      <w:hyperlink r:id="rId861">
        <w:r>
          <w:rPr>
            <w:rFonts w:ascii="Cambria" w:hAnsi="Cambria"/>
            <w:sz w:val="20"/>
            <w:color w:val="FFFFFF"/>
            <w:u/>
          </w:rPr>
          <w:t xml:space="preserve">: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7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VIRTU AMERICAS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G1 EXECUTION SERVICES,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JANE STREET CAPITAL, LLC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 SIGMA SECURITIES, LLC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 SIGMA SECURITIES, LLC is an interesting one. As well as benefiting from PFOF they are also a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known short. They don't show up in the 13F filings but they were </w:t>
      </w:r>
      <w:hyperlink r:id="rId862">
        <w:r>
          <w:rPr>
            <w:rFonts w:ascii="Calibri" w:hAnsi="Calibri"/>
            <w:sz w:val="20"/>
            <w:color w:val="00B0F0"/>
            <w:u/>
          </w:rPr>
          <w:t xml:space="preserve">reported to take a big hit from short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862">
        <w:r>
          <w:rPr>
            <w:rFonts w:ascii="Calibri" w:hAnsi="Calibri"/>
            <w:sz w:val="20"/>
            <w:color w:val="00B0F0"/>
            <w:u/>
          </w:rPr>
          <w:t>positions in Gamestop</w:t>
        </w:r>
      </w:hyperlink>
      <w:hyperlink r:id="rId86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COMHAR CAPITAL MARKETS, LLC is a Chicago based firm just minutes away from Citadel. What are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doing trading 14 million GME shares OTC?!? I'm calling bullshit and suggesting this firm can be added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 fund list.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COWEN AND COMPANY have 100k shares in puts from 13F but didn't show up in the earlier list as I set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minimum of 300k shares to be included. Another short hedge. </w:t>
      </w:r>
    </w:p>
    <w:p>
      <w:bookmarkStart w:id="413" w:name="pg41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1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LEK SECURITIES CORPORATION don't have any obvious short positions in GME or news reports of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losses. However they were </w:t>
      </w:r>
      <w:hyperlink r:id="rId863">
        <w:r>
          <w:rPr>
            <w:rFonts w:ascii="Calibri" w:hAnsi="Calibri"/>
            <w:sz w:val="20"/>
            <w:color w:val="00B0F0"/>
            <w:u/>
          </w:rPr>
          <w:t>slapped by the SEC for large scale market manipulation in the recent past</w:t>
        </w:r>
      </w:hyperlink>
      <w:hyperlink r:id="rId863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G1 EXECUTION SERVICES, LLC is actually owned by </w:t>
      </w:r>
      <w:hyperlink r:id="rId864">
        <w:r>
          <w:rPr>
            <w:rFonts w:ascii="Calibri" w:hAnsi="Calibri"/>
            <w:sz w:val="20"/>
            <w:color w:val="00B0F0"/>
            <w:u/>
          </w:rPr>
          <w:t>Susquehanna International Group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one of the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funds with tons of puts in 13Fs.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Some helpful comments point out that there can be some confusion with market makers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hedge-funds. Citadel is often referred to on this sub as the firm with the most to lose in GME.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operate market making and hedge fund activities. So do a number of other firms (Wolverine, Jane Street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etc.). </w:t>
      </w:r>
      <w:r>
        <w:rPr>
          <w:rFonts w:ascii="Cambria" w:hAnsi="Cambria"/>
          <w:b w:val="0"/>
          <w:i/>
          <w:color w:val="FFFFFF"/>
          <w:sz w:val="20"/>
          <w:u w:val="none"/>
        </w:rPr>
        <w:t>For naked shorting the participation of 'bone-fide' market makers is crucial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is how they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abuse the locate rule and naked short. None of this contradicts the data in this post or the conclusions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it remains difficult to completely separate normal market making activities from abusive ones.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Speculation alert: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OTC trades have seen massive volume and order size changes since early January.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the participants are known short funds. Changes in OTC trading align with evidence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manipulative naked short selling (Deep ITM calls and married-puts). OTC trading has been used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 millions of naked short shares and reroute retail orders to suppress buying pressure.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Conclusions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Hedgies are fucked. Just look at the amount of effort they've had to put into keeping a lid on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thing!!! </w:t>
      </w:r>
      <w:r>
        <w:rPr>
          <w:rFonts w:ascii="Cambria" w:hAnsi="Cambria"/>
          <w:b w:val="0"/>
          <w:i/>
          <w:color w:val="FFFFFF"/>
          <w:sz w:val="20"/>
          <w:u w:val="none"/>
        </w:rPr>
        <w:t>When they lose control of the FTDs they lose control of the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Millions of illegal naked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created in a desperate effort to make retail go away. But guess what??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Speculation alert: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Here are my thoughts for what's happened with GME in 2021: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and SI% were getting out of control in early Jan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prices increased and more hype came to GME the shorts got more and more desperate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 OTC volumes went through the roof and Deep ITM call volumes were used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 naked shares ahead of the end of Jan price spike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prices really started to move from Jan 25th - 29th more than 100 million shares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created with Deep ITM call and married-put naked shorting and used to hammer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price and hide SI%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coordinated blocking of buy orders on key retail brokers and media induced FUD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helped the shorts knock down the price and scare off some of the FOMO paper hand gang.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865">
        <w:r>
          <w:rPr>
            <w:rFonts w:ascii="Calibri" w:hAnsi="Calibri"/>
            <w:sz w:val="20"/>
            <w:color w:val="00B0F0"/>
            <w:u/>
          </w:rPr>
          <w:t>Something happened to the short share borrow fees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completely disconnect from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 pricing.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Feb onwards average trade size on OTC decreased to around 50 shares per trade.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a 70%+ drop in trade size. Retail orders were funnelled through Dark Pools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control buying pressure and 'short ladder attacks' used to control price.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ETFs were used to hide more and more FTDs from the apes. I have data on ETFs but its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such a pain to analyse (70+ funds, all different GME allocations, rebalancing over time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etc..).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DFV doubled down. RC tweeted an ice-cream cone. Deep ITM calls increased. FTDs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remerged and on Feb 25th prices started flying again. </w:t>
      </w:r>
    </w:p>
    <w:p>
      <w:bookmarkStart w:id="414" w:name="pg413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414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this time FTDs and prices have been manipulated with tricky options trades. Up to 200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million naked short shares could've been made from Feb through to April 6th using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married put trades.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the apes are still here. Millions of short fund options have expired. FTDs are shown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uncontrollable over time. An unprecedented FTD squeeze will come. New DTCC rules,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stronger SEC, GME annual meeting and share recall. So many catalysts. Shorts are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fucked.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🚀🚀🚀🚀🚀🚀🚀🚀🚀🚀🚀🚀🚀🚀🚀🚀🚀🚀🚀🚀🚀🚀🚀🚀🚀🚀🚀🚀🚀🚀🚀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Hank's Definitive GME Theory of Everything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********** I am not a financial advisor, this is not financial advice **********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Introduction (DD starts below)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did you know that there are usually about 80 confirmed cases of deadly shark attacks per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know what nobody ever talks about though? The fact that sharks have TWO, count it TWO, FUCKING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PENSIS. I am not making that up. Imagine what I could do with two penises. I'd have twice the total dick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length. I might have to rename myself HomeDepotHank3InchesTotal.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topic of cocks, did you know that many reptiles have two penises as well? They call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hemipenes. SUCK MY HEMI PEEN SHILLS.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many of you know, I am a music aficionado. I like to listen to my fair share of classical music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Megan Thee Stallion and Linkin Park, Jazz music like Fifth Harmony, and even heavy metal like Coldplay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Carly Rae Jepsen. However, I recently came across a beautiful artist who I was not previously aware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of. He is a contemporary opera singer named Wheeler Walker Jr. Some of his most popular songs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reminded me of this current situation: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"Fuck you bitch" - how I feel about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"Pictures on my phone" - my DD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"Pussy King" and "Rich Sumbitch" - apes when the squeeze is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"Finger up my butt" - me sitting on the toilet scrolling through this sub every morning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"Sleeping on the Blacktop" - shorts after they go bust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"Drop 'em out" - shorts getting squeezed out of their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"Sit on my face" - me every time I see my wife's boyfriend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"Still ain't sick of fuckin you" - apes when the shorts beg for mercy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"Dicked down in Dallas" - shorts who live in Texas during the squeeze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 like smoking pot (a lot)" - my wife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(These are the actual titles and this guy is actually real, I love the internet). </w:t>
      </w:r>
    </w:p>
    <w:p>
      <w:bookmarkStart w:id="415" w:name="pg41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15"/>
      <w:r>
        <w:rPr>
          <w:rFonts w:ascii="Cambria" w:hAnsi="Cambria"/>
          <w:b/>
          <w:i w:val="0"/>
          <w:color w:val="FFFFFF"/>
          <w:sz w:val="20"/>
          <w:u w:val="none"/>
        </w:rPr>
        <w:t>Alright apes, enough joking around, it's time to get serious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Where the DD actually starts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has been an absolute slew of data in the past month about FTDs, dark pools, and rule changes.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you know, I have been pumping out a bunch of DD about the FTD cycle. After reading tons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posts about dark pool DD and DTCC rule changes, I think I now understand how all of this fits together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have thus made this GME theory of everything. The DDs that I read on dark pools and OTC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the glue that connects everything together IMO.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post, I will be me connecting my own DD about FTDs to other users' DDs about dark pools, DTCC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 changes, and ETF shorting in order to give us a bigger picture of what all of this is and means. Thus,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will be absolutely no prediction in this post, however, it should help you understand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 is tied together and the fact that because we don't know the exact extent of shorts' exposure,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impossible to predict when the MOASS will occur. I am confident though that we are nearing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light at the end of the tunnel. With that, Apes, I present to you: HOMEDEPOTHANK69's DEFINITIVE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THEORY OF EVERYTHING. Enjoy....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Roadmap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Alrighty apes, I am going to first briefly explain my own DD on the FTD cycle. Next, I am going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summarize some DD from a user about OTC trading and dark pools relating to GME. After that, I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summarize some DD from other users about how new DTCC and other agency rules affect GME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future. Finally, I will summarize how ETF shorting plays into GME. After that, I will go into how all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fit together in one big beautiful orgy that explains where the HFs are at with GME and why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there. This will allow us to understand our current position.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Summarizing DD of FTD Cycle, new rules, OTC trading, and </w:t>
      </w:r>
    </w:p>
    <w:p>
      <w:pPr>
        <w:keepLines w:val="0"/>
        <w:widowControl w:val="0"/>
        <w:spacing w:before="2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ETF shorting of GME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FTD Cycle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are the links to my posts on the FTD cycle: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 1 Post 2 Post 3 Post 4 Post 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Essentially, the FTD cycle is the idea that because shorts have continuously shorted GME, covered it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shares, and used naked shorts, their short exposure is multiples higher than the actual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GME in existence. Because of this and SEC rules forcing them to cover every 35 days, there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predictable price and volume hikes on the chart that coincide with them covering. As every FTD cycle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passes, the price to cover gets more and more expensive, and more and more shares are required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(naked or not) to maintain their position, which makes it progressively more expensive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progressively increases their position. This increase in expense is going up exponentially, so each cycle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more expensive for them to keep their positions, and eventually, the pressure will be too much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and they will be forced out. Because heavy naked shorting probably started in early 2020 for GME,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each passing month their exposure increases drastically because a naked short gives them double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obligation (they must cover the short and the nakedly created share). This is why I believe that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short position is multiples higher than the amount of GME shares in existence. Therefore,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they've dug themselves into a hole (hole is an understatement, it's more like an abyss) that they cannot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out of and are trying to slowly unravel the FTD cycle, which is only possible if apes sell. Because apes </w:t>
      </w:r>
    </w:p>
    <w:p>
      <w:bookmarkStart w:id="416" w:name="pg41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1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not sold, the FTD cycle continues and gets progressively more expensive and they cannot get out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abyss, they can only kick the can down the road. Similar to the January squeeze, eventually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pressure will be too much and they will be forced out. Here is a picture of the FTD cycle on the charts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one of my posts: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69589"/>
            <wp:docPr id="311" name="Picture 3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95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doesn't give you the full picture of the FTD cycle but it gives you a generalization of its thesis. If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learn more about it, see my other posts.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OTC/Dark pool trading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All credit for this goes to the absolute KING who is</w:t>
      </w:r>
      <w:hyperlink r:id="rId867">
        <w:r>
          <w:rPr>
            <w:rFonts w:ascii="Cambria" w:hAnsi="Cambria"/>
            <w:sz w:val="20"/>
            <w:color w:val="FFFFFF"/>
            <w:u/>
          </w:rPr>
          <w:t xml:space="preserve"> u/nayboyer2*. Here is his* </w:t>
        </w:r>
      </w:hyperlink>
      <w:hyperlink r:id="rId868">
        <w:r>
          <w:rPr>
            <w:rFonts w:ascii="Cambria" w:hAnsi="Cambria"/>
            <w:sz w:val="20"/>
            <w:color w:val="FFFFFF"/>
            <w:i/>
            <w:u/>
          </w:rPr>
          <w:t>original post.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According to his post, Citadel, Virtu, and Two Sigma are and have been trading MILLIONS of GME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dark pools and OTC exchanges. He used publicly available data from FINRA and converted it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charts and spreadsheets (again FUCKING KING). He plotted the ownership of GME shares of these firms.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found that these firms are trading over 1000 shares of GME for every one that they own (let that sink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in). He also found that an exorbitant amount of shares are trading in dark pools when compared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float. This data is irrefutable because, again, it is publicly available FINRA data (i.e. he's not just making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theory, he's just saying what the data shows). Here are some important screenshots from his post: </w:t>
      </w:r>
    </w:p>
    <w:p>
      <w:bookmarkStart w:id="417" w:name="pg416"/>
      <w:pPr>
        <w:keepLines w:val="0"/>
        <w:pageBreakBefore/>
        <w:widowControl w:val="0"/>
        <w:spacing w:before="0" w:after="0"/>
        <w:jc w:val="center"/>
      </w:pPr>
      <w:bookmarkEnd w:id="417"/>
      <w:r>
        <w:drawing>
          <wp:inline xmlns:a="http://schemas.openxmlformats.org/drawingml/2006/main" xmlns:pic="http://schemas.openxmlformats.org/drawingml/2006/picture">
            <wp:extent cx="5943600" cy="4537075"/>
            <wp:docPr id="312" name="Picture 3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7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181225"/>
            <wp:docPr id="313" name="Picture 3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1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418" w:name="pg417"/>
      <w:pPr>
        <w:keepLines w:val="0"/>
        <w:pageBreakBefore/>
        <w:widowControl w:val="0"/>
        <w:spacing w:before="0" w:after="0"/>
        <w:jc w:val="center"/>
      </w:pPr>
      <w:bookmarkEnd w:id="418"/>
      <w:r>
        <w:drawing>
          <wp:inline xmlns:a="http://schemas.openxmlformats.org/drawingml/2006/main" xmlns:pic="http://schemas.openxmlformats.org/drawingml/2006/picture">
            <wp:extent cx="5943600" cy="4375784"/>
            <wp:docPr id="314" name="Picture 3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5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takeaway: there is a massive amount of dark pool and OTC trading of GME, it's multiples higher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actual float. This is just publicly available data that they've reported, so I would guess there's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to this than we can see from public data. Seriously, check out this post if you haven't, it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masterpiece.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 am just scratching the surface of this, it's only meant to be a summary, I encourage you to read his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I'd let him have a night with my wife ANYTIME.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New Rules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All credit for this goes to the absolute KING who is</w:t>
      </w:r>
      <w:hyperlink r:id="rId872">
        <w:r>
          <w:rPr>
            <w:rFonts w:ascii="Cambria" w:hAnsi="Cambria"/>
            <w:sz w:val="20"/>
            <w:color w:val="FFFFFF"/>
            <w:u/>
          </w:rPr>
          <w:t xml:space="preserve"> u/c-digs*. Here is his* </w:t>
        </w:r>
      </w:hyperlink>
      <w:hyperlink r:id="rId57">
        <w:r>
          <w:rPr>
            <w:rFonts w:ascii="Cambria" w:hAnsi="Cambria"/>
            <w:sz w:val="20"/>
            <w:color w:val="FFFFFF"/>
            <w:i/>
            <w:u/>
          </w:rPr>
          <w:t>original post.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his post, he theorizes that all of Wallstreet knows what's going on with GME and that we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sideways for so long because Wallstreet is waiting on several crucial rules from organizations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the DTC and OCC to be passed that will essentially ensure that Citadel can't completely break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when they go bust. The user believes that once these measures are passed, a firm (he thinks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BlackRock) will put tons of buying pressure on GME and cause the squeeze because the measures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the blow to the financial system more containable. He also points out that in a single week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multiple banks broke the record for bond offerings (i.e. they want to have cash on hand). This user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believes that a few institutions are in GME too deep and everyone knows it and the influx of rules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meant to make the unraveling safe for Wallstreet, therefore, Wallstreet is waiting to pounce on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until the middle of the summer when these rules would be passed (at the latest). He gives specific rules, </w:t>
      </w:r>
    </w:p>
    <w:p>
      <w:bookmarkStart w:id="419" w:name="pg41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1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they will essentially take exposure off of clearing companies and put it on members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 institutions, and shows the latest possible dates that these proposed rules may go into effect.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 am just scratching the surface of this, it's only meant to be a summary, I encourage you to read his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I'd let him have a night with my wife ANYTIME.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ETF Shorting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All credit for this goes to the absolute KING who is</w:t>
      </w:r>
      <w:hyperlink r:id="rId873">
        <w:r>
          <w:rPr>
            <w:rFonts w:ascii="Cambria" w:hAnsi="Cambria"/>
            <w:sz w:val="20"/>
            <w:color w:val="FFFFFF"/>
            <w:u/>
          </w:rPr>
          <w:t xml:space="preserve"> u/leenixus*. Here is his* </w:t>
        </w:r>
      </w:hyperlink>
      <w:hyperlink r:id="rId874">
        <w:r>
          <w:rPr>
            <w:rFonts w:ascii="Cambria" w:hAnsi="Cambria"/>
            <w:sz w:val="20"/>
            <w:color w:val="FFFFFF"/>
            <w:i/>
            <w:u/>
          </w:rPr>
          <w:t>original post.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tons of posts about how ETFs are being shorted in order to a. put indirect pressure on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b. hide FTDs. I particularly liked this post because of all the charts, which make my smooth brain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tingle. I won't go too far into this because most of us already know that another tactic used by HFs is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 these ETFs to put more pressure on GME and to hide FTDs. Here are some important screenshots: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54704"/>
            <wp:docPr id="315" name="Picture 3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420" w:name="pg419"/>
      <w:pPr>
        <w:keepLines w:val="0"/>
        <w:pageBreakBefore/>
        <w:widowControl w:val="0"/>
        <w:spacing w:before="0" w:after="0"/>
        <w:jc w:val="center"/>
      </w:pPr>
      <w:bookmarkEnd w:id="420"/>
      <w:r>
        <w:drawing>
          <wp:inline xmlns:a="http://schemas.openxmlformats.org/drawingml/2006/main" xmlns:pic="http://schemas.openxmlformats.org/drawingml/2006/picture">
            <wp:extent cx="5943600" cy="3806825"/>
            <wp:docPr id="316" name="Picture 3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6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 am just scratching the surface of this, it's only meant to be a summary, I encourage you to read his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I'd let him have a night with my wife ANYTIME.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**I am not taking credit for the above three DDs. I am using their DD to contribute to my overall theory.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see their posts as they are spectacular. These are truly KING apes**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How all of this fits together </w:t>
      </w:r>
    </w:p>
    <w:p>
      <w:bookmarkStart w:id="421" w:name="pg420"/>
      <w:pPr>
        <w:keepLines w:val="0"/>
        <w:pageBreakBefore/>
        <w:widowControl w:val="0"/>
        <w:spacing w:before="0" w:after="0"/>
        <w:jc w:val="center"/>
      </w:pPr>
      <w:bookmarkEnd w:id="421"/>
      <w:r>
        <w:drawing>
          <wp:inline xmlns:a="http://schemas.openxmlformats.org/drawingml/2006/main" xmlns:pic="http://schemas.openxmlformats.org/drawingml/2006/picture">
            <wp:extent cx="5943600" cy="4453254"/>
            <wp:docPr id="317" name="Picture 3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32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we have the FTD cycle, Dark pool/OTC activity, ETF shorting, and upcoming rules that could benefit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us. But how do all of these fit together? (again, this is just my opinion and it could be wrong). I will guide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through the conclusions I make as I go by bolding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the dark pool/OTC data indicates what we all already know: HFs are in a giant fucking hole,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abyss. They borrowed shares, covered those borrowed shares with borrowed shares, shorted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shares, covered those with borrow shares, and so on. They have been repeating this forever,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is why the price of GME is still so high and volatile. They do most of this covering in dark pools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suppress buying pressure and do other shady things in these dark pools so it goes unnoticed (more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below).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Moreover, GME's OBV has always perplexed me. How could OBV still be this high post squeeze? The DD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dark pools explains that (i.e. they are covering on dark pools to suppress buying pressure and OBV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shows that). This means that apes did not sell post-squeeze and that the HFs did indeed use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to create artificial selling pressure (OBV is the yellow line): </w:t>
      </w:r>
    </w:p>
    <w:p>
      <w:bookmarkStart w:id="422" w:name="pg421"/>
      <w:pPr>
        <w:keepLines w:val="0"/>
        <w:pageBreakBefore/>
        <w:widowControl w:val="0"/>
        <w:spacing w:before="0" w:after="0"/>
        <w:jc w:val="center"/>
      </w:pPr>
      <w:bookmarkEnd w:id="422"/>
      <w:r>
        <w:drawing>
          <wp:inline xmlns:a="http://schemas.openxmlformats.org/drawingml/2006/main" xmlns:pic="http://schemas.openxmlformats.org/drawingml/2006/picture">
            <wp:extent cx="5943600" cy="5084445"/>
            <wp:docPr id="318" name="Picture 3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4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OTC data also explains the low volume. The funds are covering in dark pools in an attempt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suppress buying pressure, which is why volume has been so low lately. This also explains the random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1pm jumps in buy volume that I noted in a previous post. Finally, this further explains why GME reacts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strangely to catalysts - there are outside forces (OTC trading) that are currently bogging down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price. If a catalyst happens to line up with when they have to cover (i.e. February 24), then we will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positive volume, if not, there is still massive selling pressure on even positive news.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the dark pool/OTC data provides almost irrefutable evidence that 1. there is still fuckery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afoot with GME, 2. the shorts have indeed dug themselves into a hole that they cannot get out of 3.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exposure that the short funds have is astronomical, and 4. unless for some odd reason all apes sell,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 will in fact happen and it will happen big. Essentially, I believe that we now know exactly what's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on, we just don't know the exact numbers of it (i.e. we don't know their precise exposure or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shares they borrow or use to short during an attack). The fact that GME's price is still insanely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volatile and is trading over 5x what most analysts think it should be and the fact that an INSANE amount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volume is coming from OTC markets demonstrates that shorts still indeed have large positions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still very much IN THIS BITCH. </w:t>
      </w:r>
    </w:p>
    <w:p>
      <w:bookmarkStart w:id="423" w:name="pg42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23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1: HFs are indeed in a deep hole, have not covered, and are trading in high volumes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dark pools in an attempt to kick the can down the road. All of this explains the low volume.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OTC data post, the user shows that the institutions involved in these dark pools do in fact 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of GME; however, they are trading over 1000x the shares that they own. A few days ago,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seeing a post from someone who contacted Interactive Brokers asking why the borrow fee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so low (I don't remember the post but if you do please link and give user credit). The person said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GME is one of the hardest stocks to short right now but the reason that the borrow rate is so low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there is almost zero demand.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Conclusion 2: GME is insanely hard to borrow right now and there is very little demand to short 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Next, dark pool activity helps us to further explain the FTD cycle. Why do we see these spikes in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volume every 35ish calendar days? SEC regulations force them to cover. Why does it keep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happening? The OTC data shows us that they are STILL naked shorting. Why else would there be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OTC activity. That shows us that HFs are continuing to naked short and cover with borrowed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every day, thus digging themselves in a deeper hole (because naked shorting creates 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obligations - covering the short and covering the naked share) and it's getting more expensive to do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time goes on (FTD cycle) because their short position is increasing rapidly as shown by the OTC data.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108325"/>
            <wp:docPr id="319" name="Picture 3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8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3: The OTC data adds credence to the idea that the FTD cycle is getting more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more expensive and that shorts are increasing their short positions rapidly as time passes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if all of this is true, why isn't some whale coming in to take advantage of it and benefit from a squeeze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many of them did in January? That's where the new rules DD comes into play. Because Wallstreet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access to better, more accurate data than is publicly available, they probably already know what we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starting to figure out. Why else would the DTC and OCC put in all these rules related to liquidation,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bankruptcy, and oversight right after the GME squeeze? Therefore, potential whales are purposely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sidelining themselves until these rules are passed, so that they don't completely destroy the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 in unraveling these short positions. If some whale came in and tried to start the squeeze now, </w:t>
      </w:r>
    </w:p>
    <w:p>
      <w:bookmarkStart w:id="424" w:name="pg42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2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a good chance that it would cause a collapse in the financial system because clearinghouses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go bankrupt from having to cover for the shorts who default, which would tank the whales'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assets; however, because of the proposed rules, doing so would only make a few institutions collapse,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would save the whales' other positions in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4: Whales have purposely sidelined themselves and are waiting for the proposed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regulatory rules to take effect so the squeeze doesn't destroy the financial system.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to OTC data. Why would an institution want to trade on a dark market? The first reason is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suppress buying pressure. The second reason is so that the broader market cant see what they're doing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(without taking a deep dive like our ape KING did). The third reason is because they may be employing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strategies that are borderline illegal, would cause a lot of suspicions, and would make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dangerously volatile. Because dark pools allow institutions to trade with each other absent an exchange,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that this is what they're doing on those pools: they are buying and selling back and forth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each other at a rapid rate in order to drop the price. These are the short attacks that we see.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notice that it seems to take about half the volume for the price of GME to go down $5 (arbitrary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number) as it does for it to rise $5 (arbitrary number)? This could be why. Moreover, I also believe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limiting their covering ONLY to dark pools to suppress buying pressure in public exchanges.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do I believe this? If there was nothing crazy going on with GME then why is there still an asininely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 amount of dark pool activity similar to what we saw during the squeeze?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5: Shorts are using dark pools to suppress buying pressure and to drop the price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rapidly trading between each other.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to the fact that it is getting harder and harder to borrow GME and there is very little interest.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is happening is, as said above, these funds are rapidly trading back and forth between each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to drop the price, are borrowing shares from each other, are covering with borrowed shares,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 to use naked shorts. HOWEVER, because the availability of borrowed shares in the broader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is drying up and because the shorts only own so many shares that they can borrow and trade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each other, their supply is drying up, so they can't continue this forever. Because apes continue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buy, the amount of shares available is further drying up. The longer these funds continue to borrow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shares, make naked shorts, cover with borrowed shares, and borrow each other's shares, the more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available to borrow dry up. As the FTD cycle rages on, this also becomes more expensive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time. Thus, they are playing a losing game but financially cannot stop playing this game because they're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so deep. Therefore, the squeeze will happen when the supply of shares completely dries up and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slowly (or rapidly) start to unravel or when the FTD cycle makes continuing their game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 expensive.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6: The squeeze will happen once the availability of shares to borrow is completely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dried up, which seems to be rapidly approaching.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25" w:name="pg424"/>
      <w:pPr>
        <w:keepLines w:val="0"/>
        <w:pageBreakBefore/>
        <w:widowControl w:val="0"/>
        <w:spacing w:before="0" w:after="0"/>
        <w:ind w:left="1482"/>
      </w:pPr>
      <w:bookmarkEnd w:id="425"/>
      <w:r>
        <w:drawing>
          <wp:inline xmlns:a="http://schemas.openxmlformats.org/drawingml/2006/main" xmlns:pic="http://schemas.openxmlformats.org/drawingml/2006/picture">
            <wp:extent cx="3727450" cy="4351654"/>
            <wp:docPr id="320" name="Picture 3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3727450" cy="4351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Moreover, many people have also noted that GME and AMC trade disturbingly similar in price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volume. I'll also add that this seems to be true for other stocks that were squeezed in January. Why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think stocks like AMC, GMC, KOSS, BB, NOK, EXPR move so similarly? It's because they are all victims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FTD cycle as well. Why do you think all of these stocks squeezed at around the same time and why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you think brokers simultaneously halted trading on all of these stocks? Because naked shorting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cancer infecting the market. Shorts got too risky during covid and thought that all of these companies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go bust, so they abusively shorted them hoping to get the bankruptcy jackpot. Bankrupting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companies would let these funds be off the hook for covering because the company would no longer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exist, so there would be no share to cover. However, J Pow then turned on the money machine and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saw the greatest recovery of all time. Realizing how bad HFs fucked up, brokers had the choice of facing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bad press for restricting buying or allowing the FTD cycle to unravel and let the financial system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collapse. They did the rational thing. Then, realizing that the problem was still grossly persistent,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regulatory companies started implementing more and more rules to prevent the unraveling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from destroying the economy when it does happen.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one says this but why do you think literally every brokerage did exactly what RH did? Do you really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they all had liquidity issues? No. It's because they all knew what was happening because they had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access to the data. They knew that if they let it squeeze, it would bankrupt Citadel and they'd be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hook for it. However, now that there are all of these new rules in place, they can allow it to happen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all of the rules are passed. </w:t>
      </w:r>
    </w:p>
    <w:p>
      <w:bookmarkStart w:id="426" w:name="pg42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26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7: The FTD cycle is persistent and exemplifies the naked shorting problem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Wallstreet that Dr. Trimbath discussed.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284470"/>
            <wp:docPr id="321" name="Picture 3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0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to GME specifically. In one of my previous posts on the FTD cycle, I used this chart to make sense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T+35: </w:t>
      </w:r>
    </w:p>
    <w:p>
      <w:bookmarkStart w:id="427" w:name="pg426"/>
      <w:pPr>
        <w:keepLines w:val="0"/>
        <w:pageBreakBefore/>
        <w:widowControl w:val="0"/>
        <w:spacing w:before="0" w:after="0"/>
        <w:jc w:val="center"/>
      </w:pPr>
      <w:bookmarkEnd w:id="427"/>
      <w:r>
        <w:drawing>
          <wp:inline xmlns:a="http://schemas.openxmlformats.org/drawingml/2006/main" xmlns:pic="http://schemas.openxmlformats.org/drawingml/2006/picture">
            <wp:extent cx="5943600" cy="5478145"/>
            <wp:docPr id="322" name="Picture 3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the low volume in February. I have long said that I don't think that the CFO being ousted is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caused GME to double in February, it just doesn't make sense. Instead, I believe that once brokerages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turned off buying power in January, the HFs again amped up their naked shorting to get the price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where they could possibly cover. Obviously, some people sold but OBV tells us that it wasn't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to get the price all the way down to $40. What explains this? Naked shorting in dark pools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disguise what's really going on. Then, at the end of February, T+35 starts coming in to play and HFs must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 for what they did to end the January squeeze. Obviously, they continued to apply more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throughout this (March 10th anyone?), so their short positions continue to grow and the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 continues to persist. Perhaps today's low volume, slightly downward price action is similar to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happening in February (just a thought).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8: The February rise was the result of forced coverings from the January drop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demonstrates that the shorts still have large positions.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28" w:name="pg42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2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 to the dark pool data. One of my favorite things from that was the fact that there is not just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player. There are multiple players in this game, which suggests that they are working in tandem. What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 happened is that these funds all saw the same thing in early 2020: GME is struggling, covid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likely bankrupt it, so let's take some risk and apply naked shorts to hit the bankruptcy jackpot. Instead,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roared back, GME had a slew of good news in mid-late 2020, and the shorts got themselves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abyss because they continued to apply more and more pressure on GME. Again, a naked short makes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obligation double because you have to pay back the share that you borrowed and you also have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fulfill the obligation of the share you nakedly created. So every time they apply more pressure, sure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goes down, but their net short position goes up exponentially. This is why the FTD cycle persists.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to kick the can down the road, they use synthetic longs and ETFs to hide and delay their FTDs.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9: Funds are working in tandem because they are both in too deep but it is futile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is just delaying the inevitable.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what are some of their other tricks? As we know, they like to hide/delay their FTDs through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longs (ITM calls). But what they also do is short the ETFs that contain GME. This applies much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less efficient pressure to GME and shows that they are getting really desperate. How do we know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doing this? Well, just look at the FTD numbers of those ETFs.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Conclusion 10: Their activity on GME-containing ETFs demonstrates how desperate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getting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wait a minute, Hank. Do you have any actual hard data that can back up the FTD squeeze theory?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would've asked me this any other day except for today the answer would have been no. Thanks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u/AOCsquad126 and u/leenixus for this beauty of a post. In short, the post uses a model with a linear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 price trigger on GME. It's very fascinating and I suggest you take a look. In short, I believe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gives further credence to the idea that the shorts are bleeding more day by day because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getting more and more expensive to maintain their positions. Why do you suppose it gets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expensive day by day? Oh I don't maybe it's because of they keep borrowing and borrowing. Finally,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 makes an excellent point here that, when they get margin called, we will not know for up to T+35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 (he gives the example that Archegos was margin called in February but the effects weren't seen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month). This gives further credence to the idea that the MOASS will come randomly and out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nowhere. Here's a screenshot from the post: </w:t>
      </w:r>
    </w:p>
    <w:p>
      <w:bookmarkStart w:id="429" w:name="pg428"/>
      <w:pPr>
        <w:keepLines w:val="0"/>
        <w:pageBreakBefore/>
        <w:widowControl w:val="0"/>
        <w:spacing w:before="0" w:after="0"/>
        <w:jc w:val="center"/>
      </w:pPr>
      <w:bookmarkEnd w:id="429"/>
      <w:r>
        <w:drawing>
          <wp:inline xmlns:a="http://schemas.openxmlformats.org/drawingml/2006/main" xmlns:pic="http://schemas.openxmlformats.org/drawingml/2006/picture">
            <wp:extent cx="5943600" cy="3512184"/>
            <wp:docPr id="323" name="Picture 3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2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Conclusion 11: I like the stock. I like the FTD cycle.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Putting all of the conclusions together and putting them in context: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is what I believe is the timeline of GME thus far. This is a summary of my theory of everything: </w:t>
      </w:r>
    </w:p>
    <w:p>
      <w:bookmarkStart w:id="430" w:name="pg429"/>
      <w:pPr>
        <w:keepLines w:val="0"/>
        <w:pageBreakBefore/>
        <w:widowControl w:val="0"/>
        <w:spacing w:before="0" w:after="0"/>
        <w:jc w:val="center"/>
      </w:pPr>
      <w:bookmarkEnd w:id="430"/>
      <w:r>
        <w:drawing>
          <wp:inline xmlns:a="http://schemas.openxmlformats.org/drawingml/2006/main" xmlns:pic="http://schemas.openxmlformats.org/drawingml/2006/picture">
            <wp:extent cx="5943600" cy="7473950"/>
            <wp:docPr id="324" name="Picture 3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73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5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Conclusion 12: Tendies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31" w:name="pg430"/>
      <w:pPr>
        <w:keepLines w:val="0"/>
        <w:pageBreakBefore/>
        <w:widowControl w:val="0"/>
        <w:spacing w:before="0" w:after="0"/>
        <w:jc w:val="center"/>
      </w:pPr>
      <w:bookmarkEnd w:id="431"/>
      <w:r>
        <w:drawing>
          <wp:inline xmlns:a="http://schemas.openxmlformats.org/drawingml/2006/main" xmlns:pic="http://schemas.openxmlformats.org/drawingml/2006/picture">
            <wp:extent cx="5943600" cy="3464559"/>
            <wp:docPr id="325" name="Picture 3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4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Some other thoughts </w:t>
      </w:r>
    </w:p>
    <w:p>
      <w:pPr>
        <w:keepLines w:val="0"/>
        <w:widowControl w:val="0"/>
        <w:spacing w:before="5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Catalysts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has long been a sentiment that a catalyst will cause the MOASS. Though I wholeheartedly agree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be true, I want to emphasize that is not the only option. First, as I've said above GME reacts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strangely to catalysts because of FTDs and shorting (doubled on CFO ousting but went down on RC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named daddy/master/lord/senpai of the board). We still have many possible catalysts: CEO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announcement, partnerships, crypto shit, etc. However, it's important to remember that January was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caused by a catalyst. Sure, the events leading up to January were caused by catalysts (SI being sky-high,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media coverage, RC, tweets, etc.); however, the actual squeeze in January wasn't spurred by a catalyst.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just the shorts being forced to cover due to the price rising. After seeing how GME reacts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catalysts, I believe that the squeeze will not happen because of a catalyst but will happen in a similar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fashion to January: completely unexpected because the shorts were forced to cover. Could a catalyst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 the squeeze? Hell yes. I personally think that a catalyst might cause it to rocket, but similar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January, the real squeeze will happen after an initial rocket due to catalysts and will be the result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being forced to throw in the towel, not a catalyst squeezing them out. Essentially: catalyst-&gt; rapid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jump but not squeeze (think early January) -&gt; parabolic price jump caused by rapid price jump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squeezing out shorts (think January squeeze).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How this is disturbingly similar to 2008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2008 institutions sold risky mortgages to people who shouldn't have qualified for them. That was bad.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also created mortgage-backed securities with these risky mortgages in them and sold them across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Wallstreet, which gave the entire financial system exposure to bad mortgages. That was worse.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created collateralized debt obligations that were essentially bets for and against a default on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loans (i.e. they made derivatives of these MBS). That was fucking terrible. They then made synthetic </w:t>
      </w:r>
    </w:p>
    <w:p>
      <w:bookmarkStart w:id="432" w:name="pg43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3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CDOs, which were bets on the reverse side of the CDO (i.e. a derivative of a derivative). That was a nuke.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the while half of Wallstreet was buying credit default swaps, which are derivatives that bet for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 to happen. This was Wallstreet canabalizing itself. That was a huge generalization of 2008,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though. So essentially, the derivates market for these bad mortgages was about 10-50x more than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of the actual underlying asset (the MBS), which is why when the underlying failed, it almost caused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Great Depression. By making bets on bets on risky assets, they created a web that, once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happens, would unravel (because once the underlying fails the derivatives fail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derivatives of the derivatives fail). They essentially dug themselves into a hole that you couldn't get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because they made all of these derivative bets that far exceeded the actual value of the underlying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asset. Sound familiar to what I said above? Financial crises happen when institutions place risky bets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make bets on these bets. When they make layers of derivates like this, it makes the system seem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booming for a while but as soon as something goes bad, it all unwinds in a tragic way. That's what's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happening now with these webs of naked shorts.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Future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all of this in mind, here are my thoughts about the future. As I have said, I believe that the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 is slowly chewing away at the shorts, and I think that the dark pool data helps confirm this. I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 that the timing and contents of the aforementioned rules is very interesting.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Therefore, I believe that either A. the pressure on the shorts will overwhelm them and their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be forced to unravel, or B. with the safeguards put in place from the new rules, a whale will come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unravel the positions for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post has no dates. I personally like posts with dates if they have a ton of research behind them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logical. However, as we've seen, though some people can predict certain price action, no one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predict the MOASS. The MOASS will come, we just won't know when because we don't know exactly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blood the MMs have lost yet and how close they are to dying. All we know is that they've lost a lot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blood and keep losing more. So, none of us will see the MOASS coming, but it will come (just like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wife when she's with the mailman).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I have no dates as to the happening of the MOASS, I leave with this: </w:t>
      </w:r>
    </w:p>
    <w:p>
      <w:bookmarkStart w:id="433" w:name="pg432"/>
      <w:pPr>
        <w:keepLines w:val="0"/>
        <w:pageBreakBefore/>
        <w:widowControl w:val="0"/>
        <w:spacing w:before="0" w:after="0"/>
        <w:jc w:val="center"/>
      </w:pPr>
      <w:bookmarkEnd w:id="433"/>
      <w:r>
        <w:drawing>
          <wp:inline xmlns:a="http://schemas.openxmlformats.org/drawingml/2006/main" xmlns:pic="http://schemas.openxmlformats.org/drawingml/2006/picture">
            <wp:extent cx="5943600" cy="4460875"/>
            <wp:docPr id="326" name="Picture 3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If you have FUD, read this </w:t>
      </w:r>
    </w:p>
    <w:p>
      <w:pPr>
        <w:keepLines w:val="0"/>
        <w:widowControl w:val="0"/>
        <w:spacing w:before="5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I, like all of you, have been a victim of FUD. I often think to myself, "they know more than us, there's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way they'll let this happen again" or "it's been trading sideways, it's all over" or "they have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resources than us and will end this quick." FUD is a bitch. FUD is the type of girl that your wife's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boyfriend avoids. To help some of you who are experiencing FUD, here is what I always remember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whenever those thoughts enter my head: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thesis of this part of the post is that what's happening to GME is not normal, which validates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all/most of the topics discussed in this sub. Yes, a short squeeze to that magnitude is abnormal, but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gets me with GME is what happened AFTER the squeeze. Find any stock that has been massively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squeezed, and you will see that it doesn't behave like GME has been for the past few months. If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have held around $30-50 like it did post-squeeze and didn't rocket up to 100&gt;200&gt;300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past few months with all of this crazy trading action then all of these theories would be very farfetched.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as I have said a billion times, the chart and data are all that you need to see to know that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is still not normal.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Therefore,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not normal for a stock double in the span of a few hours on news of a CFO getting fired (2/24).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normal for a stock to open at above 250, go to 350 before noon and then fall down to 172 all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2pm on absolutely no news (3/10). It is not normal for a stock to tank on earnings and then literally </w:t>
      </w:r>
    </w:p>
    <w:p>
      <w:bookmarkStart w:id="434" w:name="pg43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3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back those losses the very next day on absolutely no news (3/25). It is not normal for a stock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double on news of the CFO being ousted but to go down 5% on news that the key player (Cohen) is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announced as the senpai of the board of directors. It is not normal for a stock to stay above $150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Wallstreet analyst says it's not worth more than $50. It is not normal for a stock to have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extremely negative beta. It is not normal for a stock to fluctuate in value by 10x over the span of a few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 (up AND down) on very little fundamental news. It is not normal for multiple forums talking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the same stock to be infiltrated repeatedly by suspicious accounts trying to create FUD (i.e. shills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 on exist on forums discussing GME, not regular retail investing forums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r/investing and r/stocks (which I am banned from hahahaha)). It is not normal for a stock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universally hated by mainstream finance yet still be trading over 5x what they believe the fair value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be. It is not normal for a stock to get squeezed, fall back down, then almost regain its squeeze price on 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fundamental news. It is not normal for a stock to have OTC activity that is multiples higher than its daily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and float. It is not normal for that OTC volume to be comparable to the January squeeze levels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despite "ThE sQuEeZe BeInG oVer." It is not normal for DTC to be implementing a slew of rules about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very things we are talking about. It is not normal for a stock to have random volume spikes in the middle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day on absolutely no news. It is not normal for ETFs containing said stock to be abusively shorted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well. I could go on and on. If you have FUD, come back to this, and you'll realize that though we might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early, we're not wrong.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it really make sense for GME to be trading on volume below 5 million consistently (on Wednesday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hit a number we haven't seen since early October) when every boomer analyst says it's 5x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overvalued in price and there's an insane amount of interest from retail investors? No. It makes zero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sense. On one hand, you'd expect those boomers to short it because it's so overvalued, but they're not.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because it's almost impossible to borrow (unless you're a MM) and they know what's going 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other hand, you'd expect the media to be saying "this is crazy, it shouldn't be 5x overvalued,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short" every day, but they aren't. That's because they know what's going on. Apes, I'll say it again,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ISN'T NORMAL!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Conclusion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apes, if you've made it this far I applaud you. That was a mouthful to say the least. Thank you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sticking with me to the end of it, this was probably my most in-depth DD and also the one I enjoyed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making the most. Please take this with a grain of salt and remember that it is just my opinion, you should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always do your own DD before making any decisions.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I hope you realize what this community has done because it's astounding. Between WSB, GME,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SuperStonk, regular, novice investors have pieced together the puzzle that only large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institutions are usually able to do. What's even more amazing is that this was done using limitedly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available, often incomplete public data. The level of complexity of some of the DDs that I've read is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level of publishable. The volume, complexity, and completeness of data in this sub is spectacular.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 Robinhood's "DeMoCrAtIzIng iNvEsTiNg" bullshit. This sub is democratizing investing, and let 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tell you, it's been an honor to be a part of this community. As always...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Stay strong, apes.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35" w:name="pg43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35"/>
      <w:r>
        <w:rPr>
          <w:rFonts w:ascii="Cambria" w:hAnsi="Cambria"/>
          <w:b w:val="0"/>
          <w:i w:val="0"/>
          <w:color w:val="FFFFFF"/>
          <w:sz w:val="20"/>
          <w:u w:val="none"/>
        </w:rPr>
        <w:t>See "</w:t>
      </w:r>
      <w:r>
        <w:rPr>
          <w:rFonts w:ascii="Cambria" w:hAnsi="Cambria"/>
          <w:b/>
          <w:i w:val="0"/>
          <w:color w:val="FFFFFF"/>
          <w:sz w:val="20"/>
          <w:u w:val="none"/>
        </w:rPr>
        <w:t>Putting all of the conclusions together and putting it in context"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section with the 17 numbered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********** I am not a financial advisor, this is not financial advice **********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Actually useful info you might have missed,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23/04/21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shitshow this morning is arguably the result of forum sliding, so let's counter that by collating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better stuff until the mods can clean up the front page. Here's what I found buried that is probably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interest. </w:t>
      </w:r>
    </w:p>
    <w:p>
      <w:pPr>
        <w:keepLines w:val="0"/>
        <w:widowControl w:val="0"/>
        <w:spacing w:before="59" w:after="0" w:lineRule="exact" w:line="252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717">
        <w:r>
          <w:rPr>
            <w:rFonts w:ascii="Calibri" w:hAnsi="Calibri"/>
            <w:sz w:val="20"/>
            <w:color w:val="00B0F0"/>
            <w:u/>
          </w:rPr>
          <w:t>u/broccaaa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posted a follow-up to his earlier post about trying to detect hidden FTDs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machine learning. It outlines the method behind his data labeling and the AI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architecture. </w:t>
      </w:r>
      <w:hyperlink r:id="rId835">
        <w:r>
          <w:rPr>
            <w:rFonts w:ascii="Calibri" w:hAnsi="Calibri"/>
            <w:sz w:val="20"/>
            <w:color w:val="00B0F0"/>
            <w:u/>
          </w:rPr>
          <w:t>https://www.reddit.com/r/Superstonk/comments/mwrycd/how_to_train_a_bi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835">
        <w:r>
          <w:rPr>
            <w:rFonts w:ascii="Calibri" w:hAnsi="Calibri"/>
            <w:sz w:val="20"/>
            <w:color w:val="00B0F0"/>
            <w:u/>
          </w:rPr>
          <w:t>nary_classifier_ai_to_detect/</w:t>
        </w:r>
      </w:hyperlink>
      <w:hyperlink r:id="rId83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proxy filing is encouraging voting to happen quickly - this wasn't in previous filings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Gamestop. </w:t>
      </w:r>
      <w:hyperlink r:id="rId887">
        <w:r>
          <w:rPr>
            <w:rFonts w:ascii="Calibri" w:hAnsi="Calibri"/>
            <w:sz w:val="20"/>
            <w:color w:val="00B0F0"/>
            <w:u/>
          </w:rPr>
          <w:t>https://www.reddit.com/r/Superstonk/comments/mwmgne/important_im_sure_</w:t>
        </w:r>
      </w:hyperlink>
    </w:p>
    <w:p>
      <w:pPr>
        <w:keepLines w:val="0"/>
        <w:widowControl w:val="0"/>
        <w:spacing w:before="63" w:after="0" w:lineRule="exact" w:line="252"/>
        <w:ind w:right="-60"/>
        <w:jc w:val="center"/>
      </w:pPr>
      <w:hyperlink r:id="rId887">
        <w:r>
          <w:rPr>
            <w:rFonts w:ascii="Calibri" w:hAnsi="Calibri"/>
            <w:sz w:val="20"/>
            <w:color w:val="00B0F0"/>
            <w:u/>
          </w:rPr>
          <w:t>everyone_has_seen_that_the/</w:t>
        </w:r>
      </w:hyperlink>
      <w:hyperlink r:id="rId88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EDIT:</w:t>
      </w:r>
      <w:hyperlink r:id="rId88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888">
        <w:r>
          <w:rPr>
            <w:rFonts w:ascii="Calibri" w:hAnsi="Calibri"/>
            <w:sz w:val="20"/>
            <w:color w:val="00B0F0"/>
            <w:u/>
          </w:rPr>
          <w:t>u/ColCrabs</w:t>
        </w:r>
      </w:hyperlink>
      <w:hyperlink r:id="rId88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claims that it was in the 2020 filing,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page </w:t>
      </w:r>
    </w:p>
    <w:p>
      <w:pPr>
        <w:keepLines w:val="0"/>
        <w:widowControl w:val="0"/>
        <w:spacing w:before="59" w:after="0" w:lineRule="exact" w:line="252"/>
        <w:ind w:left="1081" w:right="-60"/>
      </w:pPr>
      <w:hyperlink r:id="rId889">
        <w:r>
          <w:rPr>
            <w:rFonts w:ascii="Cambria" w:hAnsi="Cambria"/>
            <w:sz w:val="20"/>
            <w:color w:val="FFFFFF"/>
            <w:b/>
            <w:u/>
          </w:rPr>
          <w:t>9</w:t>
        </w:r>
      </w:hyperlink>
      <w:hyperlink r:id="rId889">
        <w:r>
          <w:rPr>
            <w:rFonts w:ascii="Calibri" w:hAnsi="Calibri"/>
            <w:sz w:val="20"/>
            <w:color w:val="00B0F0"/>
            <w:u/>
          </w:rPr>
          <w:t>https://www.reddit.com/r/Superstonk/comments/mwuszf/actually_useful_info_you_might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889">
        <w:r>
          <w:rPr>
            <w:rFonts w:ascii="Calibri" w:hAnsi="Calibri"/>
            <w:sz w:val="20"/>
            <w:color w:val="00B0F0"/>
            <w:u/>
          </w:rPr>
          <w:t>_have_missed_230421/gvkuwn4/?context=3</w:t>
        </w:r>
      </w:hyperlink>
      <w:hyperlink r:id="rId88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were speculating about some random shitcoin being pumped to fake the amount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collateral a fund had on hand - some has pointed out that the price is only seen on one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very low volume exchange, and this is just a general crypto scam, not anything to do with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us. It's unlikely a bank would view it as valid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collateral. </w:t>
      </w:r>
      <w:hyperlink r:id="rId890">
        <w:r>
          <w:rPr>
            <w:rFonts w:ascii="Calibri" w:hAnsi="Calibri"/>
            <w:sz w:val="20"/>
            <w:color w:val="00B0F0"/>
            <w:u/>
          </w:rPr>
          <w:t>https://www.reddit.com/r/Superstonk/comments/mwhqwu/the_truth_about_cap</w:t>
        </w:r>
      </w:hyperlink>
    </w:p>
    <w:p>
      <w:pPr>
        <w:keepLines w:val="0"/>
        <w:widowControl w:val="0"/>
        <w:spacing w:before="64" w:after="0" w:lineRule="exact" w:line="252"/>
        <w:ind w:left="1081" w:right="-60"/>
      </w:pPr>
      <w:hyperlink r:id="rId890">
        <w:r>
          <w:rPr>
            <w:rFonts w:ascii="Calibri" w:hAnsi="Calibri"/>
            <w:sz w:val="20"/>
            <w:color w:val="00B0F0"/>
            <w:u/>
          </w:rPr>
          <w:t>ital_x_coin/</w:t>
        </w:r>
      </w:hyperlink>
      <w:hyperlink r:id="rId89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free float is lower than previously thought (now around 25m), going by the numbers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proxy filing. It appears that institutional ownership has grown. I can't speak for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accuracy of the 25m shares held by retail, as I haven't checked how that was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calculated. </w:t>
      </w:r>
      <w:hyperlink r:id="rId891">
        <w:r>
          <w:rPr>
            <w:rFonts w:ascii="Calibri" w:hAnsi="Calibri"/>
            <w:sz w:val="20"/>
            <w:color w:val="00B0F0"/>
            <w:u/>
          </w:rPr>
          <w:t>https://www.reddit.com/r/Superstonk/comments/mwgyfw/free_float_is_267_mi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891">
        <w:r>
          <w:rPr>
            <w:rFonts w:ascii="Calibri" w:hAnsi="Calibri"/>
            <w:sz w:val="20"/>
            <w:color w:val="00B0F0"/>
            <w:u/>
          </w:rPr>
          <w:t>llion_didnt_count_cohen_twice/</w:t>
        </w:r>
      </w:hyperlink>
      <w:hyperlink r:id="rId89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user claims that BlackRock and other institutions who were lending out their shares 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15th of April do not have the right to vote at the shareholder meeting. I think it would </w:t>
      </w:r>
    </w:p>
    <w:p>
      <w:bookmarkStart w:id="436" w:name="pg435"/>
      <w:pPr>
        <w:keepLines w:val="0"/>
        <w:pageBreakBefore/>
        <w:widowControl w:val="0"/>
        <w:spacing w:before="71" w:after="0" w:lineRule="exact" w:line="246"/>
        <w:ind w:left="1081" w:right="-60"/>
      </w:pPr>
      <w:bookmarkEnd w:id="43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worth checking, if at all possible, what the lending numbers actually looked like on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15th. Were they unusually low? In that case, could BlackRock still have the right to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vote? </w:t>
      </w:r>
      <w:hyperlink r:id="rId892">
        <w:r>
          <w:rPr>
            <w:rFonts w:ascii="Calibri" w:hAnsi="Calibri"/>
            <w:sz w:val="20"/>
            <w:color w:val="00B0F0"/>
            <w:u/>
          </w:rPr>
          <w:t>https://www.reddit.com/r/Superstonk/comments/mwj1ko/clarification_on_gamestop_</w:t>
        </w:r>
      </w:hyperlink>
    </w:p>
    <w:p>
      <w:pPr>
        <w:keepLines w:val="0"/>
        <w:widowControl w:val="0"/>
        <w:spacing w:before="63" w:after="0" w:lineRule="exact" w:line="252"/>
        <w:ind w:right="-60"/>
        <w:jc w:val="center"/>
      </w:pPr>
      <w:hyperlink r:id="rId892">
        <w:r>
          <w:rPr>
            <w:rFonts w:ascii="Calibri" w:hAnsi="Calibri"/>
            <w:sz w:val="20"/>
            <w:color w:val="00B0F0"/>
            <w:u/>
          </w:rPr>
          <w:t>record_date_shares/</w:t>
        </w:r>
      </w:hyperlink>
      <w:hyperlink r:id="rId89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EDIT:</w:t>
      </w:r>
      <w:hyperlink r:id="rId89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893">
        <w:r>
          <w:rPr>
            <w:rFonts w:ascii="Calibri" w:hAnsi="Calibri"/>
            <w:sz w:val="20"/>
            <w:color w:val="00B0F0"/>
            <w:u/>
          </w:rPr>
          <w:t>u/Spiaa</w:t>
        </w:r>
      </w:hyperlink>
      <w:hyperlink r:id="rId89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claims the filing explicitly states that BlackRock </w:t>
      </w:r>
    </w:p>
    <w:p>
      <w:pPr>
        <w:keepLines w:val="0"/>
        <w:widowControl w:val="0"/>
        <w:spacing w:before="73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can vote on their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shares:</w:t>
      </w:r>
      <w:hyperlink r:id="rId894">
        <w:r>
          <w:rPr>
            <w:rFonts w:ascii="Calibri" w:hAnsi="Calibri"/>
            <w:sz w:val="20"/>
            <w:color w:val="00B0F0"/>
            <w:u/>
          </w:rPr>
          <w:t>https://www.reddit.com/r/Superstonk/comments/mwuszf/actually_useful_info_you</w:t>
        </w:r>
      </w:hyperlink>
    </w:p>
    <w:p>
      <w:pPr>
        <w:keepLines w:val="0"/>
        <w:widowControl w:val="0"/>
        <w:spacing w:before="105" w:after="0" w:lineRule="exact" w:line="210"/>
        <w:ind w:left="1081" w:right="-60"/>
      </w:pPr>
      <w:hyperlink r:id="rId894">
        <w:r>
          <w:rPr>
            <w:rFonts w:ascii="Calibri" w:hAnsi="Calibri"/>
            <w:sz w:val="20"/>
            <w:color w:val="00B0F0"/>
            <w:u/>
          </w:rPr>
          <w:t>_might_have_missed_230421/gvkgusd/?utm_source=reddit&amp;utm_medium=web2x&amp;context=</w:t>
        </w:r>
      </w:hyperlink>
    </w:p>
    <w:p>
      <w:pPr>
        <w:keepLines w:val="0"/>
        <w:widowControl w:val="0"/>
        <w:spacing w:before="64" w:after="0" w:lineRule="exact" w:line="252"/>
        <w:ind w:left="1081" w:right="-60"/>
      </w:pPr>
      <w:hyperlink r:id="rId894">
        <w:r>
          <w:rPr>
            <w:rFonts w:ascii="Calibri" w:hAnsi="Calibri"/>
            <w:sz w:val="20"/>
            <w:color w:val="00B0F0"/>
            <w:u/>
          </w:rPr>
          <w:t>3</w:t>
        </w:r>
      </w:hyperlink>
      <w:hyperlink r:id="rId89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seen reports that $2m has been spent on $300 puts with an expiration date of today.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do with someone verifying, but I have no reason to not believe my source (someone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Unusual Whales discord) - basically, two people have made a very large bet on the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 doing </w:t>
      </w:r>
      <w:r>
        <w:rPr>
          <w:rFonts w:ascii="Cambria" w:hAnsi="Cambria"/>
          <w:b w:val="0"/>
          <w:i/>
          <w:color w:val="FFFFFF"/>
          <w:sz w:val="20"/>
          <w:u w:val="none"/>
        </w:rPr>
        <w:t>something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today. </w:t>
      </w:r>
      <w:hyperlink r:id="rId895">
        <w:r>
          <w:rPr>
            <w:rFonts w:ascii="Calibri" w:hAnsi="Calibri"/>
            <w:sz w:val="20"/>
            <w:color w:val="00B0F0"/>
            <w:u/>
          </w:rPr>
          <w:t>u/welcometosilentchill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claims this is a bearish sign, </w:t>
      </w:r>
    </w:p>
    <w:p>
      <w:pPr>
        <w:keepLines w:val="0"/>
        <w:widowControl w:val="0"/>
        <w:spacing w:before="63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whereas </w:t>
      </w:r>
      <w:hyperlink r:id="rId896">
        <w:r>
          <w:rPr>
            <w:rFonts w:ascii="Calibri" w:hAnsi="Calibri"/>
            <w:sz w:val="20"/>
            <w:color w:val="00B0F0"/>
            <w:u/>
          </w:rPr>
          <w:t>u/Blussi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claims it's a bullish </w:t>
      </w:r>
    </w:p>
    <w:p>
      <w:pPr>
        <w:keepLines w:val="0"/>
        <w:widowControl w:val="0"/>
        <w:spacing w:before="63" w:after="0" w:lineRule="exact" w:line="252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one. </w:t>
      </w:r>
      <w:hyperlink r:id="rId897">
        <w:r>
          <w:rPr>
            <w:rFonts w:ascii="Calibri" w:hAnsi="Calibri"/>
            <w:sz w:val="20"/>
            <w:color w:val="00B0F0"/>
            <w:u/>
          </w:rPr>
          <w:t>https://www.reddit.com/r/Superstonk/comments/mwuszf/actually_useful_info_you_mi</w:t>
        </w:r>
      </w:hyperlink>
    </w:p>
    <w:p>
      <w:pPr>
        <w:keepLines w:val="0"/>
        <w:widowControl w:val="0"/>
        <w:spacing w:before="105" w:after="0" w:lineRule="exact" w:line="210"/>
        <w:ind w:left="1081" w:right="-60"/>
      </w:pPr>
      <w:hyperlink r:id="rId897">
        <w:r>
          <w:rPr>
            <w:rFonts w:ascii="Calibri" w:hAnsi="Calibri"/>
            <w:sz w:val="20"/>
            <w:color w:val="00B0F0"/>
            <w:u/>
          </w:rPr>
          <w:t>ght_have_missed_230421/gvkgxyx/?context=3https://www.reddit.com/r/Superstonk/comm</w:t>
        </w:r>
      </w:hyperlink>
    </w:p>
    <w:p>
      <w:pPr>
        <w:keepLines w:val="0"/>
        <w:widowControl w:val="0"/>
        <w:spacing w:before="105" w:after="0" w:lineRule="exact" w:line="210"/>
        <w:ind w:left="1081" w:right="-60"/>
      </w:pPr>
      <w:hyperlink r:id="rId898">
        <w:r>
          <w:rPr>
            <w:rFonts w:ascii="Calibri" w:hAnsi="Calibri"/>
            <w:sz w:val="20"/>
            <w:color w:val="00B0F0"/>
            <w:u/>
          </w:rPr>
          <w:t>ents/mwuszf/actually_useful_info_you_might_have_missed_230421/gvkmkql/?utm_source=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898">
        <w:r>
          <w:rPr>
            <w:rFonts w:ascii="Calibri" w:hAnsi="Calibri"/>
            <w:sz w:val="20"/>
            <w:color w:val="00B0F0"/>
            <w:u/>
          </w:rPr>
          <w:t>reddit&amp;utm_medium=web2x&amp;context=3</w:t>
        </w:r>
      </w:hyperlink>
      <w:hyperlink r:id="rId89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are probably countless more good posts that I missed. If you saw any in the last day or two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that are worth looking at, please comment them and give a quick outline for people.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do our best to actively fight forum sliding and topic dilution by remaining on-topic. Mods, please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best to keep the sub clean.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P.S: This isn't something I plan on doing every/most days - for the people who do do the morning news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round up things, I think I speak for a lot of us when I say a more straightforward layout of the research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findings like this would be preferable to a couple of confused sentences and then a giant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1000x1000px cringe meme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P.P.S: Please upvote the people linking research in the comments moreso than people saying thank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:D I appreciate it, but the point of this was to collect the substantial stuff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P.P.P.S: The reaction to this post is honestly pretty strange - I had a huge number of awards come in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relatively few comments and upvotes. Now the post is doing really well, but I go and check the first 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linked and it only has 196 upvotes. What gives? I'm wondering if I've accidentally included misinfo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that someone wants people to see. Be critical about everything I've written.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437" w:name="pg436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437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Walkin' like a duck. Talkin' like a duck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899">
        <w:r>
          <w:rPr>
            <w:rFonts w:ascii="Cambria" w:hAnsi="Cambria"/>
            <w:sz w:val="17"/>
            <w:color w:val="FFFFFF"/>
            <w:u/>
          </w:rPr>
          <w:t xml:space="preserve">Serious DD </w:t>
        </w:r>
      </w:hyperlink>
      <w:hyperlink r:id="rId899">
        <w:r>
          <w:rPr>
            <w:rFonts w:ascii="Segoe UI Emoji" w:hAnsi="Segoe UI Emoji"/>
            <w:sz w:val="17"/>
            <w:color w:val="FFFFFF"/>
            <w:u/>
          </w:rPr>
          <w:t>👨‍🔬🔬</w:t>
        </w:r>
      </w:hyperlink>
      <w:hyperlink r:id="rId899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TL;DR - I have prepared a case which strongly indicates that Citadel Securities, along with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"affiliates" are committing securities fraud. On March 26th 2021, FINRA released a new citation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against Citadel Securities for nearly 2 years worth of securities violations. The only reason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HASN'T been busted for fraud is because they hide behind the veil of 'unintentional'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behavior. However, this post illustrates how Citadel's actions flag ALL 3 corners of the fraud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triangle-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pressure, motivation, and opportunity.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It's time for these people to be held accountable.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Trying something new this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recorded a video walkthrough of this DD with u/isitabuy, prior to dropping the DD.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wanna watch that, </w:t>
      </w:r>
      <w:hyperlink r:id="rId900">
        <w:r>
          <w:rPr>
            <w:rFonts w:ascii="Cambria" w:hAnsi="Cambria"/>
            <w:sz w:val="20"/>
            <w:color w:val="FFFFFF"/>
            <w:b/>
            <w:u/>
          </w:rPr>
          <w:t>click here</w:t>
        </w:r>
      </w:hyperlink>
      <w:hyperlink r:id="rId90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Prerequisite DD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15">
        <w:r>
          <w:rPr>
            <w:rFonts w:ascii="Cambria" w:hAnsi="Cambria"/>
            <w:sz w:val="20"/>
            <w:color w:val="FFFFFF"/>
            <w:u/>
          </w:rPr>
          <w:t xml:space="preserve">1. Citadel Has No Clothes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616">
        <w:r>
          <w:rPr>
            <w:rFonts w:ascii="Cambria" w:hAnsi="Cambria"/>
            <w:sz w:val="20"/>
            <w:color w:val="FFFFFF"/>
            <w:u/>
          </w:rPr>
          <w:t xml:space="preserve">2. BlackRock Bagholders, INC.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311">
        <w:r>
          <w:rPr>
            <w:rFonts w:ascii="Cambria" w:hAnsi="Cambria"/>
            <w:sz w:val="20"/>
            <w:color w:val="FFFFFF"/>
            <w:u/>
          </w:rPr>
          <w:t xml:space="preserve">3. The EVERYTHING Short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fellow apes,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you are wondering how these posts about Citadel relate to GameStop. Perhaps I've lost sight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explaining this connection, so let me clear this up before diving into MORE sh*t on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u/dontfightthevol pointed out: you just never know what a company's short position is because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aren't required to disclose it. And unfortunately, she's right.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we can do, however, is expose the sh*t surrounding them. The fraud triangle WORKS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act maliciously when they have the pressure, incentive, and opportunity to commit it. PERIOD.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means if it walks and talks like a duck, it's most likely a f*cking duck.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hope I've done a good job revealing the evidence of their ever-tightening noose. To name a few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ones: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FINRA violations for naked shorting, failing to post a short sale indicator on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transactions, withholding large customer orders to lower the market price, FLASH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crashes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growth of rehypothecated assets for both treasury &amp; equity securities (especially 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2020)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growth in liabilities as their PROMISES to repay keeps getting bigger and bigger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(especially in 2020)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FINRA's concern regarding the lack of preventative measures within their system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detect these issues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number of times they've been documented for 'accidently' removing logic to detect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issues </w:t>
      </w:r>
    </w:p>
    <w:p>
      <w:bookmarkStart w:id="438" w:name="pg43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3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 fits within ALL corners of the fraud triangle. Citadel commits violations just to make a few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million, knowing their fines are essentially just a small tax. Now that their exposure to shorted stocks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bonds is increasing, the PRESSURE to commit these actions is even higher.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far too long, people with money have been draining the wealth out of the global economy.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 around us becomes more expensive and the power to do anything about it, decreases. We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forced to think about pinching-pennies just to make ends-meet, while there are people benefitting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of this injustice- the ultra-wealthy.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aggregation of wealth has been going on behind the scenes for centuries. Slowly and gradually like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frog sitting in a pot of boiling water. Debt has been designed to be carried for life.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confidence and greed reached a level SO HIGH that it should have been impossible for them to fail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their bet against GameStop. The ONLY thing that could blow their victory was if we all started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listening to one another.. and most importantly- learning.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learn, we did...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sat down at the World Series of Poker, called their bluff, and won.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GameStop is the lynchpin; GameStop opens the flood gates; GameStop is our checkmate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exposes them to a LIMITLESS and IMMEDIATE transfer of wealth back to the 99%.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situation is dangerous because those who put their vote into GameStop are finally able to take back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control.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GameStop is our hedge against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Hopefully that's been cleared up and we can get back to the point of this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Now.... This sh*t just </w:t>
      </w:r>
      <w:r>
        <w:rPr>
          <w:rFonts w:ascii="Cambria" w:hAnsi="Cambria"/>
          <w:b/>
          <w:i w:val="0"/>
          <w:color w:val="FFFFFF"/>
          <w:sz w:val="20"/>
          <w:u w:val="none"/>
        </w:rPr>
        <w:t>KEEPS COMING!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me, this is further evidence of their desperate actions within a rigged market. After calling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for shorting US treasuries, I recently found out they've been slapped with ANOTHER FINRA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01">
        <w:r>
          <w:rPr>
            <w:rFonts w:ascii="Cambria" w:hAnsi="Cambria"/>
            <w:sz w:val="20"/>
            <w:color w:val="FFFFFF"/>
            <w:u/>
          </w:rPr>
          <w:t xml:space="preserve">violation on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3/25/2021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US treasury securities..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yeah....seriously..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BTW, this wasn't even something I was searching for.. I literally walked Cory (the host) through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investigative process and uncovered it in our first live interview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(this link is for the short version;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uncovered it in the long version which wasn't posted).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Anyway, these violations occurred between </w:t>
      </w:r>
      <w:r>
        <w:rPr>
          <w:rFonts w:ascii="Cambria" w:hAnsi="Cambria"/>
          <w:b/>
          <w:i w:val="0"/>
          <w:color w:val="FFFFFF"/>
          <w:sz w:val="20"/>
          <w:u w:val="none"/>
        </w:rPr>
        <w:t>July 2017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October 2019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while the Fed's tapering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program was kicking off. It's extremely hard to be conclusive about the little details when you can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a portion of the puzzle, so I usually start these DDs by finding WIDE holes that scream for attention-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violation is one of those holes. Citadel Securities has been slapped 58 times for regulatory violations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those are JUST within the stock market. To me, the reason why THIS violation is so monumental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 represents their </w:t>
      </w:r>
      <w:r>
        <w:rPr>
          <w:rFonts w:ascii="Cambria" w:hAnsi="Cambria"/>
          <w:b/>
          <w:i w:val="0"/>
          <w:color w:val="FFFFFF"/>
          <w:sz w:val="20"/>
          <w:u w:val="none"/>
        </w:rPr>
        <w:t>FIRST treasuries violation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(first page under background). FINRA issued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a $275,000 fine along with a censure order, meaning they really disprove of Citadel's actions, 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going to show you pieces of the disclosure event and gently massage it into your smooth brains. </w:t>
      </w:r>
    </w:p>
    <w:p>
      <w:bookmarkStart w:id="439" w:name="pg438"/>
      <w:pPr>
        <w:keepLines w:val="0"/>
        <w:pageBreakBefore/>
        <w:widowControl w:val="0"/>
        <w:spacing w:before="0" w:after="0"/>
        <w:jc w:val="center"/>
      </w:pPr>
      <w:bookmarkEnd w:id="439"/>
      <w:r>
        <w:drawing>
          <wp:inline xmlns:a="http://schemas.openxmlformats.org/drawingml/2006/main" xmlns:pic="http://schemas.openxmlformats.org/drawingml/2006/picture">
            <wp:extent cx="5943600" cy="2115820"/>
            <wp:docPr id="327" name="Picture 3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58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66164"/>
            <wp:docPr id="328" name="Picture 3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61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1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Incorrectly reporting internal transfers as treasury transactions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Failing to append the "No Remuneration" indicator to TRACE reports for certain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between affiliates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Failing to include the correct contra-party type in its TRACE reports for certain affiliates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me, the biggest red flag in this comes from the very last sentence: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"IN ALL CASES, THE INCORRECT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TRACE REPORTS INVOLVED INTERNAL POSITION TRANSFERS OR TRANSACTIONS WITH AFFILIATES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AND DID NOT INVOLVE TRANSACTIONS WITH CLIENTS"</w:t>
      </w:r>
      <w:r>
        <w:rPr>
          <w:rFonts w:ascii="Cambria" w:hAnsi="Cambria"/>
          <w:b w:val="0"/>
          <w:i/>
          <w:color w:val="FFFFFF"/>
          <w:sz w:val="20"/>
          <w:u w:val="none"/>
        </w:rPr>
        <w:t>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I'll touch back on the rest of the violation,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lemme take you to school.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I'll walk you through these indicators and then discuss how they relate to Citadel's situation.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related party transactions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why do they matter?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codification (official accounting bible from FASB) explains related party disclosures under ASC 850.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I'd love to have a subscription to this, but it's about $1,200 a year. So here's a link from Deloitte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gives a decent overview of ASC 850-10.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typical related party transaction occurs just like a normal transaction, but the parties involved have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connection, somehow. They can be: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A parent entity and its subsidiaries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Subsidiaries of a common parent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An entity and trusts for the benefit of employees, such as pension and profit-sharing trusts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/>
          <w:color w:val="FFFFFF"/>
          <w:sz w:val="20"/>
          <w:u w:val="none"/>
        </w:rPr>
        <w:t>that are managed by or under the trusteeship of the entity’s management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An entity and its principal owners, management, or members of their immediate families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Affiliates.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can be any of the following: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Sales, purchases, and transfers of real and personal property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40" w:name="pg439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440"/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Services received or furnished, such as accounting, management, engineering, and legal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services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Use of property and equipment by lease or otherwise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Borrowings, lendings, and guarantees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Maintenance of compensating bank balances for the benefit of a related party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Intra-entity billings based on allocations of common costs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/>
          <w:color w:val="FFFFFF"/>
          <w:sz w:val="20"/>
          <w:u w:val="none"/>
        </w:rPr>
        <w:t>Filings of consolidated tax returns.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have related parties, or affiliated parties, the biggest concern is that a relationship materially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affects the way that business is conducted. For example, you should disclose situations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subsidiaries are conducting transactions with the parent entity. Or if the subsidiary is wholly owned,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means you're doing business with yourself, at least in practice. The failure to disclose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information may materially mislead investors.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example, party A (affiliate) may be selling products / services to party B (also an affiliate) at a rate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differs significantly from the open market. For example, Party A sells treasuries to Party B at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that's much lower ($990) than fair market ($1,000). This would allow Party B to sell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securities back into the market at the normal market rate ($1,000), and record a bigger profit ($10)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their cost is much lower ($990). Party A then offsets the expense ($10) back to yet ANOTHER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company, and removes it from their books. Hedge funds and offshore funds are perfect for burying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transactions because they don't report financial statements like public companies.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Likewise, Party A may need to remove something from their balance sheet (bad loans, etc.) and simply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 Party B as a dumpster. This is EXACTLY what Enron did with their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special purpose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entities(REMEMBER THAT TERM), or SPEs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When Enron had to incur huge losses, they simply shifted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losses to shell companies and left the "good" stuff on their books.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Queue violation # 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bookmarkStart w:id="441" w:name="pg440"/>
      <w:pPr>
        <w:keepLines w:val="0"/>
        <w:pageBreakBefore/>
        <w:widowControl w:val="0"/>
        <w:spacing w:before="0" w:after="0"/>
        <w:jc w:val="center"/>
      </w:pPr>
      <w:bookmarkEnd w:id="441"/>
      <w:r>
        <w:drawing>
          <wp:inline xmlns:a="http://schemas.openxmlformats.org/drawingml/2006/main" xmlns:pic="http://schemas.openxmlformats.org/drawingml/2006/picture">
            <wp:extent cx="5943600" cy="4874895"/>
            <wp:docPr id="329" name="Picture 3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48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Ok.... when you send transactions to the TRACE system, they ask you to prove they are legitimate. If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legitimate, and occur with an affiliate, FINRA needs to know that.. This is to prevent frauds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Enron from happening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sake of argument, let's just ignore the part where they "unintentionally" removed logic and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"intentionally" reinserted it..... because that would make this DD too damn easy.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Breaking this down: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OVER reported 452,451 securities transactions which represents only 14% of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 REPORTED transactions to TRACE. This means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reported 3,231,792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treasury transactions, and 1 transaction doesn't necessarily mean 1 treasury...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could be thousands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were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required to report 14% of those because they SHOULD have been flagged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internal transfers and not treasury transactions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we begin to uncover the corners of the fraud triangle </w:t>
      </w:r>
      <w:r>
        <w:rPr>
          <w:rFonts w:ascii="Cambria" w:hAnsi="Cambria"/>
          <w:b w:val="0"/>
          <w:i/>
          <w:color w:val="FFFFFF"/>
          <w:sz w:val="20"/>
          <w:u w:val="none"/>
        </w:rPr>
        <w:t>(pressure, incentive, opportunity)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Citadel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obviously compliant for 86% of their treasury reports, so WHY would they feel the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"unintentionally" OVER-report 14%....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Hey Citadel... why you WALKIN' like a duck?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42" w:name="pg44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4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did FINRA find out these were actually internal transfers? Probably the same way I did- by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clues. Check out Citadel Securities "Related Party Disclosures" from 2020 (same as in 2019,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checked).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452370"/>
            <wp:docPr id="330" name="Picture 3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2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2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CSHC..... Who are you, REALLY???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Ladies and Gentlemen,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Presenting </w:t>
      </w:r>
      <w:hyperlink r:id="rId906">
        <w:r>
          <w:rPr>
            <w:rFonts w:ascii="Cambria" w:hAnsi="Cambria"/>
            <w:sz w:val="20"/>
            <w:color w:val="FFFFFF"/>
            <w:b/>
            <w:u/>
          </w:rPr>
          <w:t>Citadel Securities Institutional, LLC!!!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134995"/>
            <wp:docPr id="331" name="Picture 3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4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it's the same company?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08">
        <w:r>
          <w:rPr>
            <w:rFonts w:ascii="Cambria" w:hAnsi="Cambria"/>
            <w:sz w:val="20"/>
            <w:color w:val="FFFFFF"/>
            <w:u/>
          </w:rPr>
          <w:t xml:space="preserve">Nope.. </w:t>
        </w:r>
      </w:hyperlink>
    </w:p>
    <w:p>
      <w:bookmarkStart w:id="443" w:name="pg442"/>
      <w:pPr>
        <w:keepLines w:val="0"/>
        <w:pageBreakBefore/>
        <w:widowControl w:val="0"/>
        <w:spacing w:before="0" w:after="0"/>
        <w:jc w:val="center"/>
      </w:pPr>
      <w:bookmarkEnd w:id="443"/>
      <w:r>
        <w:drawing>
          <wp:inline xmlns:a="http://schemas.openxmlformats.org/drawingml/2006/main" xmlns:pic="http://schemas.openxmlformats.org/drawingml/2006/picture">
            <wp:extent cx="5943600" cy="2924810"/>
            <wp:docPr id="332" name="Picture 3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4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</w:t>
      </w:r>
      <w:r>
        <w:rPr>
          <w:rFonts w:ascii="Cambria" w:hAnsi="Cambria"/>
          <w:b/>
          <w:i w:val="0"/>
          <w:color w:val="FFFFFF"/>
          <w:sz w:val="20"/>
          <w:u w:val="none"/>
        </w:rPr>
        <w:t>INSTITUTIONAL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completely different company in the books. These guys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</w:t>
      </w:r>
      <w:r>
        <w:rPr>
          <w:rFonts w:ascii="Cambria" w:hAnsi="Cambria"/>
          <w:b/>
          <w:i w:val="0"/>
          <w:color w:val="FFFFFF"/>
          <w:sz w:val="20"/>
          <w:u w:val="none"/>
        </w:rPr>
        <w:t>AFFILIATED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one another, but exist separately as </w:t>
      </w:r>
      <w:hyperlink r:id="rId910">
        <w:r>
          <w:rPr>
            <w:rFonts w:ascii="Cambria" w:hAnsi="Cambria"/>
            <w:sz w:val="20"/>
            <w:color w:val="FFFFFF"/>
            <w:b/>
            <w:u/>
          </w:rPr>
          <w:t>SPECIAL PURPOSE ENTITIES, or SPEs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walk through this again..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</w:t>
      </w:r>
      <w:r>
        <w:rPr>
          <w:rFonts w:ascii="Cambria" w:hAnsi="Cambria"/>
          <w:b/>
          <w:i w:val="0"/>
          <w:color w:val="FFFFFF"/>
          <w:sz w:val="20"/>
          <w:u w:val="none"/>
        </w:rPr>
        <w:t>SECURITIES</w:t>
      </w:r>
      <w:hyperlink r:id="rId908">
        <w:r>
          <w:rPr>
            <w:rFonts w:ascii="Cambria" w:hAnsi="Cambria"/>
            <w:sz w:val="20"/>
            <w:color w:val="FFFFFF"/>
            <w:u/>
          </w:rPr>
          <w:t xml:space="preserve"> lists CSHC US LLC ("CSHC") as an affiliate (PG 2), and the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sole MEMBER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company....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452370"/>
            <wp:docPr id="333" name="Picture 3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2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</w:t>
      </w:r>
      <w:r>
        <w:rPr>
          <w:rFonts w:ascii="Cambria" w:hAnsi="Cambria"/>
          <w:b/>
          <w:i w:val="0"/>
          <w:color w:val="FFFFFF"/>
          <w:sz w:val="20"/>
          <w:u w:val="none"/>
        </w:rPr>
        <w:t>INSTITUTIONAL ("CSHC")</w:t>
      </w:r>
      <w:hyperlink r:id="rId906">
        <w:r>
          <w:rPr>
            <w:rFonts w:ascii="Cambria" w:hAnsi="Cambria"/>
            <w:sz w:val="20"/>
            <w:color w:val="FFFFFF"/>
            <w:u/>
          </w:rPr>
          <w:t xml:space="preserve"> lists CSHC US LLC ("CSUH") as an affiliate (also PG 2), and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as the sole MEMBER of the company.... </w:t>
      </w:r>
    </w:p>
    <w:p>
      <w:bookmarkStart w:id="444" w:name="pg443"/>
      <w:pPr>
        <w:keepLines w:val="0"/>
        <w:pageBreakBefore/>
        <w:widowControl w:val="0"/>
        <w:spacing w:before="0" w:after="0"/>
        <w:jc w:val="center"/>
      </w:pPr>
      <w:bookmarkEnd w:id="444"/>
      <w:r>
        <w:drawing>
          <wp:inline xmlns:a="http://schemas.openxmlformats.org/drawingml/2006/main" xmlns:pic="http://schemas.openxmlformats.org/drawingml/2006/picture">
            <wp:extent cx="5943600" cy="2313304"/>
            <wp:docPr id="334" name="Picture 3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3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CSHC US LLC </w:t>
      </w:r>
      <w:r>
        <w:rPr>
          <w:rFonts w:ascii="Cambria" w:hAnsi="Cambria"/>
          <w:b/>
          <w:i w:val="0"/>
          <w:color w:val="FFFFFF"/>
          <w:sz w:val="20"/>
          <w:u w:val="none"/>
        </w:rPr>
        <w:t>("CSUH")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???? Who the hell is this?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to go back to a financial disclosure in 2016 to dig up this lil' jewel....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610995"/>
            <wp:docPr id="335" name="Picture 3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0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CLP Holdings Three LLC ("CLP3").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WTF....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January 1, 2016 "CLP3" merged into ("CSUH")....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13">
        <w:r>
          <w:rPr>
            <w:rFonts w:ascii="Cambria" w:hAnsi="Cambria"/>
            <w:sz w:val="20"/>
            <w:color w:val="FFFFFF"/>
            <w:u/>
          </w:rPr>
          <w:t xml:space="preserve">So WHO is CLP Holdings Three LLC ?!?!?!?!?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487929"/>
            <wp:docPr id="336" name="Picture 3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7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....found this from 2015 (bottom paragraph, PG 2)... </w:t>
      </w:r>
    </w:p>
    <w:p>
      <w:bookmarkStart w:id="445" w:name="pg444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445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Parent Owns 100% of CLP Holdings Three LLC, which became "CSUH" in 2016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CSHC US LLC ("CSUH") is the ONLY member of CSHC US LLC ("CSHC")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CSHC US LLC ("CSHC") is ALSO managed by Citadel Parent.....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basically......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...Citadel, is Citadel, is Citadel, is Citadel....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wonder why FINRA was pissed. It </w:t>
      </w:r>
      <w:r>
        <w:rPr>
          <w:rFonts w:ascii="Cambria" w:hAnsi="Cambria"/>
          <w:b w:val="0"/>
          <w:i/>
          <w:color w:val="FFFFFF"/>
          <w:sz w:val="20"/>
          <w:u w:val="none"/>
        </w:rPr>
        <w:t>LOOKS LIKE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Citadel took treasuries from Citadel Securities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transferred them to Citadel Securities Institutional, but reported them as sales transactions to TRACE......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01">
        <w:r>
          <w:rPr>
            <w:rFonts w:ascii="Cambria" w:hAnsi="Cambria"/>
            <w:sz w:val="20"/>
            <w:color w:val="FFFFFF"/>
            <w:u/>
          </w:rPr>
          <w:t xml:space="preserve">Queue violation # 2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894579"/>
            <wp:docPr id="337" name="Picture 3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4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let's ignore the part where they pretended to "discover" the issue in June 2019 prior to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contacted. Let's also ignore the lack of "necessary" logic to determine which transactions are which.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do this in almost every f*cking violation they get...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16">
        <w:r>
          <w:rPr>
            <w:rFonts w:ascii="Cambria" w:hAnsi="Cambria"/>
            <w:sz w:val="20"/>
            <w:color w:val="FFFFFF"/>
            <w:u/>
          </w:rPr>
          <w:t xml:space="preserve">Now what is remuneration?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Basically, it's a type of compensation. In the case of Citadel Securities, it's the price adjustment that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passed to Citadel Securities Institutional when a treasury is sold / lent. </w:t>
      </w:r>
    </w:p>
    <w:p>
      <w:bookmarkStart w:id="446" w:name="pg44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4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normal market transaction might sell a treasury security for $1,000. In this case, the $1,000 is entirely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represented by the bond's value.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affiliated market transaction might sell a treasury security for $990, with $10 in remuneration for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 of ($1,000). In this case, the bond is ONLY worth $990, but the $10 in remuneration makes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APPEAR like a $1,000 bond..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 asks for companies to disclose this because it can be heavily abused, obviously...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what happened to Citadel Securities. There were 45,638 instances between July 2017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October 2019 where Citadel Securities did NOT appropriately indicate this....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fail to indicate this, and ALSO report internal transfers as normal transactions, it REALLY starts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 like you're covering your tracks....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Citadel...... Why you TALKIN' like a duck?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01">
        <w:r>
          <w:rPr>
            <w:rFonts w:ascii="Cambria" w:hAnsi="Cambria"/>
            <w:sz w:val="20"/>
            <w:color w:val="FFFFFF"/>
            <w:u/>
          </w:rPr>
          <w:t xml:space="preserve">Queue Violation #3.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178684"/>
            <wp:docPr id="338" name="Picture 3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8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 this the smoking gun.....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Really.... it doesn't get much more obvious than this....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gets busted pushing transactions into the TRACE system when they were really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internal transfers between SPEs....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then cited for failing to indicate a No Remuneration transaction with affiliated parties....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finally, they "misclassified" the nature of the contra party in 11,989 transactions, saying they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customers instead of their own... you guessed it.... SPEs..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more? Check out this disclosure from Citadel Securities.... </w:t>
      </w:r>
    </w:p>
    <w:p>
      <w:bookmarkStart w:id="447" w:name="pg446"/>
      <w:pPr>
        <w:keepLines w:val="0"/>
        <w:pageBreakBefore/>
        <w:widowControl w:val="0"/>
        <w:spacing w:before="0" w:after="0"/>
        <w:jc w:val="center"/>
      </w:pPr>
      <w:bookmarkEnd w:id="447"/>
      <w:r>
        <w:drawing>
          <wp:inline xmlns:a="http://schemas.openxmlformats.org/drawingml/2006/main" xmlns:pic="http://schemas.openxmlformats.org/drawingml/2006/picture">
            <wp:extent cx="5943600" cy="6869430"/>
            <wp:docPr id="339" name="Picture 3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69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Institutional (CSIN) provided execution services to Citadel Securities under a cost-plus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agreement..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huh.... cost-plus..... sounds a lot like a remuneration agreement.... because it 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bring this all together, shall we? </w:t>
      </w:r>
    </w:p>
    <w:p>
      <w:bookmarkStart w:id="448" w:name="pg447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448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sells treasuries to "affiliate" parties, such as Citadel Securities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Institutional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marks (most) of their transactions with a 'No-Remuneration' indicator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selling the security to the "affiliate" party.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FINRA, this complies with TRACE because it looks like a typical transaction without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markup / markdown on the price of the treasury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end of the month, Citadel Securities reimburses Citadel Securities Institutional for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cost of their treasury purchases, plus an little more in profit for their services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records the commission revenue from Citadel Securities Institutional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the treasuries are finally sold to the outside party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 you catch the loophole?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is able to remain compliance with FINRA because they pay for the services (markup /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markdown) provided by Citadel Securities Institutional AFTER the transactions are cleared through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system... they just disguise them as "service fees".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Instead of paying DURING the transaction, by remuneration, they simply leave it off the books and hide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on their financial statements....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you're wondering where the SEC is in all of this mess, listen up.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SEC AND FINRA ARE BOTH REGULATORY AGENCIES FOR FINANCIAL INSTITUTIONS.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am now 100% convinced that the SEC has given the responsibility of investigating fraud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FINRA, while the SEC 'works' on creating the legislation to stop these acts...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However, it appears the SEC and FINRA are working as totally separate agencies while the SEC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supposed to be overseeing FINRA.... I'm convinced the money flows directly to the SEC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FINRA fines and the SEC is at risk of losing that revenue if they actually start cracking down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these pigs.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presenting a genuine case, 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you're wondering where the auditor (PWC) is in all of this, they just have to verify the statements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FAIRLY PRESENTED.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DON'T HAVE TO SAY ANYTHING ELSE! All audit firms are now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business of consulting, like Arthur Andersen did with Enron. They all sit in a room and discuss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best way to present this sh*t without looking like a giant fraud.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want to see how bad the situation has become? Check out this 10K (PG 4) from one of Citadel's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 13G/A filings on 2/16/2021. Keep in mind, this is an acquisition company that </w:t>
      </w:r>
      <w:r>
        <w:rPr>
          <w:rFonts w:ascii="Cambria" w:hAnsi="Cambria"/>
          <w:b w:val="0"/>
          <w:i/>
          <w:color w:val="FFFFFF"/>
          <w:sz w:val="20"/>
          <w:u w:val="none"/>
        </w:rPr>
        <w:t>specializes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purchasing companies that are headed for bankruptcy... </w:t>
      </w:r>
    </w:p>
    <w:p>
      <w:bookmarkStart w:id="449" w:name="pg448"/>
      <w:pPr>
        <w:keepLines w:val="0"/>
        <w:pageBreakBefore/>
        <w:widowControl w:val="0"/>
        <w:spacing w:before="0" w:after="0"/>
        <w:jc w:val="center"/>
      </w:pPr>
      <w:bookmarkEnd w:id="449"/>
      <w:r>
        <w:drawing>
          <wp:inline xmlns:a="http://schemas.openxmlformats.org/drawingml/2006/main" xmlns:pic="http://schemas.openxmlformats.org/drawingml/2006/picture">
            <wp:extent cx="5943600" cy="1718310"/>
            <wp:docPr id="340" name="Picture 3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8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MUDRICK CAPITAL ACQUISITION CORPORATION II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so much more than speculation..... Citadel is a </w:t>
      </w:r>
      <w:r>
        <w:rPr>
          <w:rFonts w:ascii="Cambria" w:hAnsi="Cambria"/>
          <w:b w:val="0"/>
          <w:i/>
          <w:color w:val="FFFFFF"/>
          <w:sz w:val="20"/>
          <w:u w:val="none"/>
        </w:rPr>
        <w:t>duck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DIAMOND.F*CKING.HANDS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This is not financial advice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7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I've estimated the current SI% based on the SI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Report Cycle and Deep ITM CALL purchases.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1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a financial advisor. Yada yada. If you actually listen to me you might want to get your brain checked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crayons.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no need for any more DDs from me after this one - its a cumulation of my thoughts over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past few months. People were interested in an SI% estimate so I thought, hell yeah, that's interesting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shit. Why not?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 side note, I've learned pretty much everything I have about the stock market from Peppa Pig. Good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stuff. Definitely recommend. </w:t>
      </w:r>
    </w:p>
    <w:p>
      <w:bookmarkStart w:id="450" w:name="pg449"/>
      <w:pPr>
        <w:keepLines w:val="0"/>
        <w:pageBreakBefore/>
        <w:widowControl w:val="0"/>
        <w:spacing w:before="0" w:after="0"/>
        <w:jc w:val="center"/>
      </w:pPr>
      <w:bookmarkEnd w:id="450"/>
      <w:r>
        <w:drawing>
          <wp:inline xmlns:a="http://schemas.openxmlformats.org/drawingml/2006/main" xmlns:pic="http://schemas.openxmlformats.org/drawingml/2006/picture">
            <wp:extent cx="2574925" cy="3625850"/>
            <wp:docPr id="341" name="Picture 3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20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3625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8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again I'll be referencing charts from the mastermind </w:t>
      </w:r>
      <w:hyperlink r:id="rId717">
        <w:r>
          <w:rPr>
            <w:rFonts w:ascii="Calibri" w:hAnsi="Calibri"/>
            <w:sz w:val="20"/>
            <w:color w:val="00B0F0"/>
            <w:u/>
          </w:rPr>
          <w:t>/u/broccaaa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their post </w:t>
      </w:r>
      <w:hyperlink r:id="rId64">
        <w:r>
          <w:rPr>
            <w:rFonts w:ascii="Calibri" w:hAnsi="Calibri"/>
            <w:sz w:val="20"/>
            <w:color w:val="00B0F0"/>
            <w:u/>
          </w:rPr>
          <w:t xml:space="preserve">The Naked Shorting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64">
        <w:r>
          <w:rPr>
            <w:rFonts w:ascii="Calibri" w:hAnsi="Calibri"/>
            <w:sz w:val="20"/>
            <w:color w:val="00B0F0"/>
            <w:u/>
          </w:rPr>
          <w:t>Scam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Go read that shit. Seriously.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sorry. TLDR is very difficult besides the bullets of Section 0 and my calculated result in Section 2.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What's Going On Here?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posted a few DDs in the past, and have basically come to the conclusion of the following per the data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seen. I'll show you a few charts from </w:t>
      </w:r>
      <w:hyperlink r:id="rId717">
        <w:r>
          <w:rPr>
            <w:rFonts w:ascii="Calibri" w:hAnsi="Calibri"/>
            <w:sz w:val="20"/>
            <w:color w:val="00B0F0"/>
            <w:u/>
          </w:rPr>
          <w:t>/u/broccaaa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's post to support this: </w:t>
      </w:r>
    </w:p>
    <w:p>
      <w:pPr>
        <w:keepLines w:val="0"/>
        <w:widowControl w:val="0"/>
        <w:tabs>
          <w:tab w:pos="721" w:val="left"/>
          <w:tab w:pos="1081" w:val="left"/>
        </w:tabs>
        <w:spacing w:before="71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price movements we've been seeing, both volatile moves up and down, 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caused by the shorters themselves by holding back buy pressure and then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unleashing it at a later date. They are the reason we see bursts of high volume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large surges on certain days. This is due to the "SI Report Loop" that they're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trapped in, paired with the fact that there are no more shares left in GME and there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have been no shares for quite some time. I'll go into more detail in the next section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because it is the basis of the SI% calculation.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held back buy pressure from May 1 to May 12, and then it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started to be unleashed on May 13. Refer to Section 1 where I discuss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SI Report Cycle.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 not believe they are delaying FTDs or hiding FTDs. Ever. They are satisfying them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immediately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with fake 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simply hiding their ever-growing SI%. This is why we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never see the "FTD squeeze" theory play out. They aren't juggling a pile of FTDs - they're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simply adding to their ever growing short position until they inevitably get margin called </w:t>
      </w:r>
    </w:p>
    <w:p>
      <w:bookmarkStart w:id="451" w:name="pg450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45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too high of a risk. (Hello??? Reverse repo loans coming out at higher frequencies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lately?!)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type of option is used for a very specific play. We see large purchases of OTM PUTs,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ITM PUTs, OTM CALLs, and ITM CALLs popping up in anomalies.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OTM PUTs = Used to hide their SI%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has no effect on the price of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because these are not being exercised and they maintain OI even until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expiration. The shorters are using these to hide their SI% from the world.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main counter-argument to the MOASS is "their SI% is 20%, they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covered". So if you're a shorter and you hide your SI%, you can push that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narrative that you covered and hope people sell.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Supporting Data: Figure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1, PUT OI Versus SI%. Check out how SI% drops when PUT OI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skyrockets.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ITM PUTs = Used to flash crash the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is an expensive move and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we only saw this happen once, on March 10. This is a last-ditch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effort move where you mass exercise ITM PUTs to crash the price down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a critical point. If you don't remember - March 10 the price hit $350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being flash crashed down. They have purchased up many more ITM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PUTs lately, so they might attempt this again.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Supporting Data: Figure 2,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PUT OI For Options, March 9 to March 11. Look at how the PUT OI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dropped on March 10, indicating mass exercise of options to flash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crash.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802" w:val="left"/>
          <w:tab w:pos="2162" w:val="left"/>
        </w:tabs>
        <w:spacing w:before="59" w:after="0" w:lineRule="exact" w:line="252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OTM CALLs = Used by other large players who want a profit.</w:t>
      </w:r>
      <w:hyperlink r:id="rId80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803">
        <w:r>
          <w:rPr>
            <w:rFonts w:ascii="Calibri" w:hAnsi="Calibri"/>
            <w:sz w:val="20"/>
            <w:color w:val="00B0F0"/>
            <w:u/>
          </w:rPr>
          <w:t xml:space="preserve">We only </w:t>
        </w:r>
      </w:hyperlink>
    </w:p>
    <w:p>
      <w:pPr>
        <w:keepLines w:val="0"/>
        <w:widowControl w:val="0"/>
        <w:spacing w:before="63" w:after="0" w:lineRule="exact" w:line="252"/>
        <w:ind w:left="2162" w:right="-60"/>
      </w:pPr>
      <w:hyperlink r:id="rId803">
        <w:r>
          <w:rPr>
            <w:rFonts w:ascii="Calibri" w:hAnsi="Calibri"/>
            <w:sz w:val="20"/>
            <w:color w:val="00B0F0"/>
            <w:u/>
          </w:rPr>
          <w:t>just recently started seeing these from what I can tell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I'm assuming that </w:t>
      </w:r>
    </w:p>
    <w:p>
      <w:pPr>
        <w:keepLines w:val="0"/>
        <w:widowControl w:val="0"/>
        <w:spacing w:before="74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these just started popping up that other big players are looking to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some cash. The ones that were purchased expire on July 16, 2021.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might be hoping for the squeeze before then and maybe thought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$140 was the bottom.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ITM CALLs = Used by shorters to filter synthetic shares through and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satisfy FTDs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These purchases occur a lot when FTDs pile up. I believe that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continue to use this in conjunction with Citadel in order to fulfil FTDs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there is no liquidity. These options have an effect on price because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immediately exercised so that the shares can be </w:t>
      </w:r>
    </w:p>
    <w:p>
      <w:pPr>
        <w:keepLines w:val="0"/>
        <w:widowControl w:val="0"/>
        <w:spacing w:before="69" w:after="0" w:lineRule="exact" w:line="246"/>
        <w:ind w:left="216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delivered.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Supporting Data: Figure 3, ITM Call Volumes Versus FTDs.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Deep ITM CALL volume skyrockets when FTDs increase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my most important finding: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shorts r fuk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52" w:name="pg451"/>
      <w:pPr>
        <w:keepLines w:val="0"/>
        <w:pageBreakBefore/>
        <w:widowControl w:val="0"/>
        <w:spacing w:before="0" w:after="0"/>
        <w:jc w:val="center"/>
      </w:pPr>
      <w:bookmarkEnd w:id="452"/>
      <w:r>
        <w:drawing>
          <wp:inline xmlns:a="http://schemas.openxmlformats.org/drawingml/2006/main" xmlns:pic="http://schemas.openxmlformats.org/drawingml/2006/picture">
            <wp:extent cx="5943600" cy="3958590"/>
            <wp:docPr id="342" name="Picture 3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8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1: PUT OI Versus SI%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840740"/>
            <wp:docPr id="343" name="Picture 3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2: PUT OI For Options, March 9 to March 11 </w:t>
      </w:r>
    </w:p>
    <w:p>
      <w:pPr>
        <w:keepLines w:val="0"/>
        <w:widowControl w:val="0"/>
        <w:spacing w:before="358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69184"/>
            <wp:docPr id="344" name="Picture 3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9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453" w:name="pg452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453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3: ITM Call Volumes Versus FTDs </w:t>
      </w:r>
    </w:p>
    <w:p>
      <w:pPr>
        <w:keepLines w:val="0"/>
        <w:widowControl w:val="0"/>
        <w:spacing w:before="384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There Are No Shares Left. Every Share Being Bought Is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Synthetic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at least most of them are synthetic. A vast majority are synthetic due to SI% being over 100% since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December. You don't just suddenly find liquidity in GameStop after naked shorting the shit out of it.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to have to be continuously naked shorted (and produce synthetics) to satisfy buyers until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MOASS. Otherwise, whoopsie. They'll have to start unwinding a bunch of FTDs from being forced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deliver (and find the shares). So instead of that route, they'll make fake shares for the FTDs.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I've been trying to understand what the hell has been going on with the price. Why did it surge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January? Why did it surge in February? Why March? Why did we see volatile jumps all over the place?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does buying pressure seemingly get negated? T+13? T+21? T+35? No, no, no. It is all SI Report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Loop. They're stuck in that loop and can't get out. I've talked about this in </w:t>
      </w:r>
      <w:hyperlink r:id="rId70">
        <w:r>
          <w:rPr>
            <w:rFonts w:ascii="Calibri" w:hAnsi="Calibri"/>
            <w:sz w:val="20"/>
            <w:color w:val="00B0F0"/>
            <w:u/>
          </w:rPr>
          <w:t>my other DD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I'll recap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it's very relevant here for why we can use ITM CALLs to calculate SI%: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shorters are stuck in a loop revolving around </w:t>
      </w:r>
      <w:hyperlink r:id="rId730">
        <w:r>
          <w:rPr>
            <w:rFonts w:ascii="Calibri" w:hAnsi="Calibri"/>
            <w:sz w:val="20"/>
            <w:color w:val="00B0F0"/>
            <w:u/>
          </w:rPr>
          <w:t>Fina Short Interest Reporting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What exactly is this?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 requires firms to report short interest positions in all customer and proprietary accounts in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equity securities twice a month.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three columns on that link. What are they: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Settlement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The date at which short interest positions must be determined.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Due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The date at which the report of the SI from the settlement date is due by.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Exchange Receipt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The date when FINRA finalizes the reports and delivers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want to make sure that your short positions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hidden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by the Settlement Date so that it pops up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world on the Receipt Date. For example, they opened up a shitload of OTM PUTs (Figure 1, PUT OI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Versus SI%) prior to January 29th Settlement. Upon February 9th, SI% dropped like a rock. As long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 are hidden or covered by the Settlement date, then the receipt date will not take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account.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 to Figure 1 on PUT OI skyrocketing when SI% dropped. At that point in time (early February),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claim to the world that they covered, and they did claim that, but they actually just hid their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from the world's eyes.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copy/paste of the dates for 2021. I'm going to only copy the ones through the start of June: </w:t>
      </w:r>
    </w:p>
    <w:p>
      <w:pPr>
        <w:keepLines w:val="0"/>
        <w:widowControl w:val="0"/>
        <w:tabs>
          <w:tab w:pos="130" w:val="left"/>
          <w:tab w:pos="2267" w:val="left"/>
          <w:tab w:pos="3642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Settlement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Due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Exchange Receipt Date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January 27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9 </w:t>
      </w:r>
    </w:p>
    <w:p>
      <w:pPr>
        <w:keepLines w:val="0"/>
        <w:widowControl w:val="0"/>
        <w:tabs>
          <w:tab w:pos="130" w:val="left"/>
          <w:tab w:pos="213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12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24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26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March 9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March 24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31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April 12 </w:t>
      </w:r>
    </w:p>
    <w:p>
      <w:bookmarkStart w:id="454" w:name="pg453"/>
      <w:pPr>
        <w:keepLines w:val="0"/>
        <w:pageBreakBefore/>
        <w:widowControl w:val="0"/>
        <w:tabs>
          <w:tab w:pos="130" w:val="left"/>
          <w:tab w:pos="2267" w:val="left"/>
          <w:tab w:pos="3642" w:val="left"/>
        </w:tabs>
        <w:spacing w:before="73" w:after="0" w:lineRule="exact" w:line="281"/>
        <w:ind w:left="0" w:right="-60"/>
      </w:pPr>
      <w:bookmarkEnd w:id="454"/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Settlement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Due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Exchange Receipt Date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April 26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30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May 11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14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18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May 25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28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June 9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June 24 </w:t>
      </w:r>
    </w:p>
    <w:p>
      <w:pPr>
        <w:keepLines w:val="0"/>
        <w:widowControl w:val="0"/>
        <w:spacing w:before="15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we can say that between each Settlement Date is a loop where they'll have new shorts open up,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they want to hide those new shorts by the next Settlement Date so that it doesn't appear on the SI%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 and increase it. (Imagine if one day we saw SI% jump back up from 20% to 140% or more.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the headlines. They can't risk that happening).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what exactly goes on between each loop? Let me bring up my handy-dandy chart again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continuing. I've plotted the Settlement Dates here and boxed volatility moments. You'll see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ALWAYS a volatile move up and a volatile move down between these dates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63109"/>
            <wp:docPr id="345" name="Picture 3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3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4: SI Report Loop And Volatility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what I am assuming happens: </w:t>
      </w:r>
    </w:p>
    <w:p>
      <w:bookmarkStart w:id="455" w:name="pg454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455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starts buying. They (Citadel &amp; Co) create synthetics to match this buy pressure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there's no liquidity/no shares available. This negates buy pressure and any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additional shorts (iborrowdesk) helps </w:t>
      </w:r>
      <w:r>
        <w:rPr>
          <w:rFonts w:ascii="Cambria" w:hAnsi="Cambria"/>
          <w:b/>
          <w:i w:val="0"/>
          <w:color w:val="FFFFFF"/>
          <w:sz w:val="20"/>
          <w:u w:val="none"/>
        </w:rPr>
        <w:t>drive the price downward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doesn't get their shares delivered. FTDs start piling up. The synthetics created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#1 and the shorts that were opened in #1 need to be hidden by the next SI report date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otherwise it will pump the SI% up again. The FTDs must be satisfied as well or it will start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unwinding of their massive web of bullshit.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feed these synthetics into Deep ITM CALLs that are then purchased up, exercised,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used to satisfy the FTDs that were created by retail buying.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process drives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price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Retail now owns more fake shares and their overall short position continues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Combination of #1 and #3 cancels out the downward pressure on the price. GME creates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higher low as long as retail didn't sell. If you look at the GME price chart, you'll notice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it continues to create a higher floor between each SI Report Cycle. Basically,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"true" GME price is revealed after #1 and #3 cancel each other out because it shows how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buying increased the price relative to the prior SI Report Cycle.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 additional shorts they have will be pushed under the rug with OTM PUTs.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cycle they continuously grow an ever larger short position and thus an ever larger SI% with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synthetics and additional borrowing. Meaning they continue to have higher risk, and their margin call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slowly moves downward. They keep making it worse for themselves. Every cycle they spend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little money kicking it down the road. Every cycle the price floor rises. Every cycle they increase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know how we see &gt;=50% short volume each day? That's most likely them pairing 1:1 with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buys for synthetics so that they can be later delivered through ITM CALLs. A bold assumption of course,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it could be relevant and might explain why we've been seeing that data of short volume.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That's why I believe that the volatile price movements both up AND down are caused by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shorters themselves by holding back buy pressure and then unleashing it at a later date.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reason we see bursts of high volume and large surges on certain days. They suppress the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pressure with synthetics, but then must deliver those synthetics to satisfy FTDs. Upon exercising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ITM CALLs to deliver these synthetics, they cause the price to surge upward.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am assuming that every one of these Deep ITM CALL purchases are synthetic-covered and thus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100 fake shares per contract.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Assumptions In Calculating SI%, And Results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We're assuming that the Deep ITM CALLs </w:t>
      </w:r>
      <w:r>
        <w:rPr>
          <w:rFonts w:ascii="Cambria" w:hAnsi="Cambria"/>
          <w:b/>
          <w:i w:val="0"/>
          <w:color w:val="FFFFFF"/>
          <w:sz w:val="20"/>
          <w:u w:val="none"/>
        </w:rPr>
        <w:t>are not used to hide FTDs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are rather used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satisfy the FTDs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immediately with fake shares. This is most likely why we never saw the "hidden FTDs"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pop out again to support the FTD squeeze theory. Because they've already been delivered,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synthetics keep pumping into their total SI%. So they're in the process of juggling an ever-increasing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SI% position while the price also continues to rise.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 </w:t>
      </w:r>
      <w:hyperlink r:id="rId925">
        <w:r>
          <w:rPr>
            <w:rFonts w:ascii="Calibri" w:hAnsi="Calibri"/>
            <w:sz w:val="20"/>
            <w:color w:val="00B0F0"/>
            <w:u/>
          </w:rPr>
          <w:t>/u/Dan_Bren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between March 1st and March 11th, inclusive, </w:t>
      </w:r>
      <w:hyperlink r:id="rId926">
        <w:r>
          <w:rPr>
            <w:rFonts w:ascii="Calibri" w:hAnsi="Calibri"/>
            <w:sz w:val="20"/>
            <w:color w:val="00B0F0"/>
            <w:u/>
          </w:rPr>
          <w:t xml:space="preserve">there were approximately 27,650 Deep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926">
        <w:r>
          <w:rPr>
            <w:rFonts w:ascii="Calibri" w:hAnsi="Calibri"/>
            <w:sz w:val="20"/>
            <w:color w:val="00B0F0"/>
            <w:u/>
          </w:rPr>
          <w:t>ITM CALLs purchased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If we assume that all of those were to fulfill FTDs and are synthetic due to no </w:t>
      </w:r>
    </w:p>
    <w:p>
      <w:bookmarkStart w:id="456" w:name="pg45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5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 in the market, then that comes out to </w:t>
      </w:r>
      <w:r>
        <w:rPr>
          <w:rFonts w:ascii="Cambria" w:hAnsi="Cambria"/>
          <w:b/>
          <w:i w:val="0"/>
          <w:color w:val="FFFFFF"/>
          <w:sz w:val="20"/>
          <w:u w:val="none"/>
        </w:rPr>
        <w:t>27,650 * 100 = 2,765,000 synthetic 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from March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1st to March 11th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another post, on April 1st, </w:t>
      </w:r>
      <w:hyperlink r:id="rId927">
        <w:r>
          <w:rPr>
            <w:rFonts w:ascii="Calibri" w:hAnsi="Calibri"/>
            <w:sz w:val="20"/>
            <w:color w:val="00B0F0"/>
            <w:u/>
          </w:rPr>
          <w:t>there were approximately 5,960 Deep ITM CALLs purchased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Likewise, this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equates to </w:t>
      </w:r>
      <w:r>
        <w:rPr>
          <w:rFonts w:ascii="Cambria" w:hAnsi="Cambria"/>
          <w:b/>
          <w:i w:val="0"/>
          <w:color w:val="FFFFFF"/>
          <w:sz w:val="20"/>
          <w:u w:val="none"/>
        </w:rPr>
        <w:t>5,960 * 100 = 596,000 synthetic shares on April 1st.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71089"/>
            <wp:docPr id="346" name="Picture 3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1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Figure 5: Cumulative Deep ITM CALL Volumes, March 1st to March 11th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 at the volumes between March 1st and March 11th compared to everything else. Oof. All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blips of ITM CALL anomalies is nothing compared to January and the spike in February.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conservative I'm going to ignore straight up "volume" and rather calculate SI% based on a ratio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</w:t>
      </w:r>
      <w:hyperlink r:id="rId925">
        <w:r>
          <w:rPr>
            <w:rFonts w:ascii="Calibri" w:hAnsi="Calibri"/>
            <w:sz w:val="20"/>
            <w:color w:val="00B0F0"/>
            <w:u/>
          </w:rPr>
          <w:t>/u/Dan_Bren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's data to the volumes we see. Here's results based on March 1st to March 11th, and April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1. I'm going to do an even value closer to the lower bound of 0.25 to get our "Average". It just makes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math easier. </w:t>
      </w:r>
    </w:p>
    <w:p>
      <w:pPr>
        <w:keepLines w:val="0"/>
        <w:widowControl w:val="0"/>
        <w:tabs>
          <w:tab w:pos="2962" w:val="left"/>
          <w:tab w:pos="5958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March 1st to March 11th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April 1 </w:t>
      </w:r>
    </w:p>
    <w:p>
      <w:pPr>
        <w:keepLines w:val="0"/>
        <w:widowControl w:val="0"/>
        <w:tabs>
          <w:tab w:pos="130" w:val="left"/>
          <w:tab w:pos="2962" w:val="left"/>
          <w:tab w:pos="589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Cumulative ITM Calls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27,650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5,960 </w:t>
      </w:r>
    </w:p>
    <w:p>
      <w:pPr>
        <w:keepLines w:val="0"/>
        <w:widowControl w:val="0"/>
        <w:tabs>
          <w:tab w:pos="130" w:val="left"/>
          <w:tab w:pos="2962" w:val="left"/>
          <w:tab w:pos="5893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Cumulative Volume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~110,000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~14,000 </w:t>
      </w:r>
    </w:p>
    <w:p>
      <w:pPr>
        <w:keepLines w:val="0"/>
        <w:widowControl w:val="0"/>
        <w:tabs>
          <w:tab w:pos="130" w:val="left"/>
          <w:tab w:pos="589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Ratio of Volume to CALLs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~0.25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~0.42 </w:t>
      </w:r>
    </w:p>
    <w:p>
      <w:pPr>
        <w:keepLines w:val="0"/>
        <w:widowControl w:val="0"/>
        <w:tabs>
          <w:tab w:pos="130" w:val="left"/>
          <w:tab w:pos="5893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"Average" Ratio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~0.3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we don't have historical data prior to 3/1, I'm going to use these two data points (March 1-March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11, and April 1) as our estimated "synthetics created" per volume.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conservative estimate, we'll say that we get 30 synthetic-covered CALLs that are exercised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100 volume (0.3 ratio). And thus 3,000 synthetic shares per 100 volume.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tally it up based on Figure 5. I'm doing approximations for volumes because I do not have the data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sheet that was used to create this figure. It's also easier to work with even numbers. Sorry for the long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table. </w:t>
      </w:r>
    </w:p>
    <w:p>
      <w:bookmarkStart w:id="457" w:name="pg456"/>
      <w:pPr>
        <w:keepLines w:val="0"/>
        <w:pageBreakBefore/>
        <w:widowControl w:val="0"/>
        <w:tabs>
          <w:tab w:pos="2917" w:val="left"/>
          <w:tab w:pos="6368" w:val="left"/>
        </w:tabs>
        <w:spacing w:before="73" w:after="0" w:lineRule="exact" w:line="281"/>
        <w:ind w:left="0" w:right="-60"/>
      </w:pPr>
      <w:bookmarkEnd w:id="457"/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Approximate Synthetic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Approximate Synthetic </w:t>
      </w:r>
    </w:p>
    <w:p>
      <w:pPr>
        <w:keepLines w:val="0"/>
        <w:widowControl w:val="0"/>
        <w:tabs>
          <w:tab w:pos="431" w:val="left"/>
          <w:tab w:pos="1481" w:val="left"/>
          <w:tab w:pos="3077" w:val="left"/>
          <w:tab w:pos="6539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Volume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CALLs (Volume*0.3)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Shares (CALLs*100)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8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Janaury 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62,500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18,750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1,875,000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25,000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750,000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12,500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3,750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375,000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3,900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390,000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6,250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1,875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187,500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300,000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125,000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37,500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3,750,000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3,000,000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210,000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6,300,000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260,000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78,000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7,800,000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80,000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24,000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2,400,000 </w:t>
      </w:r>
    </w:p>
    <w:p>
      <w:pPr>
        <w:keepLines w:val="0"/>
        <w:widowControl w:val="0"/>
        <w:tabs>
          <w:tab w:pos="130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61,500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18,450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1,845,000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62,500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18,750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1,875,000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18,750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5,625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562,500 </w:t>
      </w:r>
    </w:p>
    <w:p>
      <w:pPr>
        <w:keepLines w:val="0"/>
        <w:widowControl w:val="0"/>
        <w:spacing w:before="132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3,900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390,000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spacing w:before="137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spacing w:before="132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spacing w:before="138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1,800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180,000 </w:t>
      </w:r>
    </w:p>
    <w:p>
      <w:pPr>
        <w:keepLines w:val="0"/>
        <w:widowControl w:val="0"/>
        <w:spacing w:before="132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spacing w:before="138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30,000 </w:t>
      </w:r>
    </w:p>
    <w:p>
      <w:bookmarkStart w:id="458" w:name="pg457"/>
      <w:pPr>
        <w:keepLines w:val="0"/>
        <w:pageBreakBefore/>
        <w:widowControl w:val="0"/>
        <w:tabs>
          <w:tab w:pos="2917" w:val="left"/>
          <w:tab w:pos="6368" w:val="left"/>
        </w:tabs>
        <w:spacing w:before="73" w:after="0" w:lineRule="exact" w:line="281"/>
        <w:ind w:left="0" w:right="-60"/>
      </w:pPr>
      <w:bookmarkEnd w:id="458"/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Approximate Synthetic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Approximate Synthetic </w:t>
      </w:r>
    </w:p>
    <w:p>
      <w:pPr>
        <w:keepLines w:val="0"/>
        <w:widowControl w:val="0"/>
        <w:tabs>
          <w:tab w:pos="431" w:val="left"/>
          <w:tab w:pos="1481" w:val="left"/>
          <w:tab w:pos="3077" w:val="left"/>
          <w:tab w:pos="6539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Volume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CALLs (Volume*0.3)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Shares (CALLs*100) </w:t>
      </w:r>
    </w:p>
    <w:p>
      <w:pPr>
        <w:keepLines w:val="0"/>
        <w:widowControl w:val="0"/>
        <w:spacing w:before="138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30,000 </w:t>
      </w:r>
    </w:p>
    <w:p>
      <w:pPr>
        <w:keepLines w:val="0"/>
        <w:widowControl w:val="0"/>
        <w:spacing w:before="132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spacing w:before="137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120,000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36,000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3,600,000 </w:t>
      </w:r>
    </w:p>
    <w:p>
      <w:pPr>
        <w:keepLines w:val="0"/>
        <w:widowControl w:val="0"/>
        <w:spacing w:before="133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1,800,000 </w:t>
      </w:r>
    </w:p>
    <w:p>
      <w:pPr>
        <w:keepLines w:val="0"/>
        <w:widowControl w:val="0"/>
        <w:spacing w:before="137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14,000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4,200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420,000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3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3,900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390,000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1,200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120,000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300,000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8,000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2,400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240,000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24,000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7,200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720,000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15,000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450,000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26,000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7,800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780,000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6,500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1,950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195,000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1,800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180,000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29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3,125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938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93,800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31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1,200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120,000 </w:t>
      </w:r>
    </w:p>
    <w:p>
      <w:pPr>
        <w:keepLines w:val="0"/>
        <w:widowControl w:val="0"/>
        <w:tabs>
          <w:tab w:pos="130" w:val="left"/>
          <w:tab w:pos="1481" w:val="left"/>
          <w:tab w:pos="2572" w:val="left"/>
          <w:tab w:pos="603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300,000 </w:t>
      </w:r>
    </w:p>
    <w:p>
      <w:pPr>
        <w:keepLines w:val="0"/>
        <w:widowControl w:val="0"/>
        <w:tabs>
          <w:tab w:pos="130" w:val="left"/>
          <w:tab w:pos="603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Total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42,713,000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Yup. Assuming only 30% of the volumes resulted in actual synthetic CALLs being exercised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FTDs, we come up with a potential of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42,713,000 synthetic shares being created between January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7th and April 1st.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59" w:name="pg45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5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for fun though, and I'm sure some of you are curious. Let's assume 100% of the volumes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accounted for. What would that give us? Dun dun dun... 142,375,000 synthetic shares. But I'll stick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conservative estimate for now. Just thought I'd slap that in there for fun.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let's assume that these were all NEW synthetics created because the SI was already over 100%.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(Why else would they be buying these? The assumption is ITM CALLs are necessary for zero liquidity.)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we'll take the peak SI% since shitheads never covered and never will cover. The SI was 141% at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peak. Since 141% is based on 55,000,000 float, we'll say the original short position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77,550,000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resulting in a grand total of </w:t>
      </w:r>
      <w:r>
        <w:rPr>
          <w:rFonts w:ascii="Cambria" w:hAnsi="Cambria"/>
          <w:b/>
          <w:i w:val="0"/>
          <w:color w:val="FFFFFF"/>
          <w:sz w:val="20"/>
          <w:u w:val="none"/>
        </w:rPr>
        <w:t>120,263,000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shares short as of April 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the theoretical SI% now with our estimated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shorts/synthetics just up to April 1st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the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float is either 55,000,000 or the theoretical 30,000,000 as of late? </w:t>
      </w:r>
    </w:p>
    <w:p>
      <w:pPr>
        <w:keepLines w:val="0"/>
        <w:widowControl w:val="0"/>
        <w:tabs>
          <w:tab w:pos="130" w:val="left"/>
          <w:tab w:pos="2197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GME Total Float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SI% </w:t>
      </w:r>
    </w:p>
    <w:p>
      <w:pPr>
        <w:keepLines w:val="0"/>
        <w:widowControl w:val="0"/>
        <w:tabs>
          <w:tab w:pos="130" w:val="left"/>
          <w:tab w:pos="21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55,000,000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218% </w:t>
      </w:r>
    </w:p>
    <w:p>
      <w:pPr>
        <w:keepLines w:val="0"/>
        <w:widowControl w:val="0"/>
        <w:tabs>
          <w:tab w:pos="130" w:val="left"/>
          <w:tab w:pos="21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30,000,000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400%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Oh dear god. </w:t>
      </w:r>
      <w:r>
        <w:rPr>
          <w:rFonts w:ascii="Cambria" w:hAnsi="Cambria"/>
          <w:b/>
          <w:i w:val="0"/>
          <w:color w:val="FFFFFF"/>
          <w:sz w:val="20"/>
          <w:u w:val="none"/>
        </w:rPr>
        <w:t>That's a lot of tendies.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amassing such a huge position that keeps growing every single SI Report Cycle. It's no surprise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reverse repo rates are coming out more frequently and in larger sums. They are battling a massive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risk position now and GME is continuing to rise in price. They've got to be on their last legs.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has been edged so much and so long that when it explodes it's going to rip a hole in the fabric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space and time and the simulation we live in will crash.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Cheers apes. I'll see you on the other side. </w:t>
      </w:r>
    </w:p>
    <w:p>
      <w:pPr>
        <w:keepLines w:val="0"/>
        <w:widowControl w:val="0"/>
        <w:spacing w:before="60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Glacier Capital Exists - And It's Much Spicer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Than You Thought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(Skip to !!!!!!! - This was the initial part of my investigation. Skip to that bit. Promise.)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linked in profile, they are advertising for one position in China with email domains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29">
        <w:r>
          <w:rPr>
            <w:rFonts w:ascii="Cambria" w:hAnsi="Cambria"/>
            <w:sz w:val="20"/>
            <w:color w:val="FFFFFF"/>
            <w:u/>
          </w:rPr>
          <w:t xml:space="preserve">for glacierchina.com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Running the advertisement through Google Translate, we can see that they have a public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WeChat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account: GlacierCap.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Throughout the rest of the job post, they refer themselves to </w:t>
      </w:r>
      <w:r>
        <w:rPr>
          <w:rFonts w:ascii="Cambria" w:hAnsi="Cambria"/>
          <w:b/>
          <w:i w:val="0"/>
          <w:color w:val="FFFFFF"/>
          <w:sz w:val="20"/>
          <w:u w:val="none"/>
        </w:rPr>
        <w:t>Gengxin Capital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Introduction: </w:t>
      </w:r>
    </w:p>
    <w:p>
      <w:bookmarkStart w:id="460" w:name="pg45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6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Founded in September 2018, Gengxin Capital is an enabling boutique investment bank. The founding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team comes from core members of companies such as LAZARD, Yuanhe Chenkun, Kaisheng Rongying,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Huafeng Capital, Blue Lotus Research Institute, Analysys International, and has extensive contacts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market, Internet, and technology industries.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Gengxin Capital is committed to deep participation and long-term empowerment in the value creation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value discovery of technological innovation companies that are the engine of global economic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growth and unicorns generated in the tide of inclusive consumption in China. Since its establishment,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assisted 26 projects to complete financing, with a total financing of 5.36 billion yuan.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Additional information I can tell you about the Chinese domain is that while it was initially registered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2018, the Registry of the domain (RDAP) has been updated within the last 24 hours. Circumstantial,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domain for the Chinese email accounts do not have anything else allocated to them other than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emails.{"eventAction":"last update of RDAP database","eventDate":"2021-03-14T06:57:12Z"}]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Registered with Alibaba.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0">
        <w:r>
          <w:rPr>
            <w:rFonts w:ascii="Cambria" w:hAnsi="Cambria"/>
            <w:sz w:val="20"/>
            <w:color w:val="FFFFFF"/>
            <w:u/>
          </w:rPr>
          <w:t xml:space="preserve">Source material: https://whois.aliyun.com/rdap/domain/GLACIERCHINA.COM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!!!!!!!!!!!!!!!!!!!!!!!!!!!!!!!!!!!!!!!!!!!!!!!!!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Bringing it back to Glacier Capital in Lux, I ran a WHOIS on the Domain and got a different address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1">
        <w:r>
          <w:rPr>
            <w:rFonts w:ascii="Cambria" w:hAnsi="Cambria"/>
            <w:sz w:val="20"/>
            <w:color w:val="FFFFFF"/>
            <w:u/>
          </w:rPr>
          <w:t xml:space="preserve">than u/timmmmmmmyy.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Domain name holder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GLACIER CAPITAL SARL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18, rue Jean Oster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LU - 8146 Bridel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2">
        <w:r>
          <w:rPr>
            <w:rFonts w:ascii="Cambria" w:hAnsi="Cambria"/>
            <w:sz w:val="20"/>
            <w:color w:val="FFFFFF"/>
            <w:u/>
          </w:rPr>
          <w:t>https://www.google.com/maps/@49.6582799,6.0771793,3a,75y,326.47h,77.66t/data=!3m6!1e1!3m4!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32">
        <w:r>
          <w:rPr>
            <w:rFonts w:ascii="Cambria" w:hAnsi="Cambria"/>
            <w:sz w:val="20"/>
            <w:color w:val="FFFFFF"/>
            <w:u/>
          </w:rPr>
          <w:t xml:space="preserve">1sqXom6bxDm2-6Pd1NdeLZEw!2e0!7i13312!8i6656?hl=en-AU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Wonderful, modern house. Could hold 4 employees in the silo looking part next door, but otherwise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suburban street.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official business registration yields the same address as u/timmmmmmmyy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Buisness ID: B212426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new player has entered the game, </w:t>
      </w:r>
      <w:r>
        <w:rPr>
          <w:rFonts w:ascii="Cambria" w:hAnsi="Cambria"/>
          <w:b/>
          <w:i w:val="0"/>
          <w:color w:val="FFFFFF"/>
          <w:sz w:val="20"/>
          <w:u w:val="none"/>
        </w:rPr>
        <w:t>Norbert Raymond Becker.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Owns 48.08% of Glacier Capital,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Marc-Francois Joseph Daubenfeld owns 51.92%. Both Luxembourgers.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(I'm looking to upload the supporting paperwork - standby).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(EDIT GOES HERE:  https://imgur.com/i9lTtDc Verifiable at https://www.lbr.lu/ which is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Luxembourg Business Register. Put the above Business ID into the "RBE" which is the Beneficial Owners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Registry.)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Norbet up to? </w:t>
      </w:r>
    </w:p>
    <w:p>
      <w:bookmarkStart w:id="461" w:name="pg46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6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has a Directorship at Lia Holdings Limited. (Very close to Liar, lol). with the following address - 52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LIME STREET, LEVEL 27, LONDON, EC3M 7AF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Fancy new building there for Norbet. What's on level 27, the registered address for Lia Holdings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Limited?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3">
        <w:r>
          <w:rPr>
            <w:rFonts w:ascii="Cambria" w:hAnsi="Cambria"/>
            <w:sz w:val="20"/>
            <w:color w:val="FFFFFF"/>
            <w:u/>
          </w:rPr>
          <w:t xml:space="preserve">https://www.thescalpelec3.co.uk/#Neighbourhood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Level 27 holds Lombard International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4">
        <w:r>
          <w:rPr>
            <w:rFonts w:ascii="Cambria" w:hAnsi="Cambria"/>
            <w:sz w:val="20"/>
            <w:color w:val="FFFFFF"/>
            <w:u/>
          </w:rPr>
          <w:t xml:space="preserve">https://www.thescalpelec3.co.uk/wp-content/uploads/2020/12/SCA005_Scalpel_Floorplans_V32.pdf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35">
        <w:r>
          <w:rPr>
            <w:rFonts w:ascii="Cambria" w:hAnsi="Cambria"/>
            <w:sz w:val="20"/>
            <w:color w:val="FFFFFF"/>
            <w:u/>
          </w:rPr>
          <w:t xml:space="preserve">https://pomanda.com/company/12049264/lia-holdings-limited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looks more like a spicy meatball. We have a list of other directors in London that we can chase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down, along with business names that contain the word CAYMAN in them. Niiiice.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So.... who is this rag tag bunch of professionals for Lia?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6">
        <w:r>
          <w:rPr>
            <w:rFonts w:ascii="Cambria" w:hAnsi="Cambria"/>
            <w:sz w:val="20"/>
            <w:color w:val="FFFFFF"/>
            <w:u/>
          </w:rPr>
          <w:t xml:space="preserve">https://www.lombardinternational.com/en-US/About-us/Leadership-team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Oh look - Hi Norbet! He isn't a small fish either - used to be Global CFO for EY (one of the big four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consulting and accounting firms in the world).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see that they have their funds managed by Blackstone, a fairly large and spicy meatball in the U.S (I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 this because they just tried to buy a Casino group in Australia).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must say that many of the board on Lombard International Group are not small fish - international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Chief Investment Officer of HSBC is a spicy meatball (Stuart Parkinson) or a senior figure of Blackstone's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Tactical Operations Group in Qasim Abbas (sounds like a lame Bourne movie).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has this got to do with our situation?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7">
        <w:r>
          <w:rPr>
            <w:rFonts w:ascii="Cambria" w:hAnsi="Cambria"/>
            <w:sz w:val="20"/>
            <w:color w:val="FFFFFF"/>
            <w:u/>
          </w:rPr>
          <w:t>https://www.businessinsider.com.au/blackstone-and-citadel-have-reportedly-held-deal-talks-2019-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37">
        <w:r>
          <w:rPr>
            <w:rFonts w:ascii="Cambria" w:hAnsi="Cambria"/>
            <w:sz w:val="20"/>
            <w:color w:val="FFFFFF"/>
            <w:u/>
          </w:rPr>
          <w:t xml:space="preserve">10?r=US&amp;IR=T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Fuck. Off.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TL:DR - The strawman at Glacier, whom has a Residential Office but has a 48% owner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former Global CFO of EY Norbet Raymond Becker, who sits on the Board and is Vice Chairman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Lombard International Group, whose funds are managed by Blackstone, whom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looking to merge with Citadel going back to 2019.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Adding the screenshot for the Public Record of Beneficial Owners of Glacier Capital, which 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to LIA, which ties them to Blackstone Tactical Operations, which ties to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8">
        <w:r>
          <w:rPr>
            <w:rFonts w:ascii="Cambria" w:hAnsi="Cambria"/>
            <w:sz w:val="20"/>
            <w:color w:val="FFFFFF"/>
            <w:u/>
          </w:rPr>
          <w:t xml:space="preserve">Citadel.https://imgur.com/i9lTtDc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Edit2: Do not confuse BlackRock (who are long on GME and are listed as an institutional investor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GME) to Blackstone, the company listed above. Have a read of this 2018 article. To help remember,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Blackstone = BS = Wanted to merge with Citadel in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39">
        <w:r>
          <w:rPr>
            <w:rFonts w:ascii="Cambria" w:hAnsi="Cambria"/>
            <w:sz w:val="20"/>
            <w:color w:val="FFFFFF"/>
            <w:u/>
          </w:rPr>
          <w:t xml:space="preserve">2019. https://www.economist.com/business/2018/01/13/blackrock-v-blackstone </w:t>
        </w:r>
      </w:hyperlink>
    </w:p>
    <w:p>
      <w:pPr>
        <w:keepLines w:val="0"/>
        <w:widowControl w:val="0"/>
        <w:spacing w:before="60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462" w:name="pg461"/>
      <w:pPr>
        <w:keepLines w:val="0"/>
        <w:pageBreakBefore/>
        <w:widowControl w:val="0"/>
        <w:spacing w:before="971" w:after="0" w:lineRule="exact" w:line="480"/>
        <w:ind w:left="0" w:right="-60"/>
      </w:pPr>
      <w:bookmarkEnd w:id="462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All Shorts Must Cover. They're Entering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Danger Zone. The SI Report Loop Consistently </w:t>
      </w:r>
    </w:p>
    <w:p>
      <w:pPr>
        <w:keepLines w:val="0"/>
        <w:widowControl w:val="0"/>
        <w:spacing w:before="11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Brings Us Ever Closer To The Squeeze.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your daily hit of hopium. In this case maybe a full rip of it since I see many people discouraged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002 - but there is no need to worry. I want to show you that apes are winning and shorts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losing. You hold, you win. (But please note I am not a financial advisor. I don't want you guys bitching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 if you YOLO it on deep OTM options expiring within 24 hours).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my belief that we do not need ANY of the new rules for the MOASS to occur. These rules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created for the purpose of preventing </w:t>
      </w:r>
      <w:r>
        <w:rPr>
          <w:rFonts w:ascii="Cambria" w:hAnsi="Cambria"/>
          <w:b/>
          <w:i w:val="0"/>
          <w:color w:val="FFFFFF"/>
          <w:sz w:val="20"/>
          <w:u w:val="none"/>
        </w:rPr>
        <w:t>future stocks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being in the same position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is in. Think of it as they're introducing rules to ensure that a January runup in another 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never occurs again post GameStop MOASS: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DTCC will no longer have a 'pool' of collateral. Now the members will be hurting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and its easier to hit a margin call. High volatility up = 1 hour margin call from 801.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more delaying FTDs. The DTCC will catch any attempt at this and shut it down.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from FTDs can't be suppressed = 1 hour margin call is easier to push through.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will have much more visibility to the DTCC and risk always calculated. No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hiding from the margin calls during high volatility.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all the bullets above are to prevent </w:t>
      </w:r>
      <w:r>
        <w:rPr>
          <w:rFonts w:ascii="Cambria" w:hAnsi="Cambria"/>
          <w:b/>
          <w:i w:val="0"/>
          <w:color w:val="FFFFFF"/>
          <w:sz w:val="20"/>
          <w:u w:val="none"/>
        </w:rPr>
        <w:t>future stocks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squeezing. They never want this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 again. Remember Tesla? It slow squeezed upward without any of these rules on a 15% SI.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to happen to GameStop eventually.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I'm saying is don't get discouraged! Things can ignite literally any moment -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will ignite,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with or without the DTCC rules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The Price Floor Is Moving Towards The Danger Zone.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</w:t>
      </w:r>
      <w:r>
        <w:rPr>
          <w:rFonts w:ascii="Cambria" w:hAnsi="Cambria"/>
          <w:b/>
          <w:i w:val="0"/>
          <w:color w:val="FFFFFF"/>
          <w:sz w:val="20"/>
          <w:u w:val="none"/>
        </w:rPr>
        <w:t>January 25th, 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Melvin received a total cash injection of </w:t>
      </w:r>
      <w:r>
        <w:rPr>
          <w:rFonts w:ascii="Cambria" w:hAnsi="Cambria"/>
          <w:b/>
          <w:i w:val="0"/>
          <w:color w:val="FFFFFF"/>
          <w:sz w:val="20"/>
          <w:u w:val="none"/>
        </w:rPr>
        <w:t>$2.75 Billion.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price spiked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</w:t>
      </w:r>
      <w:r>
        <w:rPr>
          <w:rFonts w:ascii="Cambria" w:hAnsi="Cambria"/>
          <w:b/>
          <w:i w:val="0"/>
          <w:color w:val="FFFFFF"/>
          <w:sz w:val="20"/>
          <w:u w:val="none"/>
        </w:rPr>
        <w:t>$159.18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 they were cutting it pretty close at that point - or at least, it was preemptive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Shitadel and Point72 knew things would spike a little bit more and this was to avoid the inevitable call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Marge. On another note, they absolutely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hate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price of </w:t>
      </w:r>
      <w:r>
        <w:rPr>
          <w:rFonts w:ascii="Cambria" w:hAnsi="Cambria"/>
          <w:b/>
          <w:i w:val="0"/>
          <w:color w:val="FFFFFF"/>
          <w:sz w:val="20"/>
          <w:u w:val="none"/>
        </w:rPr>
        <w:t>$350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is where we saw the January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March peaks.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it's probably safe to assume that somewhere in the range of </w:t>
      </w:r>
      <w:r>
        <w:rPr>
          <w:rFonts w:ascii="Cambria" w:hAnsi="Cambria"/>
          <w:b/>
          <w:i w:val="0"/>
          <w:color w:val="FFFFFF"/>
          <w:sz w:val="20"/>
          <w:u w:val="none"/>
        </w:rPr>
        <w:t>$160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$350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when our good friend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Marge will give them a call. We can apply $160 here because that's around when Melvin got bailed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his buddies, and them bleeding money over time could eventually make $160 the margin call price </w:t>
      </w:r>
    </w:p>
    <w:p>
      <w:bookmarkStart w:id="463" w:name="pg46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6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point. They can't continue this forever. And it shows. They are slowly but surely running out of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fast they are bleeding money? Eh, I don't know. I saw some linear predictions of the margin call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and that prediction could very well be true or very close to being accurate, but I'll leave it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range for now instead of a "THIS IS THE PRICE TARGET WE'RE WAITING FOR!"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literally just a war of attrition while the apes have infinite supply of time as we approach and enter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like to call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DANGER ZONE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Kenny G and his friends are on that highway right now and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ever since January.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900804"/>
            <wp:docPr id="347" name="Picture 3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0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Source: Ryan Cohen in Top Gun (1986)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You'll start to notice something wonderful when you look at the charts starting from January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ignore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trend downward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rather </w:t>
      </w:r>
      <w:r>
        <w:rPr>
          <w:rFonts w:ascii="Cambria" w:hAnsi="Cambria"/>
          <w:b/>
          <w:i w:val="0"/>
          <w:color w:val="FFFFFF"/>
          <w:sz w:val="20"/>
          <w:u w:val="none"/>
        </w:rPr>
        <w:t>look at the trend upward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Your doubts should erase from your mind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notice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did a </w:t>
      </w:r>
      <w:r>
        <w:rPr>
          <w:rFonts w:ascii="Cambria" w:hAnsi="Cambria"/>
          <w:b/>
          <w:i w:val="0"/>
          <w:color w:val="FFFFFF"/>
          <w:sz w:val="20"/>
          <w:u w:val="none"/>
        </w:rPr>
        <w:t>very quick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decay from the January spike, and then a </w:t>
      </w:r>
      <w:r>
        <w:rPr>
          <w:rFonts w:ascii="Cambria" w:hAnsi="Cambria"/>
          <w:b/>
          <w:i w:val="0"/>
          <w:color w:val="FFFFFF"/>
          <w:sz w:val="20"/>
          <w:u w:val="none"/>
        </w:rPr>
        <w:t>very slow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decay from the March spike.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Felt like it was going down in price, and the shorties were winning, huh?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I'm just wondering -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would you have felt if this was the chart we saw instead? What if the price decayed really quick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March again and then settled around $120?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64" w:name="pg463"/>
      <w:pPr>
        <w:keepLines w:val="0"/>
        <w:pageBreakBefore/>
        <w:widowControl w:val="0"/>
        <w:spacing w:before="0" w:after="0"/>
        <w:jc w:val="center"/>
      </w:pPr>
      <w:bookmarkEnd w:id="464"/>
      <w:r>
        <w:drawing>
          <wp:inline xmlns:a="http://schemas.openxmlformats.org/drawingml/2006/main" xmlns:pic="http://schemas.openxmlformats.org/drawingml/2006/picture">
            <wp:extent cx="5943600" cy="5150484"/>
            <wp:docPr id="348" name="Picture 3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0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Hm. I'd feel completely different. Give me that sweet sweet hopium hit. It would have no longer felt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going down in price but continuing to rise in price. The slow bleed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</w:t>
      </w:r>
      <w:r>
        <w:rPr>
          <w:rFonts w:ascii="Cambria" w:hAnsi="Cambria"/>
          <w:b/>
          <w:i w:val="0"/>
          <w:color w:val="FFFFFF"/>
          <w:sz w:val="20"/>
          <w:u w:val="none"/>
        </w:rPr>
        <w:t>$220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</w:t>
      </w:r>
      <w:r>
        <w:rPr>
          <w:rFonts w:ascii="Cambria" w:hAnsi="Cambria"/>
          <w:b/>
          <w:i w:val="0"/>
          <w:color w:val="FFFFFF"/>
          <w:sz w:val="20"/>
          <w:u w:val="none"/>
        </w:rPr>
        <w:t>$160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sucked - though trusting in the DD certainly helped. Now, imagine that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squeeze pattern on top of the arrows I drew. Let the price decay quickly in your mind. See what's going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here?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only needed to bust out one crayon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🖍️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my mega 96-crayon pack for this chart.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price floor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(blue line) is continuing to rise. Not only this, we're just now entering the DANGER ZONE!!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(purple box)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While it appears we are on a downtrend from looking at the decay in price from $220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$160, GME is in fact going to higher and higher floors on these smaller and smaller bursts up. (FTD loop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theory is right boys and girls, but I don't think it's been ironed out yet). </w:t>
      </w:r>
    </w:p>
    <w:p>
      <w:bookmarkStart w:id="465" w:name="pg464"/>
      <w:pPr>
        <w:keepLines w:val="0"/>
        <w:pageBreakBefore/>
        <w:widowControl w:val="0"/>
        <w:spacing w:before="0" w:after="0"/>
        <w:jc w:val="center"/>
      </w:pPr>
      <w:bookmarkEnd w:id="465"/>
      <w:r>
        <w:drawing>
          <wp:inline xmlns:a="http://schemas.openxmlformats.org/drawingml/2006/main" xmlns:pic="http://schemas.openxmlformats.org/drawingml/2006/picture">
            <wp:extent cx="5943600" cy="5434965"/>
            <wp:docPr id="349" name="Picture 3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34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Price Floor Rising Into The Danger Zone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well well. The price floor continues to rise in this dampening effect of price peaks and troughs.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going down! It's already going into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GODDAMN DANGER ZONE!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are growing weak at trying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suppress the price. Their efforts can't contain it forever.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keep in mind, this is not to say that it is over once we're in the purple box. It is to say that the longer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stay in the purple box, the closer and closer we get to the margin call price. I can hold out for it - can't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you? It's almost time for you to pick out your favorite lambo model.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Anything can kick this over the edge and finally trigger the MOASS without 002 and 801.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We're already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stable at the price that GME spiked when Melvin received their cash injection.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It's really just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matter of time at this point, because their attempts to kick the price back down are dampening. </w:t>
      </w:r>
    </w:p>
    <w:p>
      <w:bookmarkStart w:id="466" w:name="pg465"/>
      <w:pPr>
        <w:keepLines w:val="0"/>
        <w:pageBreakBefore/>
        <w:widowControl w:val="0"/>
        <w:spacing w:before="0" w:after="0"/>
        <w:jc w:val="center"/>
      </w:pPr>
      <w:bookmarkEnd w:id="466"/>
      <w:r>
        <w:drawing>
          <wp:inline xmlns:a="http://schemas.openxmlformats.org/drawingml/2006/main" xmlns:pic="http://schemas.openxmlformats.org/drawingml/2006/picture">
            <wp:extent cx="5943600" cy="4823459"/>
            <wp:docPr id="350" name="Picture 3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3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longer this drags out, the higher the price floor becomes, until it kicks off.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could find over 100% of their float voted and initiate a price spike, possibly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a recall.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entire market could tip just one way out-of-favor of the shorts, causing their margin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to drop.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long whale gamma squeeze can spike us into margin call territory long enough for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natural margin call (non-801) to occur.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can slowly bleed upward until the critical danger zone price is hit with no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catalysts.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Or perhaps, another FTD loop spike pushes GME over the edge. Let's investigate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to try to iron out the missing pieces of the FTD loop theory.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Hello FTD Loop - Or Should I Say SI Report Loop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isn't T+21 or T+35 or anything. But I think it might finally paint the picture of why we have theories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ranging from T+13 to T+21 to T+35, and everything in between. We definitely have a loopthat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occurring. And it's most likely due to something called Short Interest Reporting from FINRA.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interest?! That's two words we're all very familiar with. What exactly is this? </w:t>
      </w:r>
    </w:p>
    <w:p>
      <w:bookmarkStart w:id="467" w:name="pg46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6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FINRA requires firms to report short interest positions in all customer and proprietary accounts in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equity securities twice a month.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three columns on that link. What are they: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Settlement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The date at which short interest positions must be determined.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Due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The date at which the report of the SI from the settlement date is due by.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Exchange Receipt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The date when FINRA finalizes the reports and delivers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Ah nice. So if you were a shortie in January and your SI% is well over 100% of the float,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world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thinks you haven't covered because of the high SI%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then you might want to drop that SI%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down! If you maintain a low SI% for a long time, then the world will believe the squeeze is done for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claim that you've covered your positions. In order to drop your SI% that will be reported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Receipt Date, you'd want to </w:t>
      </w:r>
      <w:r>
        <w:rPr>
          <w:rFonts w:ascii="Cambria" w:hAnsi="Cambria"/>
          <w:b/>
          <w:i w:val="0"/>
          <w:color w:val="FFFFFF"/>
          <w:sz w:val="20"/>
          <w:u w:val="none"/>
        </w:rPr>
        <w:t>hide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your short position before EOD of the Settlement Date.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You risk causing a mini squeeze right here. AKA the "Fake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Squeeze" of January. But you MUST try it to shake off the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holders. Dump it all. Pretend you covered. Hope that the apes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sell.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copy/paste of the dates for 2021. I'm going to only copy the ones through the start of June: </w:t>
      </w:r>
    </w:p>
    <w:p>
      <w:pPr>
        <w:keepLines w:val="0"/>
        <w:widowControl w:val="0"/>
        <w:tabs>
          <w:tab w:pos="130" w:val="left"/>
          <w:tab w:pos="2267" w:val="left"/>
          <w:tab w:pos="3642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Settlement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Due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Exchange Receipt Date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January 27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9 </w:t>
      </w:r>
    </w:p>
    <w:p>
      <w:pPr>
        <w:keepLines w:val="0"/>
        <w:widowControl w:val="0"/>
        <w:tabs>
          <w:tab w:pos="130" w:val="left"/>
          <w:tab w:pos="213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12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24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February 26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March 9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March 24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31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April 12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19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April 26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April 30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May 11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14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18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May 25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May 28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June 9 </w:t>
      </w:r>
    </w:p>
    <w:p>
      <w:pPr>
        <w:keepLines w:val="0"/>
        <w:widowControl w:val="0"/>
        <w:tabs>
          <w:tab w:pos="130" w:val="left"/>
          <w:tab w:pos="2137" w:val="left"/>
          <w:tab w:pos="36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June 17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June 24 </w:t>
      </w:r>
    </w:p>
    <w:p>
      <w:pPr>
        <w:keepLines w:val="0"/>
        <w:widowControl w:val="0"/>
        <w:spacing w:before="14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could look at the Receipt Dates and say, "Hey! We spiked/dipped there! January 27, February 24,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9, March 24! So the next spike would be May 11!", but not necessarily. It's interesting how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spikes occurred on a few of the receipt dates. I mean, the price certainly could spike again on May 11,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that's probably going to be a coincidence once more. I'm more interested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Settlement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column.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I said earlier,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appears that they'll want to stuff away their shorts on days up to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including the settlement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When this happens, we get volatility in the price due to the ITM CALL + </w:t>
      </w:r>
    </w:p>
    <w:p>
      <w:bookmarkStart w:id="468" w:name="pg46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6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OTM PUT tricks they've been using. The price spikes up, then crashes down. Or vice-versa. And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</w:t>
      </w:r>
      <w:r>
        <w:rPr>
          <w:rFonts w:ascii="Cambria" w:hAnsi="Cambria"/>
          <w:b/>
          <w:i w:val="0"/>
          <w:color w:val="FFFFFF"/>
          <w:sz w:val="20"/>
          <w:u w:val="none"/>
        </w:rPr>
        <w:t>consistently happening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Here's a few thoughts that I'm unsure of, but would like to propose: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possible that a bunch of their shorts pour out after being hidden at critical dates,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result in massive ITM CALL and OTM PUT purchases prior to settlement dates,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consequently spikes/crashes the price in much larger movements. This could be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we're seeing smaller movements (February 12, April 15, April 30) because fewer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shorts are popping out and we're waiting for a big pour out again.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like to waste money on flash-crashing the price, probably through exercising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bunch of PUT ammo, while simultaneously suppressing the SI% and moving FTDs out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more with ITM CALL and OTM PUTs (February 26, March 15, March 31). This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bleeds them money when spikes occur, and thus makes the Danger Zone ever closer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 slowly incrementing price floor.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overlap of a bunch of their shorts pouring out and FTDs having to be reset occurs on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large movements (January 29, March 15, Some future date?)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why we see discrepancies between T+21 and T+35 and dates in-between. It's not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cycle on those exact dates but rather any days before the settlement date.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help visually, I plotted each settlement date on the lovely GameStop chart starting in January. You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that prior to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every single receipt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</w:t>
      </w:r>
      <w:r>
        <w:rPr>
          <w:rFonts w:ascii="Cambria" w:hAnsi="Cambria"/>
          <w:b/>
          <w:i w:val="0"/>
          <w:color w:val="FFFFFF"/>
          <w:sz w:val="20"/>
          <w:u w:val="none"/>
        </w:rPr>
        <w:t>some kind of volatility occurs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Even for February 12,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argue that the spike/drop from February 5 to February 6 was one of these volatile movements,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ever slight of a movement like we're seeing now. </w:t>
      </w:r>
    </w:p>
    <w:p>
      <w:bookmarkStart w:id="469" w:name="pg468"/>
      <w:pPr>
        <w:keepLines w:val="0"/>
        <w:pageBreakBefore/>
        <w:widowControl w:val="0"/>
        <w:spacing w:before="0" w:after="0"/>
        <w:jc w:val="center"/>
      </w:pPr>
      <w:bookmarkEnd w:id="469"/>
      <w:r>
        <w:drawing>
          <wp:inline xmlns:a="http://schemas.openxmlformats.org/drawingml/2006/main" xmlns:pic="http://schemas.openxmlformats.org/drawingml/2006/picture">
            <wp:extent cx="5943600" cy="4536440"/>
            <wp:docPr id="351" name="Picture 3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6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So, what does this mean? Well, it's not a date but more of a "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watch for shit to go down close to or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these Settlement Dates (May 14, May 28, June 15, etc.)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". The next few Settlement Dates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continue to be dampening with smaller and smaller volatile movements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But they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could also be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repeat of the January, February, or March spikes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due to the possibility that a ton of shorts and FTDs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need to be brushed under the rug once more.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GME spikes again due to this, they could attempt to flash crash the price once more.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GME spikes again due to this, and they are unable to flash crash the price, they'll be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sitting higher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DANGAH ZONE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Regardless, we can assume the price floor will continue to rise.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Perhaps since we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at a critical point here of $160 and it has been dampening to an ever smaller volatile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swings around $160 - that we will see a huge burst again just like January, February,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in order to maintain that ever-increasing price floor.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sounds like I'm covering my ass because I said it could spike significantly or not at all lol.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But I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there's enough data points here to assume that volatility will always occur prior to the next SI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Report Settlement Date.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Whether or not it is a big jump depends entirely on the amount of shorts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they need to hide. When do those pour out? Is it a specific date? That's what I'd like to find out.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Personally I still believe April 16, 2021 caused something </w:t>
      </w:r>
      <w:r>
        <w:rPr>
          <w:rFonts w:ascii="Cambria" w:hAnsi="Cambria"/>
          <w:b/>
          <w:i w:val="0"/>
          <w:color w:val="FFFFFF"/>
          <w:sz w:val="20"/>
          <w:u w:val="none"/>
        </w:rPr>
        <w:t>big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is coming. You don't just have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banks + Shitadel working overtime day and night as of that date and not prior to it.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If a big </w:t>
      </w:r>
    </w:p>
    <w:p>
      <w:bookmarkStart w:id="470" w:name="pg46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0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amount of shorts popped out of April 16 and they did not hide a lot of them prior to April 30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settlement, then the receipt date of those positions is May 11.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Note: Receipt date of May 11 does not imply a price spike will occur.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implies that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next SI% report could cause a SI% spike if April 16 shorts popped out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were unable to be hidden by April 30.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next SI% report date shows a spike in SI%, then its very possible that a portion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hidden short position will be calculated into their risk, and the margin call price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go further down in the danger zone, making the tendies that much closer.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Conclusion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We're reaching a critical point here, and its obvious that the shorters are going to lose. Apes will win.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get discouraged. Anyone telling you you're crazy might be right - that you're crazy just in a general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sense - but you're not crazy for believing in GME.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446904"/>
            <wp:docPr id="352" name="Picture 3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6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Blast off from here with some hopium / TLDR: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Melvin received a $2.75B injection on the day GameStop spiked to $160. They have flash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crashed the price from going above $350 every time. It's probably safe to assume they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entering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Kenny Loggin's DANGER ZONE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of this week which ranges from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$160 to $350. </w:t>
      </w:r>
      <w:r>
        <w:rPr>
          <w:rFonts w:ascii="Cambria" w:hAnsi="Cambria"/>
          <w:b/>
          <w:i w:val="0"/>
          <w:color w:val="FFFFFF"/>
          <w:sz w:val="20"/>
          <w:u w:val="none"/>
        </w:rPr>
        <w:t>This zone is where the margin call price theoretically lives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471" w:name="pg470"/>
      <w:pPr>
        <w:keepLines w:val="0"/>
        <w:pageBreakBefore/>
        <w:widowControl w:val="0"/>
        <w:tabs>
          <w:tab w:pos="1922" w:val="left"/>
          <w:tab w:pos="2282" w:val="left"/>
        </w:tabs>
        <w:spacing w:before="71" w:after="0" w:lineRule="exact" w:line="246"/>
        <w:ind w:left="0" w:right="-60"/>
      </w:pPr>
      <w:bookmarkEnd w:id="471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is already stabilizing around this $160 price point. Melvin, are you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scared?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The Danger Zone will continue to shift down while they bleed money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attempting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suppress the price. The margin call is inevitable. All shorts must cover.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 consistently see volatile movement at some point in the week or week before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a SI Report Settlement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EVERY single date has had this occur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next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settlement date is May 14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be only a slight movement just like the past few Settlement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Dates.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be a big movement due to April 16 from an overlap of a large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of shorts having to be suppressed and FTDs shifted out (but who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knows).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Every Settlement Date spike results in an ever higher price floor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past few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floors, starting Feb 26 through May 7 = $100, $120, $140, $150, $160. This brings us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closer to, and into, the Danger Zone.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Settlement Date following April 16 was on April 30.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If a bunch of shorts spilled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out from April 16 and they are no longer able to suppress them, then the Receipt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Date on May 11 can result in a spike of SI%. Note: not price spike. SI% spike.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SI% spikes and they now have to include those shorts in their risk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calculations, then that might shift the Danger Zone even lower and make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margin call price even closer.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Also note to not day trade. Imagine you make the wrong mistake and the volatile movement ends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up being the MOASS. See ya.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end feels so close. We'll see what the next few weeks bring.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😎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Tombstone Tweet Confirms Reverse Merger?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Reposted Reverse Merger DD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hyperlink r:id="rId946">
        <w:r>
          <w:rPr>
            <w:rFonts w:ascii="Cambria" w:hAnsi="Cambria"/>
            <w:sz w:val="20"/>
            <w:color w:val="FFFFFF"/>
            <w:u/>
          </w:rPr>
          <w:t xml:space="preserve">RC TOMBSTONE TWEET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"A tombstone is a written advertisement that gives investors basic details about an upcoming public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offering."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#1 THANKS FOR ALL THE UPVOTES! I didn't expect this to blowup as I was just reposting it in light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tweet. This is my theory based on facts. Also a great timeline of rc involvement with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future is very bright in the near term and future. Not financial advice. </w:t>
      </w:r>
    </w:p>
    <w:p>
      <w:bookmarkStart w:id="472" w:name="pg47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Reposting Merger DD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What's RC plan, does he have a plan?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47">
        <w:r>
          <w:rPr>
            <w:rFonts w:ascii="Cambria" w:hAnsi="Cambria"/>
            <w:sz w:val="20"/>
            <w:color w:val="FFFFFF"/>
            <w:u/>
          </w:rPr>
          <w:t xml:space="preserve">Reverse Merger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what I think Ryan Cohens plan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 I have heard allot of talk about stock splits, reverse splits, dividends or crypto dividends ect on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RC can shake the shorts.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None of those really go the whole way. Reverse split is out of the question as the stock is not liquid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enough, and there is legal questions surrounding the crypto dividend. OVERSTOCK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none of these moves benefit Ryan Cohen and GameStop at the same time. They may hurt the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help retail investors but none of the options help Gamestop and RC at the sametime.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Posted and others have thought about RC buying more GameStop, after reviewing the filings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can buy up to 20% of the company at any point.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This whole time I have been waiting for him to buy,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thinking that he is waiting for volume to dry up, or to save his ammo to protect the stock if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starts to fall.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there is a serious flaw in that thinking......it doesn't help Gamestop.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lay out the timeline of RC and GameStop below more in-depth below, but at this point RC has control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board and the chairmanship, he doesn't need to buy anymore stock the way normal people do.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GameStop, with the help of RC and his marry band of Apes has erased its long term debt (minus leases)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raised 555m (a nice down payment on the transformation)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Ryan Cohen wants to own more of GME, most owner/CEO own over 20% of the companies they run.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is totally invested in the GameStop turnaround, the best thing he can do is a </w:t>
      </w:r>
      <w:r>
        <w:rPr>
          <w:rFonts w:ascii="Cambria" w:hAnsi="Cambria"/>
          <w:b/>
          <w:i w:val="0"/>
          <w:color w:val="FFFFFF"/>
          <w:sz w:val="20"/>
          <w:u w:val="none"/>
        </w:rPr>
        <w:t>Reverse Merger.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capitalizes RC ventures with allot of money (500m, 750m, 1.5b) he can even bring in other private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RC Ventures and GME merge, they create a Holding Company that they both merge into. The holding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is renamed Gamestop and eventually trades as GME under a </w:t>
      </w:r>
      <w:r>
        <w:rPr>
          <w:rFonts w:ascii="Cambria" w:hAnsi="Cambria"/>
          <w:b/>
          <w:i w:val="0"/>
          <w:color w:val="FFFFFF"/>
          <w:sz w:val="20"/>
          <w:u w:val="none"/>
        </w:rPr>
        <w:t>new CUSIP#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How does it help Ryan Cohen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He gets ownership of whatever % of the stock at the agreed upon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merger price (it would be the same amount as if he bought on the open market)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H</w:t>
      </w:r>
      <w:r>
        <w:rPr>
          <w:rFonts w:ascii="Cambria" w:hAnsi="Cambria"/>
          <w:b/>
          <w:i w:val="0"/>
          <w:color w:val="FFFFFF"/>
          <w:sz w:val="20"/>
          <w:u w:val="none"/>
        </w:rPr>
        <w:t>ow does it help Gamestop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they actually get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CAPITAL,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Ryan buys on the open market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get the money they sold that stock when they issued it. this way Ryan gets to infuse the company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much needed cash and increase his ownership stake at the same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are probable asking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DOES IT HELP APE - Did you gloss over the part about the CUSIP#...here read this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48">
        <w:r>
          <w:rPr>
            <w:rFonts w:ascii="Cambria" w:hAnsi="Cambria"/>
            <w:sz w:val="20"/>
            <w:color w:val="FFFFFF"/>
            <w:u/>
          </w:rPr>
          <w:t xml:space="preserve">Example 1 or https://theintercept.com/2016/09/24/naked-shorts-cant-stay-naked-forever/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Changing the stock cusip number results in each share with the old cusip number having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exchanged for a share with the new cusip number, which causes each short position to have to prove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borrow. Naked short positions would be unable to comply and those positions could have to be covered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purchasing shares with the new cusip on the open market. " </w:t>
      </w:r>
    </w:p>
    <w:p>
      <w:bookmarkStart w:id="473" w:name="pg47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the reverse split or the reverse merger has been tried before and it does squeeze the stock price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bit, but then it goes right back down. Typically this is because it is done on Penny Stocks and the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simply cover as its not that expensive or there is not as many Naked shorts as people think.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what if there is a ton of </w:t>
      </w:r>
      <w:r>
        <w:rPr>
          <w:rFonts w:ascii="Cambria" w:hAnsi="Cambria"/>
          <w:b/>
          <w:i w:val="0"/>
          <w:color w:val="FFFFFF"/>
          <w:sz w:val="20"/>
          <w:u w:val="none"/>
        </w:rPr>
        <w:t>NAKED SHORTS,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then those </w:t>
      </w:r>
      <w:r>
        <w:rPr>
          <w:rFonts w:ascii="Cambria" w:hAnsi="Cambria"/>
          <w:b/>
          <w:i w:val="0"/>
          <w:color w:val="FFFFFF"/>
          <w:sz w:val="20"/>
          <w:u w:val="none"/>
        </w:rPr>
        <w:t>SHORTS ARE FUCKED.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they sold a bunch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naked and kept doing it without ever thinking they would need to be returned they would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foreced to buy a TON of GME under the new CUSIP #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ADDITION More research and DD need to be done on how a merger or reverse merger affects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users on ETTORO</w:t>
      </w:r>
      <w:hyperlink r:id="rId949">
        <w:r>
          <w:rPr>
            <w:rFonts w:ascii="Cambria" w:hAnsi="Cambria"/>
            <w:sz w:val="20"/>
            <w:color w:val="FFFFFF"/>
            <w:u/>
          </w:rPr>
          <w:t xml:space="preserve"> https://www.etoro.com/posts/0__entry__19ed9016-5e15-4642-be20-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64b8dc9bb89fAdding alpha merger info from Etoro. My take is not to worry if you are on Etoro,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be a minimum 30 day period from the announcement of a merger to an actual merger, probably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more. So the stock would squeeze during that period not after. Also any merger would cause a change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cusip number.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Citadel Securities is the DMM for GME right now if they change their cusip number they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change DMM OR CHANGE EXCHANGES.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50">
        <w:r>
          <w:rPr>
            <w:rFonts w:ascii="Cambria" w:hAnsi="Cambria"/>
            <w:sz w:val="20"/>
            <w:color w:val="FFFFFF"/>
            <w:u/>
          </w:rPr>
          <w:t xml:space="preserve">SHortsplan was never to cover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been writing a DD where I believe that Citadel and SUS has been stashing their Naked options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51">
        <w:r>
          <w:rPr>
            <w:rFonts w:ascii="Cambria" w:hAnsi="Cambria"/>
            <w:sz w:val="20"/>
            <w:color w:val="FFFFFF"/>
            <w:u/>
          </w:rPr>
          <w:t xml:space="preserve">sales or Naked short sales in Sold not yet purchased liabilities which are Ballooning. Citadel has no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clothes describes the naked shorting done by Citadel securities the best.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Oh and GME has done this before when the merged with EB games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52">
        <w:r>
          <w:rPr>
            <w:rFonts w:ascii="Cambria" w:hAnsi="Cambria"/>
            <w:sz w:val="20"/>
            <w:color w:val="FFFFFF"/>
            <w:u/>
          </w:rPr>
          <w:t xml:space="preserve">Gamestop EBgaming Merger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created a new Holding company like a laid out above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Fuel for the Fire-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Ryan Cohen changed lawyers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(DFV pointed it out in his tweets)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lawyer.....rising start in Mergers and Acquisitions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53">
        <w:r>
          <w:rPr>
            <w:rFonts w:ascii="Cambria" w:hAnsi="Cambria"/>
            <w:sz w:val="20"/>
            <w:color w:val="FFFFFF"/>
            <w:u/>
          </w:rPr>
          <w:t>https://profiles.superlawyers.com/new-york-metro/new-york/lawyer/ryan-p-nebel/c6896fb3-ede6-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53">
        <w:r>
          <w:rPr>
            <w:rFonts w:ascii="Cambria" w:hAnsi="Cambria"/>
            <w:sz w:val="20"/>
            <w:color w:val="FFFFFF"/>
            <w:u/>
          </w:rPr>
          <w:t xml:space="preserve">4eca-8bbe-40b0dc317589.html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also has a team of lawyers but Ryans on the Filings now . NEW TEAM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Ryan Cohen has the Assets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sold CHewy for Billions....he bought two stocks Apple and Wells Fargo (we don't know the ratio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articles point to it being heave on apple)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you like apples?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54">
        <w:r>
          <w:rPr>
            <w:rFonts w:ascii="Cambria" w:hAnsi="Cambria"/>
            <w:sz w:val="20"/>
            <w:color w:val="FFFFFF"/>
            <w:u/>
          </w:rPr>
          <w:t xml:space="preserve">RC ownes 6.2 Million Shares of APPLE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Tinfoil Hat time-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Apple has been acting weird since mid February.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Apple bought back 19B in March, the stock didnt pop up until they crushed earnings and annouced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going to buy back 90B more....and its dipping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been thinking it is Funds selling out to cash out or to cover your position. Probably covering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as apple it is safe haven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what if it was someone ready to go .....all in on GME </w:t>
      </w:r>
    </w:p>
    <w:p>
      <w:bookmarkStart w:id="474" w:name="pg47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yeah crazy theory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55">
        <w:r>
          <w:rPr>
            <w:rFonts w:ascii="Cambria" w:hAnsi="Cambria"/>
            <w:sz w:val="20"/>
            <w:color w:val="FFFFFF"/>
            <w:u/>
          </w:rPr>
          <w:t>https://preview.redd.it/xt08lsjvv1271.png?width=1072&amp;format=png&amp;auto=webp&amp;s=d8276c1f6fa1cb5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55">
        <w:r>
          <w:rPr>
            <w:rFonts w:ascii="Cambria" w:hAnsi="Cambria"/>
            <w:sz w:val="20"/>
            <w:color w:val="FFFFFF"/>
            <w:u/>
          </w:rPr>
          <w:t xml:space="preserve">bad92332610c7f69da848d1ee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956">
        <w:r>
          <w:rPr>
            <w:rFonts w:ascii="Cambria" w:hAnsi="Cambria"/>
            <w:sz w:val="20"/>
            <w:color w:val="FFFFFF"/>
            <w:u/>
          </w:rPr>
          <w:t>https://preview.redd.it/8iif6rzwv1271.png?width=782&amp;format=png&amp;auto=webp&amp;s=c1cae8e7524d54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56">
        <w:r>
          <w:rPr>
            <w:rFonts w:ascii="Cambria" w:hAnsi="Cambria"/>
            <w:sz w:val="20"/>
            <w:color w:val="FFFFFF"/>
            <w:u/>
          </w:rPr>
          <w:t xml:space="preserve">2837656f5a8f76f4eacf79deb6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Lets Recap what Ryan has done to 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-Ryan Cohen Started purchasing Gamestop on 8/13/2020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-Registers and Incorporates </w:t>
      </w:r>
      <w:r>
        <w:rPr>
          <w:rFonts w:ascii="Cambria" w:hAnsi="Cambria"/>
          <w:b/>
          <w:i w:val="0"/>
          <w:color w:val="FFFFFF"/>
          <w:sz w:val="20"/>
          <w:u w:val="none"/>
        </w:rPr>
        <w:t>RC Ventures LLC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8/28/2020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-Files first 13D on 8/28 signifying that he owns more than 5%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-Buys more GME and then on 11/16/2020 rights a letter to the board (This really the only DD I need)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points out in the letter Game stop is failing and squandering a Golden opportunity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57">
        <w:r>
          <w:rPr>
            <w:rFonts w:ascii="Cambria" w:hAnsi="Cambria"/>
            <w:sz w:val="20"/>
            <w:color w:val="FFFFFF"/>
            <w:u/>
          </w:rPr>
          <w:t xml:space="preserve">He knows they were short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958">
        <w:r>
          <w:rPr>
            <w:rFonts w:ascii="Cambria" w:hAnsi="Cambria"/>
            <w:sz w:val="20"/>
            <w:color w:val="FFFFFF"/>
            <w:u/>
          </w:rPr>
          <w:t xml:space="preserve">Would not be bought off with board seets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On 12-21-2020 RC aquires more GME he now owns 12.9%, DFV eagle eyes it a notes Ryan switched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attorneys, thanks DFV you look at everything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GME and RC file a 13D/A that they have come to agreement that the board will expand from 10-13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seats, and Alan Attal, Ryan Cohen and Jim Grube will be added to the board. At the share holders meeting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will go back to 9 members. Agreement (please read)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59">
        <w:r>
          <w:rPr>
            <w:rFonts w:ascii="Cambria" w:hAnsi="Cambria"/>
            <w:sz w:val="20"/>
            <w:color w:val="FFFFFF"/>
            <w:u/>
          </w:rPr>
          <w:t>https://preview.redd.it/qonwquv3w1271.png?width=1624&amp;format=png&amp;auto=webp&amp;s=9b08866cd3b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59">
        <w:r>
          <w:rPr>
            <w:rFonts w:ascii="Cambria" w:hAnsi="Cambria"/>
            <w:sz w:val="20"/>
            <w:color w:val="FFFFFF"/>
            <w:u/>
          </w:rPr>
          <w:t xml:space="preserve">1bfe64c052ede6c671fb57b8d2371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standstill provision last until 120 days after the annual meeting (unless they amend or terminate it)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60">
        <w:r>
          <w:rPr>
            <w:rFonts w:ascii="Cambria" w:hAnsi="Cambria"/>
            <w:sz w:val="20"/>
            <w:color w:val="FFFFFF"/>
            <w:u/>
          </w:rPr>
          <w:t>https://preview.redd.it/p8cj95x6w1271.png?width=1649&amp;format=png&amp;auto=webp&amp;s=96036d237f1a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60">
        <w:r>
          <w:rPr>
            <w:rFonts w:ascii="Cambria" w:hAnsi="Cambria"/>
            <w:sz w:val="20"/>
            <w:color w:val="FFFFFF"/>
            <w:u/>
          </w:rPr>
          <w:t xml:space="preserve">27eb901611291970f7073b8551e4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Standstill period for stock ownership, and it changes the definition of an interested stockholder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15% to 20%. it notes that an interested stockholder would be restricted on any business combination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3 years after they reach 20% (changed from 15%)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61">
        <w:r>
          <w:rPr>
            <w:rFonts w:ascii="Cambria" w:hAnsi="Cambria"/>
            <w:sz w:val="20"/>
            <w:color w:val="FFFFFF"/>
            <w:u/>
          </w:rPr>
          <w:t xml:space="preserve">He is approved to buy 20% of the stock to date...but has not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-James Bell Resigns 2/23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-GME hires new COO from amazon 3/23 (they also hired a series of C-suite executives to lead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transformation)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-Gme 4/5/2021 updates their ATM offering reduce shares from being offered and increased the target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and the press thought it was Bad??? (side note in late 2019, GME bought back over 30,000,000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shares!!! so they bought back 30,000,000 shares in 2019 for 150 million, and sold 3.5 million shares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2021 for 555million) </w:t>
      </w:r>
    </w:p>
    <w:p>
      <w:bookmarkStart w:id="475" w:name="pg47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-GME 4/8/2021 announces Ryan Cohen will be director of the board on 6/9 and that the board will be 6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members (Ryan has 4 of the 6 seats) OK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wrote a letter on November 11/16 and 6 months later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he is the chairman of the board and has board control.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-Gme 4/13/21 Announces Voluntary Early Redemption of Senior note (cool they will be debt free) lets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out the note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62">
        <w:r>
          <w:rPr>
            <w:rFonts w:ascii="Cambria" w:hAnsi="Cambria"/>
            <w:sz w:val="20"/>
            <w:color w:val="FFFFFF"/>
            <w:u/>
          </w:rPr>
          <w:t xml:space="preserve">He can now do the merger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4/19/21- Announces CEO succession plan ( I don't think it matters if its Ryan or not, Ryan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steering the ship another person would just bring in added brain power and experience)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4/26/21- Gme Complete At the market equity offering program (21 days) Sells 3,500,000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$551,000,000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4/30/21 Retired the debt and announced the opening of a new Fulfillment center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Ryan Cohen buys in August, wrights a letter in November and in less than 6 months he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-erased long term debt (outside of leases)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-raised over 500million dollars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-Remade upper management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-Started the process of opening a fulfillment center for the east coast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-Added NFT and Blockchain to the Pipeline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Orginal Post on reverse merger( POsted 3 weeks ago)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63">
        <w:r>
          <w:rPr>
            <w:rFonts w:ascii="Cambria" w:hAnsi="Cambria"/>
            <w:sz w:val="20"/>
            <w:color w:val="FFFFFF"/>
            <w:u/>
          </w:rPr>
          <w:t xml:space="preserve">https://www.reddit.com/r/Superstonk/comments/n7bv2h/ryan_cohens_kill_shotthe_reverse_merger/ </w:t>
        </w:r>
      </w:hyperlink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6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If you STILL dont understand why today we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went red again after we were big green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yesterday and WHY you should get a hold of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yourself and stop fucking caring.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swear to god this place is like a daycare sometimes. You all go wild if we go green, and you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despressed and FUDdy if we go red. You STILL don't understand why the price doesn't fucking matter....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made this post in the daily and it was highly upvoted, and I was asked to post it like this too.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goes.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Guys I can't believe some of you still dont understand.This will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moon when AND ONLY WHEN there is a forced buyback </w:t>
      </w:r>
    </w:p>
    <w:p>
      <w:bookmarkStart w:id="476" w:name="pg47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76"/>
      <w:r>
        <w:rPr>
          <w:rFonts w:ascii="Cambria" w:hAnsi="Cambria"/>
          <w:b/>
          <w:i w:val="0"/>
          <w:color w:val="FFFFFF"/>
          <w:sz w:val="20"/>
          <w:u w:val="none"/>
        </w:rPr>
        <w:t>How to achieve forced buyback?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 recall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 raw buying pressure to push unhedged new options ITM so that hedging provides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'free' upward movement on TACTICAL MOMENTS ONLY.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Forced liquidation by DTCC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Hard intervention by the SEC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Unless one of these happens, the price can go anywhere.... and it doesn't matter if it's $200 or $40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share...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Red days dont mean the squeeze is off, green days dont mean the squeeze is on. The price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fucking irrelevant (unless you're buying, then big red days are something to celebrate)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should stop caring. We've been saying this for months, but everytime we have a green day you guys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celebrate and cheer because "where lambo" like a bunch of spoiled children. And on red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freak out way too much.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You're setting yourself up for constant disappointment which will paperhand you and ruin this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yourself. Yesterday I told you not to overcelebrate and I was told to fuck off and not ruin the fun.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the 'harmless fun' yesterday got you? Totally (and without good reason) disappointed today. </w:t>
      </w:r>
    </w:p>
    <w:p>
      <w:pPr>
        <w:keepLines w:val="0"/>
        <w:widowControl w:val="0"/>
        <w:spacing w:before="69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Get fucking patient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those 5 catalysts that I listed there are many things 'in the works'.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DTCC is spewing new regulations like a toddler that ate too much icecream.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a shareholder vote 9th of June, GME hasn't released what we'll be voting on however.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just got a new head that is known to be anti hedgefund bullshit. </w:t>
      </w:r>
    </w:p>
    <w:p>
      <w:pPr>
        <w:keepLines w:val="0"/>
        <w:widowControl w:val="0"/>
        <w:spacing w:before="69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IS important?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Buy if you can. This determines how much exposure you have once we moon. More shares is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tendies.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HOLD. Seriously. Don't daytrade, don't sell. Just hold. Doesn't matter if we're down 50% or up 40%.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Stop giving a shit. This will only moon if there are not enough shares to go around. By holding, you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taking your shares and you're saying "These are mine now. Less to go around".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Stop fucking promising yourselves dates. Especially if you're smoothbrained. Don't get excited at all.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Stop it.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 fucking advice, go ahead and be stupid if you think that's better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77" w:name="pg476"/>
      <w:pPr>
        <w:keepLines w:val="0"/>
        <w:pageBreakBefore/>
        <w:widowControl w:val="0"/>
        <w:spacing w:before="22" w:after="0" w:lineRule="exact" w:line="373"/>
        <w:ind w:left="0" w:right="-60"/>
      </w:pPr>
      <w:bookmarkEnd w:id="477"/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you dumb apes want to hear a secret? Max pain is at 150 </w:t>
      </w: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🤷🏻‍♂️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whales are going to defend that point to bleed large option owners. You know who owns lots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options? People who needed to buy them to reset FTDs and huge short positions. That's who.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We will hover around 150 all day and that is a good thing for us. "Red bad, green good" is such an ape-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unworthy simpleminded approach to this. Grow some wrinkles for gods sake. Do you want $200 as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today if that helps shorts by letting them make a shitload of money on options? If you're saying yes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you're seriously almost a real ape.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Smart apes know that to win the war you don't have to win every battle. You have to win key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battles.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48" w:after="0" w:lineRule="exact" w:line="493"/>
        <w:ind w:left="0" w:right="-60"/>
      </w:pP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 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Time to expose the shell game. FTDs can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be "reset" through borrowing from ETFs. Read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Truth.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73"/>
        <w:ind w:left="0" w:right="-60"/>
      </w:pP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Time to expose the shell game. </w:t>
      </w:r>
    </w:p>
    <w:p>
      <w:pPr>
        <w:keepLines w:val="0"/>
        <w:widowControl w:val="0"/>
        <w:spacing w:before="57" w:after="0" w:lineRule="exact" w:line="252"/>
        <w:ind w:left="0" w:right="-60"/>
      </w:pPr>
      <w:hyperlink r:id="rId964">
        <w:r>
          <w:rPr>
            <w:rFonts w:ascii="Calibri" w:hAnsi="Calibri"/>
            <w:sz w:val="20"/>
            <w:color w:val="00B0F0"/>
            <w:u/>
          </w:rPr>
          <w:t>The Shell Game</w:t>
        </w:r>
      </w:hyperlink>
      <w:hyperlink r:id="rId96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FTDs are not “reset”. FTDs on ETFs help show the short positions on the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underlying securities.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Each Shell Game post is intended to be read sequentially. You've been misinformed on FTDs. You'll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feel great after you go through this journey with me.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965">
        <w:r>
          <w:rPr>
            <w:rFonts w:ascii="Calibri" w:hAnsi="Calibri"/>
            <w:sz w:val="20"/>
            <w:color w:val="00B0F0"/>
            <w:u/>
          </w:rPr>
          <w:t>Shell Game II</w:t>
        </w:r>
      </w:hyperlink>
      <w:hyperlink r:id="rId96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966">
        <w:r>
          <w:rPr>
            <w:rFonts w:ascii="Calibri" w:hAnsi="Calibri"/>
            <w:sz w:val="20"/>
            <w:color w:val="00B0F0"/>
            <w:u/>
          </w:rPr>
          <w:t>Shell Game III</w:t>
        </w:r>
      </w:hyperlink>
      <w:hyperlink r:id="rId96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talented DD writers have theorized that FTDs are being reset using deep ITM call options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although it appears to be a credible theory that no doubt applies to many stocks, the singular attention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receives may have clouded our vision. I invite you all to take a step back and look at the raw data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me. The truth is, FTDs are a mechanism of an illiquid stock. They are an obligation on the part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broker/dealer that carries a clear T+5 requirement to be rightfully delivered. That obligation requires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security be purchased off the open market to be paid back within T+13 days, otherwise,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broker/dealer is restricted from accepting short sale orders from anyone else.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more information on FTDs (“failure to delivers”), please see my entire body of work, specifically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links DD tab to get up to speed. I promise you will not regret it: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967">
        <w:r>
          <w:rPr>
            <w:rFonts w:ascii="Calibri" w:hAnsi="Calibri"/>
            <w:sz w:val="20"/>
            <w:color w:val="00B0F0"/>
            <w:u/>
          </w:rPr>
          <w:t>https://docs.google.com/spreadsheets/d/1VhxsUkiMEdSFybr5E4jI0iARQ6urRvVYafjZe1uLly4/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967">
        <w:r>
          <w:rPr>
            <w:rFonts w:ascii="Calibri" w:hAnsi="Calibri"/>
            <w:sz w:val="20"/>
            <w:color w:val="00B0F0"/>
            <w:u/>
          </w:rPr>
          <w:t>edit#gid=0</w:t>
        </w:r>
      </w:hyperlink>
      <w:hyperlink r:id="rId96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478" w:name="pg477"/>
      <w:pPr>
        <w:keepLines w:val="0"/>
        <w:pageBreakBefore/>
        <w:widowControl w:val="0"/>
        <w:spacing w:before="61" w:after="0" w:lineRule="exact" w:line="252"/>
        <w:ind w:left="0" w:right="-60"/>
      </w:pPr>
      <w:bookmarkEnd w:id="47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Special call-out to the ETF document from </w:t>
      </w:r>
      <w:hyperlink r:id="rId968">
        <w:r>
          <w:rPr>
            <w:rFonts w:ascii="Calibri" w:hAnsi="Calibri"/>
            <w:sz w:val="20"/>
            <w:color w:val="00B0F0"/>
            <w:u/>
          </w:rPr>
          <w:t>/u/turdfurg23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 has been a huge help for me.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969">
        <w:r>
          <w:rPr>
            <w:rFonts w:ascii="Calibri" w:hAnsi="Calibri"/>
            <w:sz w:val="20"/>
            <w:color w:val="00B0F0"/>
            <w:u/>
          </w:rPr>
          <w:t>https://docs.google.com/spreadsheets/d/1vhbn6HqmkhwHqtSj0CDNHeCNuNOp-</w:t>
        </w:r>
      </w:hyperlink>
    </w:p>
    <w:p>
      <w:pPr>
        <w:keepLines w:val="0"/>
        <w:widowControl w:val="0"/>
        <w:spacing w:before="63" w:after="0" w:lineRule="exact" w:line="252"/>
        <w:ind w:left="1081" w:right="-60"/>
      </w:pPr>
      <w:hyperlink r:id="rId969">
        <w:r>
          <w:rPr>
            <w:rFonts w:ascii="Calibri" w:hAnsi="Calibri"/>
            <w:sz w:val="20"/>
            <w:color w:val="00B0F0"/>
            <w:u/>
          </w:rPr>
          <w:t>hPcmfur0pZUuFs/edit#gid=0</w:t>
        </w:r>
      </w:hyperlink>
      <w:hyperlink r:id="rId96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6" w:after="0" w:lineRule="exact" w:line="334"/>
        <w:ind w:left="0" w:right="-60"/>
      </w:pPr>
      <w:r>
        <w:rPr>
          <w:rFonts w:ascii="Arial" w:hAnsi="Arial"/>
          <w:b w:val="0"/>
          <w:i w:val="0"/>
          <w:color w:val="FFFFFF"/>
          <w:sz w:val="29"/>
          <w:u w:val="none"/>
        </w:rPr>
        <w:t xml:space="preserve">Now these FTD obligations can be granted extensions. </w:t>
      </w:r>
    </w:p>
    <w:p>
      <w:pPr>
        <w:keepLines w:val="0"/>
        <w:widowControl w:val="0"/>
        <w:spacing w:before="62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here: </w:t>
      </w:r>
      <w:hyperlink r:id="rId970">
        <w:r>
          <w:rPr>
            <w:rFonts w:ascii="Calibri" w:hAnsi="Calibri"/>
            <w:sz w:val="20"/>
            <w:color w:val="00B0F0"/>
            <w:u/>
          </w:rPr>
          <w:t>https://www.finra.org/rules-guidance/notices/information-notice-120120</w:t>
        </w:r>
      </w:hyperlink>
      <w:hyperlink r:id="rId97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971">
        <w:r>
          <w:rPr>
            <w:rFonts w:ascii="Calibri" w:hAnsi="Calibri"/>
            <w:sz w:val="20"/>
            <w:color w:val="00B0F0"/>
            <w:u/>
          </w:rPr>
          <w:t>Settlement Dates that an FTD position can extend to</w:t>
        </w:r>
      </w:hyperlink>
      <w:hyperlink r:id="rId97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967">
        <w:r>
          <w:rPr>
            <w:rFonts w:ascii="Calibri" w:hAnsi="Calibri"/>
            <w:sz w:val="20"/>
            <w:color w:val="00B0F0"/>
            <w:u/>
          </w:rPr>
          <w:t>In my FTD document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 believe I have identified the smoking gun of how these shares have been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and subsequently extended against. T+5+30 (T+35) FTD obligations of IWN created massive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volume-upticks on the T+35 date. In my opinion, I have proven that ETFs were used to “reset” FTDs,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open for arguments against it. </w:t>
      </w:r>
    </w:p>
    <w:p>
      <w:pPr>
        <w:keepLines w:val="0"/>
        <w:widowControl w:val="0"/>
        <w:spacing w:before="20" w:after="0" w:lineRule="exact" w:line="373"/>
        <w:ind w:left="0" w:right="-60"/>
      </w:pP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The Train of Thought. </w:t>
      </w:r>
    </w:p>
    <w:p>
      <w:pPr>
        <w:keepLines w:val="0"/>
        <w:widowControl w:val="0"/>
        <w:spacing w:before="27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Imagine this scenario.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shorted GameStop in December because you have a raging FTD problem that keeps biting you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 every 13 days, and you MUST exit this position. Unfortunately, GME is now too expensive to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you are running out of options.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972">
        <w:r>
          <w:rPr>
            <w:rFonts w:ascii="Calibri" w:hAnsi="Calibri"/>
            <w:sz w:val="20"/>
            <w:color w:val="00B0F0"/>
            <w:u/>
          </w:rPr>
          <w:t>iborrowdesk.com screenshot</w:t>
        </w:r>
      </w:hyperlink>
      <w:hyperlink r:id="rId97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you call up your friend who holds the a bunch of settled GME shares in an ETF (XRT) and you borrow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to wash yourself of the FTD problem with GME. I say XRT, because look at the GME FTD rate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12/14/2020 and then the pop of FTD rate out of nowhere from XRT on 12/16/2020!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973">
        <w:r>
          <w:rPr>
            <w:rFonts w:ascii="Calibri" w:hAnsi="Calibri"/>
            <w:sz w:val="20"/>
            <w:color w:val="00B0F0"/>
            <w:u/>
          </w:rPr>
          <w:t>ETFs are the timebombs they use to hide FTDs</w:t>
        </w:r>
      </w:hyperlink>
      <w:hyperlink r:id="rId97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1/29/2021, the extent of that borrow becomes obvious. At least 2 million GME shares were utilized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wash someone short out of their FTD problem that they dumped onto the SPDR S&amp;P Retail ETF.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best part. The highly advertised XRT ETF was not the only one that did this on that same day.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fact, they WEREN’T EVEN THE MOST: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974">
        <w:r>
          <w:rPr>
            <w:rFonts w:ascii="Calibri" w:hAnsi="Calibri"/>
            <w:sz w:val="20"/>
            <w:color w:val="00B0F0"/>
            <w:u/>
          </w:rPr>
          <w:t>If you smellllllllllll. What the Rock. Is Cooking.</w:t>
        </w:r>
      </w:hyperlink>
      <w:hyperlink r:id="rId97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Blackrock’s IWM ETF exploded without warning and then dissipated away. What is happening here? </w:t>
      </w:r>
    </w:p>
    <w:p>
      <w:pPr>
        <w:keepLines w:val="0"/>
        <w:widowControl w:val="0"/>
        <w:spacing w:before="20" w:after="0" w:lineRule="exact" w:line="373"/>
        <w:ind w:left="0" w:right="-60"/>
      </w:pP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FPL Programs and why haven’t we talked about this?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 FTD #s were just starting to become talked about in mid-to-late January in the mainstream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WSB community, the shorts knew they had to rotate that FTD reporting off the "GME" books and hide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internal Q1 data reporting. Coincidentally, by rotating the FTD problem internally through using ETFs,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freed up A LOT of settled shares to limit the FTD problem with OR allowed to be borrowed to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 (Blackrock). </w:t>
      </w:r>
    </w:p>
    <w:p>
      <w:pPr>
        <w:keepLines w:val="0"/>
        <w:widowControl w:val="0"/>
        <w:spacing w:before="30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So, with that line of thinking established, we should see a clear rise in FTDs in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these ETFs of anyone who is running a “FPL Program”.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What is an FPL Program?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let this letter from Ms. Elizabeth Baird of the SEC to Kris Dailey, Vice President of the Office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and Operational Risk Policy of the Financial Industry Regulatory Authority @ One World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Center (phew), speak for itself. </w:t>
      </w:r>
      <w:hyperlink r:id="rId975">
        <w:r>
          <w:rPr>
            <w:rFonts w:ascii="Calibri" w:hAnsi="Calibri"/>
            <w:sz w:val="20"/>
            <w:color w:val="00B0F0"/>
            <w:u/>
          </w:rPr>
          <w:t>https://www.sec.gov/divisions/marketreg/mr-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975">
        <w:r>
          <w:rPr>
            <w:rFonts w:ascii="Calibri" w:hAnsi="Calibri"/>
            <w:sz w:val="20"/>
            <w:color w:val="00B0F0"/>
            <w:u/>
          </w:rPr>
          <w:t>noaction/2020/finra-fpl-20201022-15c3-3.pdf</w:t>
        </w:r>
      </w:hyperlink>
      <w:hyperlink r:id="rId97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976">
        <w:r>
          <w:rPr>
            <w:rFonts w:ascii="Calibri" w:hAnsi="Calibri"/>
            <w:sz w:val="20"/>
            <w:color w:val="00B0F0"/>
            <w:u/>
          </w:rPr>
          <w:t>She said it. Not me. I’m merely just a messenger</w:t>
        </w:r>
      </w:hyperlink>
      <w:hyperlink r:id="rId97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479" w:name="pg478"/>
      <w:pPr>
        <w:keepLines w:val="0"/>
        <w:pageBreakBefore/>
        <w:widowControl w:val="0"/>
        <w:spacing w:before="31" w:after="0" w:lineRule="exact" w:line="301"/>
        <w:ind w:left="0" w:right="-60"/>
      </w:pPr>
      <w:bookmarkEnd w:id="479"/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What does this mean to an ape?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977">
        <w:r>
          <w:rPr>
            <w:rFonts w:ascii="Calibri" w:hAnsi="Calibri"/>
            <w:sz w:val="20"/>
            <w:color w:val="00B0F0"/>
            <w:u/>
          </w:rPr>
          <w:t>https://www.thebalancecareers.com/sec-rule-15c3-3-1286902</w:t>
        </w:r>
      </w:hyperlink>
      <w:hyperlink r:id="rId97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 15C3-3 established the requirement to keep enough cash and securities in a segregated account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will cover a portion of the costs of a major market move. Here is the law for review: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978">
        <w:r>
          <w:rPr>
            <w:rFonts w:ascii="Calibri" w:hAnsi="Calibri"/>
            <w:sz w:val="20"/>
            <w:color w:val="00B0F0"/>
            <w:u/>
          </w:rPr>
          <w:t>https://www.law.cornell.edu/cfr/text/17/240.15c3-3</w:t>
        </w:r>
      </w:hyperlink>
      <w:hyperlink r:id="rId97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Therefore, this is my interpretation of the days to come. I know dates are frowned upon,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but I believe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can call attention to the date established by the Financial Industry Regulatory Authority.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73"/>
        <w:ind w:left="0" w:right="-60"/>
      </w:pP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TOMORROW (DAWN OF THE FIRST DAY) April 22, 2021: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markets will open “frothy”. All the players are aware of the collateral requirements of their 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positions. Every advancement on a position your institution is not long on, is a direct attack 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institution’s way of life. GME will be in a very precarious position. As a negative beta stock,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biggest one of them all, all volume on long/short will influence the direction the market moves.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equally possible for the stock to explode with volatility we have never seen before, or it remain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pinned on the Max Pain line for another day to continue to bleed off delta. In either case, the world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watching with bated breath.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Assuming there are broker/dealers out there that did not come into compliance with Rule 15c3-3 by 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trading tomorrow, they will officially be out of compliance and everyone will be looking to the SEC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action. But… if there is a broker/dealer out there right now wondering if they have enough collateral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 tomorrow’s many hypothetical situations… you can bet your ass they are sweating bullets right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now.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The “winner” of this battleground will set the collateral requirements for the </w:t>
      </w:r>
    </w:p>
    <w:p>
      <w:pPr>
        <w:keepLines w:val="0"/>
        <w:widowControl w:val="0"/>
        <w:spacing w:before="29" w:after="0" w:lineRule="exact" w:line="301"/>
        <w:ind w:left="0" w:right="-60"/>
      </w:pPr>
      <w:r>
        <w:rPr>
          <w:rFonts w:ascii="Arial" w:hAnsi="Arial"/>
          <w:b w:val="0"/>
          <w:i w:val="0"/>
          <w:color w:val="FFFFFF"/>
          <w:sz w:val="26"/>
          <w:u w:val="none"/>
        </w:rPr>
        <w:t xml:space="preserve">“loser” as outlined here: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979">
        <w:r>
          <w:rPr>
            <w:rFonts w:ascii="Calibri" w:hAnsi="Calibri"/>
            <w:sz w:val="20"/>
            <w:color w:val="00B0F0"/>
            <w:u/>
          </w:rPr>
          <w:t>Margin is Calling</w:t>
        </w:r>
      </w:hyperlink>
      <w:hyperlink r:id="rId97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4" w:after="0" w:lineRule="exact" w:line="373"/>
        <w:ind w:left="0" w:right="-60"/>
      </w:pP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In Conclusion </w:t>
      </w:r>
    </w:p>
    <w:p>
      <w:pPr>
        <w:keepLines w:val="0"/>
        <w:widowControl w:val="0"/>
        <w:spacing w:before="57" w:after="0" w:lineRule="exact" w:line="252"/>
        <w:ind w:left="0" w:right="-60"/>
      </w:pPr>
      <w:hyperlink r:id="rId980">
        <w:r>
          <w:rPr>
            <w:rFonts w:ascii="Calibri" w:hAnsi="Calibri"/>
            <w:sz w:val="20"/>
            <w:color w:val="00B0F0"/>
            <w:u/>
          </w:rPr>
          <w:t>IT IS TIME TO COVER</w:t>
        </w:r>
      </w:hyperlink>
      <w:hyperlink r:id="rId98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Moon Soon.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82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 Got What You Quant - 6/2/21 Trading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Analysis and a Deeper Dive Into Today's Tape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bookmarkStart w:id="480" w:name="pg47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HOLY MOLY! GME has highest close since 1/29! If you haven't seen yesterday's POST, I recommend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taking a look before getting into today's action, because </w:t>
      </w:r>
      <w:r>
        <w:rPr>
          <w:rFonts w:ascii="Cambria" w:hAnsi="Cambria"/>
          <w:b/>
          <w:i w:val="0"/>
          <w:color w:val="FFFFFF"/>
          <w:sz w:val="20"/>
          <w:u w:val="none"/>
        </w:rPr>
        <w:t>BIG THINGS ARE HAPPENING!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Congrats to the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💎🖐🦍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like movies, as without you, GME wouldn't be on the brink of launch. Prepare yourself, it's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for the tea. This is not financial advice, my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🧠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smooth. </w:t>
      </w:r>
    </w:p>
    <w:p>
      <w:pPr>
        <w:keepLines w:val="0"/>
        <w:widowControl w:val="0"/>
        <w:spacing w:before="38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Up until 5/27, GME price movements were strongly correlated to AMC, making the year to date R</w:t>
      </w:r>
      <w:r>
        <w:rPr>
          <w:rFonts w:ascii="Cambria" w:hAnsi="Cambria"/>
          <w:b w:val="0"/>
          <w:i w:val="0"/>
          <w:color w:val="FFFFFF"/>
          <w:sz w:val="12"/>
          <w:u w:val="none"/>
        </w:rPr>
        <w:t>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value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the two 76%. In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speak, statistically a price change in GME was 76% dependent on a similar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change in AMC, and vice versa. After today's trading, that R</w:t>
      </w:r>
      <w:r>
        <w:rPr>
          <w:rFonts w:ascii="Cambria" w:hAnsi="Cambria"/>
          <w:b w:val="0"/>
          <w:i w:val="0"/>
          <w:color w:val="FFFFFF"/>
          <w:sz w:val="12"/>
          <w:u w:val="none"/>
        </w:rPr>
        <w:t>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value has decreased by 40% to 0.45!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MASSIVE DECOUPLING!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81">
        <w:r>
          <w:rPr>
            <w:rFonts w:ascii="Cambria" w:hAnsi="Cambria"/>
            <w:sz w:val="20"/>
            <w:color w:val="FFFFFF"/>
            <w:u/>
          </w:rPr>
          <w:t xml:space="preserve">1. 6/2 Update - Plot of AMC and GME closing prices - R(square) = 0.45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a risk management perspective, especially ones based on linear analysis, this means a long AMC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can no longer effectively hedge a short GME position based on this correlation breakdown.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entities use more dynamic analysis for certain pair trades, especially volatile ones, and instead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relying solely on linear regression, can adaptively use a "BEST FIT" model. I now present you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logarithmic regression -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82">
        <w:r>
          <w:rPr>
            <w:rFonts w:ascii="Cambria" w:hAnsi="Cambria"/>
            <w:sz w:val="20"/>
            <w:color w:val="FFFFFF"/>
            <w:u/>
          </w:rPr>
          <w:t xml:space="preserve">2. 6/2 Update - Plot of AMC and GME closing prices - LOG R(square) = 0.72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after the last four trading days, on a logarithmic scale going long AMC can still hedge a GME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~72% GME price movements are dependent on AMC price changes. But this comes with SIGNIFICANT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risk management implications! I'll explain -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83">
        <w:r>
          <w:rPr>
            <w:rFonts w:ascii="Cambria" w:hAnsi="Cambria"/>
            <w:sz w:val="20"/>
            <w:color w:val="FFFFFF"/>
            <w:u/>
          </w:rPr>
          <w:t xml:space="preserve">3. GME-AMC prices 1/4 - 5/26/2021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of 5/26, the price of GME can be modeled by the price of AMC with the equation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GME(price) =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16.8*AMC(price) - 12.36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To hedge a GME short, a HF looks at the </w:t>
      </w:r>
      <w:r>
        <w:rPr>
          <w:rFonts w:ascii="Cambria" w:hAnsi="Cambria"/>
          <w:b w:val="0"/>
          <w:i/>
          <w:color w:val="FFFFFF"/>
          <w:sz w:val="20"/>
          <w:u w:val="none"/>
        </w:rPr>
        <w:t>derivative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off setting long,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case of a linear model, a standard hedge would be to buy ~16.8 shares of AMC for every share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that is short. This will reduce the VaR (Value at Risk) of the short GME position. I don't want to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the full details of how to calculate VaR, but the key thing to understand is VaR models take historical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prices to determine the daily price variance of a holding, as well as the covariance between holdings,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 a 95% confidence measure of the max drawdown of a portfolio from one day to the next.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examples below, please scroll past if the math makes your head spin 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984">
        <w:r>
          <w:rPr>
            <w:rFonts w:ascii="Cambria" w:hAnsi="Cambria"/>
            <w:sz w:val="20"/>
            <w:color w:val="FFFFFF"/>
            <w:u/>
          </w:rPr>
          <w:t xml:space="preserve">What a 95% Confidence looks like for single tail normal distribution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VaR Example 1 - 100 shares of 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VaR on a 100 share GME exposure - On 5/26 the YTD variance of GME closing prices was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22.8% from one day to the next, and the volatility of GME is the sq root of variance,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is 47.8%. To calculate a 95% confidence interval, you then have to multiple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by 1.645 to statistically capture 95% of probable outcomes based on a normal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distribution, bringing the value to 78.5%. GME closed 5/26 at $229, so 100 shares is </w:t>
      </w:r>
    </w:p>
    <w:p>
      <w:pPr>
        <w:keepLines w:val="0"/>
        <w:widowControl w:val="0"/>
        <w:spacing w:before="69" w:after="0" w:lineRule="exact" w:line="247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worth $22,900 and the VaR of that position is $22,900*.785 = $17,987. In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speak, </w:t>
      </w:r>
    </w:p>
    <w:p>
      <w:bookmarkStart w:id="481" w:name="pg480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48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hodling 100 shares of GME going into the trading session on 5/27, there was a 95%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chance that position would not gain or lose more than $17,987. Another way to look at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it, which is what risk management really is focus on - Over the next 20 trading days, 100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of GME should statistically </w:t>
      </w:r>
      <w:r>
        <w:rPr>
          <w:rFonts w:ascii="Cambria" w:hAnsi="Cambria"/>
          <w:b/>
          <w:i w:val="0"/>
          <w:color w:val="FFFFFF"/>
          <w:sz w:val="20"/>
          <w:u w:val="none"/>
        </w:rPr>
        <w:t>GAIN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</w:t>
      </w:r>
      <w:r>
        <w:rPr>
          <w:rFonts w:ascii="Cambria" w:hAnsi="Cambria"/>
          <w:b/>
          <w:i w:val="0"/>
          <w:color w:val="FFFFFF"/>
          <w:sz w:val="20"/>
          <w:u w:val="none"/>
        </w:rPr>
        <w:t>LOSE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more than $17,987 in a single trading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session.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Var Example 2 - 100 shares short of GME with Offsetting AMC Long 1,680 Shares Pair Trade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AMC's volatility must also be taken into account, along with AMC's correlation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GME. The variance of AMC on 5/26 was 11.9%, the volatility was 34.5%, and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correlation between the two stocks was 0.81. The math gets a bit more complicated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here, but involves linear algebra and matrix multiplication, but by offsetting a 100 share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GME position by going long 1,680 shares of AMC, the overall portfolio VaR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reduced to $9,476 based on my model.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85">
        <w:r>
          <w:rPr>
            <w:rFonts w:ascii="Cambria" w:hAnsi="Cambria"/>
            <w:sz w:val="20"/>
            <w:color w:val="FFFFFF"/>
            <w:u/>
          </w:rPr>
          <w:t xml:space="preserve">Model Snapshot - I'm not just pulling numbers out of the sky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Whew, lot's of math, but that's what you quanted, right? Just a bit more math, but we need to revisit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dominate logarithmic correlation GME and AMC have. From Chart 2 -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GME(price) = 101.7ln(AMC)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- 73.533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derivative (sorry, calculus) of that is 101.7/(AMC). What does that mean? Unlike a linear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regression that can provide an optimal amount of shares needed across prices, a logarithmic correlation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results in a constantly fluctuating amount of AMC shares needed to hedge a GME short based on the AMC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price, and the higher that price goes, the more AMC shares are needed. </w:t>
      </w:r>
      <w:r>
        <w:rPr>
          <w:rFonts w:ascii="Cambria" w:hAnsi="Cambria"/>
          <w:b/>
          <w:i w:val="0"/>
          <w:color w:val="FFFFFF"/>
          <w:sz w:val="20"/>
          <w:u w:val="none"/>
        </w:rPr>
        <w:t>(Edit 1)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A hedge using a linear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regression has a constant capital requirement, because if f(x) = 2x, f'(x) = 2. In regards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logarithmic regression, f(x) = ln(x), and f'(x) = 1/x. When using a logarithmic correlation of a long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position to hedge the short position, the overall capital required to maintain the hedge increases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exponentially as the long side of the trade increases in value, resulting in a feedback loop caused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more buying of the long side of the trade as prices rise, with the "hedging" buying also increasing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the price of the long position, until a price point that causes the relationship to fully break down.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Eventually the hedge becomes non existent because 1/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♾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 = 0.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a AMC price of 101.7, the shares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needed reaches a 1 to 1 parity, and beyond 101.7, the effectiveness of a long AMC position to hedge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GME share begins to diminish exponentially. This is a catch 22, because if AMC is being used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a GME short, more shares are needed as AMC prices rise, causing further upward price pressure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AMC. </w:t>
      </w:r>
    </w:p>
    <w:p>
      <w:pPr>
        <w:keepLines w:val="0"/>
        <w:widowControl w:val="0"/>
        <w:spacing w:before="384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now I'm going to try and tie everything together for all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understand. HFs short GME have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able to hedge their position with AMC, but the last 4 trading days have forced institutions and MARGE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reassess risk models as the linear relationship turned into a logarithmic one. Because of this change,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of AMC shares needed to hedge a GME short position has begun to rise exponentially. This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resulted in an exponential increase in buying pressure in AMC, also leading to an exponential price rise.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strategy can continue based on the models until AMC reaches $100, but is becoming exponentially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expensive to execute with each tick higher in AMC's price. If/when AMC reaches $100,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effectiveness of this hedging begins to exponentially decay, and in theory will lead to an infinite amount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AMC shares being needed, which in reality is not possible. </w:t>
      </w:r>
    </w:p>
    <w:p>
      <w:bookmarkStart w:id="482" w:name="pg481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48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critical point, is today's price action is just now being updated in risk models across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institutions, and these models also determine counterparty risk and MARGIN requirements. Due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nature of logarithmic relationships in hedging/VaR, there is still time and pricing intervals available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maintain a long AMC position to offset a GME short, HOWEVER, if AMC reaches $100, this will no longer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the case, and institutions lending out margin to counterparties short GME will no longer be able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 the relationship to AMC to lower VaR used with margin calculations. Instead, each position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taken independently, and the now exponentially larger AMC positions of SHF, combined with whatever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GME exposure the SHF has will almost certainly blow out all VaR models, leading to margin calls.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 want to be clear, everything to this point has been about hedge funds short GME in general,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HFT trading firms like Shitadel. These are the players with short GME exposure that hold positions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overnight for days/weeks/months at a time. The overnight/premarket moves in AMC have significantly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contributed to AMC's outperformance of GME since last week, but during the regular trading session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 have moved nearly tick for tick, until today. I present you today's tape - </w:t>
      </w:r>
    </w:p>
    <w:p>
      <w:pPr>
        <w:keepLines w:val="0"/>
        <w:widowControl w:val="0"/>
        <w:spacing w:before="384" w:after="0" w:lineRule="exact" w:line="247"/>
        <w:ind w:left="0" w:right="-60"/>
      </w:pPr>
      <w:hyperlink r:id="rId986">
        <w:r>
          <w:rPr>
            <w:rFonts w:ascii="Cambria" w:hAnsi="Cambria"/>
            <w:sz w:val="20"/>
            <w:color w:val="FFFFFF"/>
            <w:u/>
          </w:rPr>
          <w:t xml:space="preserve">The Most Important Pink </w:t>
        </w:r>
      </w:hyperlink>
      <w:hyperlink r:id="rId986">
        <w:r>
          <w:rPr>
            <w:rFonts w:ascii="Segoe UI Emoji" w:hAnsi="Segoe UI Emoji"/>
            <w:sz w:val="20"/>
            <w:color w:val="FFFFFF"/>
            <w:u/>
          </w:rPr>
          <w:t>🍆</w:t>
        </w:r>
      </w:hyperlink>
      <w:hyperlink r:id="rId986">
        <w:r>
          <w:rPr>
            <w:rFonts w:ascii="Cambria" w:hAnsi="Cambria"/>
            <w:sz w:val="20"/>
            <w:color w:val="FFFFFF"/>
            <w:u/>
          </w:rPr>
          <w:t xml:space="preserve"> You've Ever Seen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in what these two charts are showing for a moment, and specifically what happened during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 after AMC's first trading halt. Now, this is just theory, based off the evidence presented above,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most exponential price rise GME had all day </w:t>
      </w:r>
      <w:r>
        <w:rPr>
          <w:rFonts w:ascii="Cambria" w:hAnsi="Cambria"/>
          <w:b/>
          <w:i w:val="0"/>
          <w:color w:val="FFFFFF"/>
          <w:sz w:val="20"/>
          <w:u w:val="none"/>
        </w:rPr>
        <w:t>WAS DURING THE AMC TRADING HALT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If there was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a smoking gun what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💩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a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🔔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doing to ward off a margin call, this is it. During the halt, the main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vehicle Shitadel has been using to hedge their GME short went away, right before one of the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important times in the day that institutions use in calculating counterparty VaR and margin needs.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goes parabolic, because they couldn't hedge the short by purchasing AMC stock, they actually needed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 covering, and that volume spike gives all the confirmation anyone should need to infer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serious forced buying started. The exponential price rise continued until the moment AMC reopened.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HFT algos across the markets are currently programmed to respond to AMC price dumps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corresponding price dumps of GME, and the moment AMC reopened, 10 million shares were dumped,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bringing AMC down over $10 in 2 minutes (hmm, recalling GME on 3/10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🤔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triggering another trading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halt, but effectively stopping GME's exponential price rise. Now I have no idea exactly how the algos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programmed, but after today it's clear to me there is a clear line of logic that states something along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lines of "If AMC price declines &gt;="x", sell "y" GME shares". It also seems the HFT algos have removed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most, if not all logic rules for "If AMC price increases &gt;="x", buy "y" GME shares", and this makes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 sense to me after the AMC-GME correlation has shifted from a linear relationship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logarithmic one, and most likely why AMC upticks had diminishing magnitude upticks in GME shares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day progressed. This ALSO means the magnitude of downticks in GME is amplified in relation to AMC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big sell offs.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what's next? I expect the institutions that solely handle VaR and counterparty margin requirements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linear modeling are going to raise capital requirements for any account with short GME exposure,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whereas those with more dynamic modeling still have a few days. I'm not sure what's going to happen </w:t>
      </w:r>
    </w:p>
    <w:p>
      <w:bookmarkStart w:id="483" w:name="pg48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AMC, but I think it is more likely that AMC continues higher for a bit longer to give SHF more ammo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algos to stop GME price rises by dumping AMC shares, but as shown in this DD, the higher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goes and closer AMC approaches $100, the more things get dicey. I do not think $100 necessarily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needs to be a ceiling for AMC, but it will cause the final breakdown between AMC and GME and cause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requirements to rocket higher across the markets due to massively increased VaR. If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like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movies continue to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💎🖐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the entire market will enter a phase never seen before. I am incredibly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impressed thus far what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like movies have been able to achieve, and gives me even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confidence in hodling GME, for the MOASS is close. I do think things start getting really interesting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if/when GME gets above $300, because after the events of 1/28, 3/10, and today after AMC's first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halt, it is clear $300 is the line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💩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a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🔔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MUST DEFEND. Nothing in this post should be considered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advice, do not buy or sell anything based on any wrinkles this post gave your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🧠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8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TL/DR (for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 that can't read) 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💎🖐🦍➡💩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a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🔔🎆➡🔥🚀🚀🚀🌙➡🍗🍗🍗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1: Clarifying Logarithmic Analysis Below VaR Examples with strikethrough and new text. </w:t>
      </w:r>
    </w:p>
    <w:p>
      <w:pPr>
        <w:keepLines w:val="0"/>
        <w:widowControl w:val="0"/>
        <w:spacing w:before="60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end has begun. (IMPORTANT INFO INSIDE)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hyperlink r:id="rId987">
        <w:r>
          <w:rPr>
            <w:rFonts w:ascii="Cambria" w:hAnsi="Cambria"/>
            <w:sz w:val="20"/>
            <w:color w:val="FFFFFF"/>
            <w:u/>
          </w:rPr>
          <w:t xml:space="preserve">https://www.dtcc.com/-/media/Files/pdf/2021/5/4/B15129-21.pdf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 is imposing a 100% haircut for MBS bonds "Not Rated or Rated below Aa2/AA"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does this mean?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a "haircut"?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88">
        <w:r>
          <w:rPr>
            <w:rFonts w:ascii="Cambria" w:hAnsi="Cambria"/>
            <w:sz w:val="20"/>
            <w:color w:val="FFFFFF"/>
            <w:u/>
          </w:rPr>
          <w:t xml:space="preserve">Source: http://www.columbia.edu/~td2332/Paper_Repo.pdf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The recent financial crisis centered on the sale and repurchase (“repo”) market, a very large short-term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collateralized debt market. Repo transactions often involve overcollateralization. The extent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overcollateralization is known as a “haircut.” Why do haircuts exist? And what determine the size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haircut? We show that the existence of haircuts is due to sequential trade in which parties may default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intermediate lenders face liquidity needs. When there is a positive probability that the borrower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default, then the lender’s liquidity needs and own default risk in a subsequent transaction to sell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become paramount. The haircut size depends on (i) the default probabilities of the borrower,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(ii) the liquidity needs of the lender, (iii) the default probability of the lender in a subsequent repo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transaction and (iv) the nature of the collateral 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is a "MBS" or "CMBS?" </w:t>
      </w:r>
    </w:p>
    <w:p>
      <w:bookmarkStart w:id="484" w:name="pg48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4"/>
      <w:hyperlink r:id="rId989">
        <w:r>
          <w:rPr>
            <w:rFonts w:ascii="Cambria" w:hAnsi="Cambria"/>
            <w:sz w:val="20"/>
            <w:color w:val="FFFFFF"/>
            <w:u/>
          </w:rPr>
          <w:t xml:space="preserve">Source: https://www.investopedia.com/terms/c/cmbs.asp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Commercial mortgage-backed securities (CMBS) are fixed-income investment products that are backed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mortgages on commercial properties rather than residential real estate. CMBS can provide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real estate investors and commercial lenders alike. 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are these important?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Required watch for all investors: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90">
        <w:r>
          <w:rPr>
            <w:rFonts w:ascii="Cambria" w:hAnsi="Cambria"/>
            <w:sz w:val="20"/>
            <w:color w:val="FFFFFF"/>
            <w:u/>
          </w:rPr>
          <w:t xml:space="preserve">https://www.youtube.com/watch?v=x2xIgseFCpc&amp;start=41s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what are the implications behind a 100% haircut. Well, this essentially makes all MBS /CMBS bonds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are "Not Rated or Rated below Aa2/AA" worthless as collateral. Why is this important? Because in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91">
        <w:r>
          <w:rPr>
            <w:rFonts w:ascii="Cambria" w:hAnsi="Cambria"/>
            <w:sz w:val="20"/>
            <w:color w:val="FFFFFF"/>
            <w:u/>
          </w:rPr>
          <w:t>the Repo Market (https://www.brookings.edu/blog/up-front/2020/01/28/what-is-the-repo-market-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1">
        <w:r>
          <w:rPr>
            <w:rFonts w:ascii="Cambria" w:hAnsi="Cambria"/>
            <w:sz w:val="20"/>
            <w:color w:val="FFFFFF"/>
            <w:u/>
          </w:rPr>
          <w:t xml:space="preserve">and-why-does-it-matter/) collateral is king.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repo market is the glue that holds our global economy together, and it's fueled by bonds. In laymans,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 Markets are where big banks go for 24hr loans. These 24hr loans mean they don't need cash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hand, and can utilize it in the market. These markets are integral to ensuring our global economy runs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smoothly. If the repo markets go under, we get 2008 all over again.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Let me add this example from the knvesropedia article, familiar?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“Long-Term Capital Management's (LTCM) Failure and Collateral Haircuts Example LTCM was a hedge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 started in 1993. By 1998 it had amassed massive losses, nearly resulting in a collapse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system. The basis of LTCM's profit model, which worked very well for a while, was to suck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 profits from market inefficiencies. This is commonly called arbitrage. The firm used historical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models to highlight opportunities and then deployed capital to profit from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opportunity typically only produced a small amount of profit, so the firm utilized leverage—or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borrowed money—in order to increase the gains. The firm had $5 billion in assets, yet controlled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 trillion worth of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and other institutions allowed LTCM to borrow or leverage so much, with little collateral, mainly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they viewed the firm and their positions as non-risky. Ultimately, though, the firm's model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failed to predict inefficiencies accurately, and those massively sized positions began to lose far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than the firm actually had...and more money than many of the banks and institutions that lent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 or allow them to purchase assets had.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failure of LTCM, which required a bailout of the financial system, resulted in much higher haircut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rules in terms of what can be posted as collateral, and how much the haircut has to be. LTCM had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 no haircuts, yet today an average investor buying regular stocks is subject to a 50% haircut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using those stocks as collateral against the amount borrowed on a margin trading account. So, let's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 tying some of this together.”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we know: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 is making all bonds below a Aa2/AA rating worthless in MBS repo markets,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they're also devaluing AAA/Aa2/AA by 7%.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DTCC will only do this if they fear foreclosure, or high risk in an asset. In this case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Mortgage Backed Securities and Commercial Mortgage Backed Securities.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Cool, now what has happened, literally tonight? </w:t>
      </w:r>
    </w:p>
    <w:p>
      <w:bookmarkStart w:id="485" w:name="pg48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5"/>
      <w:hyperlink r:id="rId992">
        <w:r>
          <w:rPr>
            <w:rFonts w:ascii="Cambria" w:hAnsi="Cambria"/>
            <w:sz w:val="20"/>
            <w:color w:val="FFFFFF"/>
            <w:u/>
          </w:rPr>
          <w:t xml:space="preserve">https://www.dtcc.com/-/media/Files/pdf/2021/5/4/MBS981-21.pdf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BoFA just shutdown one of it's MBS clearing companies.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of these announcements on 5/4.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I'm understanding this correctly heads are rolling. Be safe tomorrow apes, we're in the endgame.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Let's get deeper.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literally effects ALL bonds, AND securities! Meaning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93">
        <w:r>
          <w:rPr>
            <w:rFonts w:ascii="Cambria" w:hAnsi="Cambria"/>
            <w:sz w:val="20"/>
            <w:color w:val="FFFFFF"/>
            <w:u/>
          </w:rPr>
          <w:t>https://preview.redd.it/zeaw7mjl69x61.png?width=537&amp;format=png&amp;auto=webp&amp;s=b4ef561cb0cad7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3">
        <w:r>
          <w:rPr>
            <w:rFonts w:ascii="Cambria" w:hAnsi="Cambria"/>
            <w:sz w:val="20"/>
            <w:color w:val="FFFFFF"/>
            <w:u/>
          </w:rPr>
          <w:t xml:space="preserve">042bdefe5340063058a80ebb46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you're on this list and your bonds don't meet the requirements, you're fucked.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Who's fucked?: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94">
        <w:r>
          <w:rPr>
            <w:rFonts w:ascii="Cambria" w:hAnsi="Cambria"/>
            <w:sz w:val="20"/>
            <w:color w:val="FFFFFF"/>
            <w:u/>
          </w:rPr>
          <w:t xml:space="preserve">For reference: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Fucked: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995">
        <w:r>
          <w:rPr>
            <w:rFonts w:ascii="Cambria" w:hAnsi="Cambria"/>
            <w:sz w:val="20"/>
            <w:color w:val="FFFFFF"/>
            <w:u/>
          </w:rPr>
          <w:t>Citadel: https://www.spglobal.com/marketintelligence/en/news-insights/latest-news-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5">
        <w:r>
          <w:rPr>
            <w:rFonts w:ascii="Cambria" w:hAnsi="Cambria"/>
            <w:sz w:val="20"/>
            <w:color w:val="FFFFFF"/>
            <w:u/>
          </w:rPr>
          <w:t xml:space="preserve">headlines/moody-s-affirms-citadel-securities-changes-outlook-to-positive-from-stable-60446734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6">
        <w:r>
          <w:rPr>
            <w:rFonts w:ascii="Cambria" w:hAnsi="Cambria"/>
            <w:sz w:val="20"/>
            <w:color w:val="FFFFFF"/>
            <w:u/>
          </w:rPr>
          <w:t xml:space="preserve">Jp Morgan: https://www.jpmorganchase.com/ir/fixed-income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7">
        <w:r>
          <w:rPr>
            <w:rFonts w:ascii="Cambria" w:hAnsi="Cambria"/>
            <w:sz w:val="20"/>
            <w:color w:val="FFFFFF"/>
            <w:u/>
          </w:rPr>
          <w:t xml:space="preserve">Bofa 80% fucked: https://investor.bankofamerica.com/fixed-income/credit-ratings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8">
        <w:r>
          <w:rPr>
            <w:rFonts w:ascii="Cambria" w:hAnsi="Cambria"/>
            <w:sz w:val="20"/>
            <w:color w:val="FFFFFF"/>
            <w:u/>
          </w:rPr>
          <w:t xml:space="preserve">UBS AG Stamford: https://cbonds.com/company/34937/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9">
        <w:r>
          <w:rPr>
            <w:rFonts w:ascii="Cambria" w:hAnsi="Cambria"/>
            <w:sz w:val="20"/>
            <w:color w:val="FFFFFF"/>
            <w:u/>
          </w:rPr>
          <w:t>Credit Suisse: https://www.credit-suisse.com/about-us/en/investor-relations/debt-investors/ratings-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999">
        <w:r>
          <w:rPr>
            <w:rFonts w:ascii="Cambria" w:hAnsi="Cambria"/>
            <w:sz w:val="20"/>
            <w:color w:val="FFFFFF"/>
            <w:u/>
          </w:rPr>
          <w:t xml:space="preserve">credit-reports.html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0">
        <w:r>
          <w:rPr>
            <w:rFonts w:ascii="Cambria" w:hAnsi="Cambria"/>
            <w:sz w:val="20"/>
            <w:color w:val="FFFFFF"/>
            <w:u/>
          </w:rPr>
          <w:t>Goldman Sachs:https://www.moodys.com/research/Moodys-assigns-provisional-ratings-to-Prime-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0">
        <w:r>
          <w:rPr>
            <w:rFonts w:ascii="Cambria" w:hAnsi="Cambria"/>
            <w:sz w:val="20"/>
            <w:color w:val="FFFFFF"/>
            <w:u/>
          </w:rPr>
          <w:t xml:space="preserve">RMBS-issued-by-GS--PR_432499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can keep going on, but literally everyone on that list.... is fucked.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Shoutout u/open_significance_43 for the assistance on this post in the r/truestock discord!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measurement of expectations is key, I'm going to add some very insightful comments that 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disprove/alter this theory! Shoutout to these brave soldiers for sharing counter DD! &lt;3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1">
        <w:r>
          <w:rPr>
            <w:rFonts w:ascii="Cambria" w:hAnsi="Cambria"/>
            <w:sz w:val="20"/>
            <w:color w:val="FFFFFF"/>
            <w:u/>
          </w:rPr>
          <w:t>https://www.reddit.com/r/Superstonk/comments/n59n8x/the_end_has_begun_important_info_inside/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1">
        <w:r>
          <w:rPr>
            <w:rFonts w:ascii="Cambria" w:hAnsi="Cambria"/>
            <w:sz w:val="20"/>
            <w:color w:val="FFFFFF"/>
            <w:u/>
          </w:rPr>
          <w:t xml:space="preserve">gx04yog?utm_source=share&amp;utm_medium=web2x&amp;context=3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2">
        <w:r>
          <w:rPr>
            <w:rFonts w:ascii="Cambria" w:hAnsi="Cambria"/>
            <w:sz w:val="20"/>
            <w:color w:val="FFFFFF"/>
            <w:u/>
          </w:rPr>
          <w:t>https://www.reddit.com/r/Superstonk/comments/n59n8x/the_end_has_begun_important_info_inside/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2">
        <w:r>
          <w:rPr>
            <w:rFonts w:ascii="Cambria" w:hAnsi="Cambria"/>
            <w:sz w:val="20"/>
            <w:color w:val="FFFFFF"/>
            <w:u/>
          </w:rPr>
          <w:t xml:space="preserve">gx059wr?utm_source=share&amp;utm_medium=web2x&amp;context=3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looks to have happened before, that being said the relation to BOFA was not there at the time. Per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understanding, BOFA shutting these two wings down means they're getting out of the MBS/CMBS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Someone agrees.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3">
        <w:r>
          <w:rPr>
            <w:rFonts w:ascii="Cambria" w:hAnsi="Cambria"/>
            <w:sz w:val="20"/>
            <w:color w:val="FFFFFF"/>
            <w:u/>
          </w:rPr>
          <w:t>https://www.reddit.com/r/GME/comments/n50im1/need_a_wrinkle_brain_to_review/gwyw8pt?utm_s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3">
        <w:r>
          <w:rPr>
            <w:rFonts w:ascii="Cambria" w:hAnsi="Cambria"/>
            <w:sz w:val="20"/>
            <w:color w:val="FFFFFF"/>
            <w:u/>
          </w:rPr>
          <w:t xml:space="preserve">ource=share&amp;utm_medium=web2x&amp;context=3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&amp;#x200B;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 Edit 5/5: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got off the phone with the DTC's risk department to see if they could provide any additional insight.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some takeaways. </w:t>
      </w:r>
    </w:p>
    <w:p>
      <w:bookmarkStart w:id="486" w:name="pg48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Calvin was kind enough to let me know a couple of things. One, this hasn't been done before February.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new line of credit that was just established post rona. This was because of something called Reg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4">
        <w:r>
          <w:rPr>
            <w:rFonts w:ascii="Cambria" w:hAnsi="Cambria"/>
            <w:sz w:val="20"/>
            <w:color w:val="FFFFFF"/>
            <w:u/>
          </w:rPr>
          <w:t>W (https://www.investopedia.com/terms/r/regulation-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4">
        <w:r>
          <w:rPr>
            <w:rFonts w:ascii="Cambria" w:hAnsi="Cambria"/>
            <w:sz w:val="20"/>
            <w:color w:val="FFFFFF"/>
            <w:u/>
          </w:rPr>
          <w:t>w.asp#:~:text=Regulation%20W%20is%20a%20U.S.,requires%20collateral%20for%20certain%20tra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4">
        <w:r>
          <w:rPr>
            <w:rFonts w:ascii="Cambria" w:hAnsi="Cambria"/>
            <w:sz w:val="20"/>
            <w:color w:val="FFFFFF"/>
            <w:u/>
          </w:rPr>
          <w:t xml:space="preserve">nsactions.)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list of lenders is updated manually and applications start in early May, hence the update. Two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lenders fell off the list this go around so they sent an updated list and re-published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sound of it, there were some issues with Reg W compliance and some of the lenders had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drop off.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do we know now, and has my theory altered?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my timeline has altered, unbeknownst to me this program is for the following: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"How Regulation W Works Regulation W was published in 2003, to consolidate rulemaking under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Sections 23A and 23B of the Federal Reserve Act. Its main purposes were to protect banks from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risk resulting from transactions with their affiliates and to limit the banks' ability to use the U.S. deposit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insurance system to cover their losses from such transactions."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5">
        <w:r>
          <w:rPr>
            <w:rFonts w:ascii="Cambria" w:hAnsi="Cambria"/>
            <w:sz w:val="20"/>
            <w:color w:val="FFFFFF"/>
            <w:u/>
          </w:rPr>
          <w:t xml:space="preserve">https://www.federalreserve.gov/aboutthefed/section23a.htm (Very long read)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Alrighty, final theory.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Event#1: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Michael Burry dropping hints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6">
        <w:r>
          <w:rPr>
            <w:rFonts w:ascii="Cambria" w:hAnsi="Cambria"/>
            <w:sz w:val="20"/>
            <w:color w:val="FFFFFF"/>
            <w:u/>
          </w:rPr>
          <w:t>https://www.reddit.com/r/brkb/comments/mh4nkb/michael_burrys_new_twitter_profile_banner_hint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06">
        <w:r>
          <w:rPr>
            <w:rFonts w:ascii="Cambria" w:hAnsi="Cambria"/>
            <w:sz w:val="20"/>
            <w:color w:val="FFFFFF"/>
            <w:u/>
          </w:rPr>
          <w:t xml:space="preserve">ing/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researching, from what I can tell, our hero was back at it again blowing the whistle this time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public via code. In the post above, it shows his final twitter header before deleting his twitter. The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previous to that, was simply a picture of bricks and mortar. My assumption is he was alluding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CMBS fraud that got whistle blown about last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 #2: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so, last year a whistleblower goes the the SEC and says "Hey! They fraudin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7">
        <w:r>
          <w:rPr>
            <w:rFonts w:ascii="Cambria" w:hAnsi="Cambria"/>
            <w:sz w:val="20"/>
            <w:color w:val="FFFFFF"/>
            <w:u/>
          </w:rPr>
          <w:t xml:space="preserve">again!" https://www.sec.gov/news/press-release/2021-62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 #3: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starts looking into it, sees the fraud, and calls the DTCCs. Once they investigate and collaborate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 rolling out changes late December. Hence the bond ratings changing overnight.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whistleblowers come out as they realize the music is ending and they'll make more than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would've bonused.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Event#4: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TBD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all I got for now folks, seems to be huge news even though it did occur already. I think we may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seeing the effects of this play out over the rest of this year so keep your nose to the ground.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Disclaimer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87" w:name="pg48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7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do not provide personal investment advice and I am not a qualified licensed investment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advisor. I am an amateur investor.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All information found here, including any ideas, opinions, views, predictions, forecasts,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commentaries, suggestions, or stock picks, expressed or implied herein, are for informational,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entertainment or educational purposes only and should not be construed as personal investment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advice. While the information provided is believed to be accurate, it may include errors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inaccuracies.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 will not and cannot be held liable for any actions you take as a result of anything you read here.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Conduct your own due diligence, or consult a licensed financial advisor or broker before making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any and all investment decisions. Any investments, trades, speculations, or decisions made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basis of any information found on this site, expressed or implied herein, are committed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your own risk, financial or otherwise.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March to Zero Liquidity: Volume or Bust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1: Requested TL;DR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Remember that scene in Independence Day where the great Will Smith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a dogfight takes the baddie alien super low and into the canyon before they both crash? Or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lost the indomitable Jamie Foxx in Stealth? Well, the lower you go the higher the probability there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fatal error. GME volume has been suppressed to a point where any slight mistake by Citadel or added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 pressure will make price go BOOM.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8">
        <w:r>
          <w:rPr>
            <w:rFonts w:ascii="Cambria" w:hAnsi="Cambria"/>
            <w:sz w:val="20"/>
            <w:color w:val="FFFFFF"/>
            <w:u/>
          </w:rPr>
          <w:t xml:space="preserve">I wonder which is DFV and which is Papa Cohen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Sorry for the spoilers.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Anyways....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Overview and educational terms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 me ask you: what happens when a market maker stops making the market?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life, and certainly when it comes to the tale of naked shorting $GME, sometimes one problem creates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another. That’s exactly what Citadel is experiencing with their well-documented movement of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orders to dark pools.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this brief Ted Talk, I’ll venture to prove that Citadel’s strategy of selling in the open market while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in dark pools is marching GME toward Zero Liquidity. </w:t>
      </w:r>
      <w:r>
        <w:rPr>
          <w:rFonts w:ascii="Cambria" w:hAnsi="Cambria"/>
          <w:b w:val="0"/>
          <w:i/>
          <w:color w:val="FFFFFF"/>
          <w:sz w:val="20"/>
          <w:u w:val="none"/>
        </w:rPr>
        <w:t>Tick tock. Tick tock.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motive behind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removing buying from the open market is to limit buying pressure and balance with selling to stabilize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price. Over time, this action has reduced liquidity with a trajectory of it being near zero.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zero liquidity is impossible without delisting, my argument is that this march to a theoretical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 of zero liquidity has created a new problem for the short hedge funds – high risk of extreme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and slippage. </w:t>
      </w:r>
    </w:p>
    <w:p>
      <w:bookmarkStart w:id="488" w:name="pg48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first, a few definitions of terms: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Volume: the number of shares traded of a security within a single day. Edit #3: reword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clarity.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Bid-Ask Spread: the space between the lowest seller and highest buyer, which facilitates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Maker: a firm that actively makes bids and asks to provide liquidity for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participants to have a market that fairly quotes price. They make money by setting buy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orders at $100 and simultaneous sell orders at $101, for example.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Liquidity: the degree to which an asset can be quickly bought (bid) or sold (ask) in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at a price reflecting its intrinsic value (spread). If there is a big gap between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bid and ask, $95-$105, it’s hard for a trade at or near the mean of $100 to happen.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Volatility: how bigly a security can move around its mean value.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Thinly Traded: a security that cannot be traded without significant change in price.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Slippage: the difference between the expected price of a trade and the point at which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is executed. This can occur when a large order is executed and there is not enough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to maintain the current price range within the big-ask spread.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Pool: a system for private trading of large orders outside of the market until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 is settled.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Their January solution turned into May’s problem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since mid-January, volume moved on a decreasing slope. I downloaded historical quotes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09">
        <w:r>
          <w:rPr>
            <w:rFonts w:ascii="Cambria" w:hAnsi="Cambria"/>
            <w:sz w:val="20"/>
            <w:color w:val="FFFFFF"/>
            <w:u/>
          </w:rPr>
          <w:t xml:space="preserve">( https://www.nasdaq.com/market-activity/stocks/gme/historical) to begin my research here. Sure,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we’ve had spikes that likely are instances resulting from the well-documented FTD Cycle. However,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charting a 5-day trailing average of volume by percentage of the mid-January squeeze, the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shares traded according to NASDAQ historical volume is declining significantly.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010">
        <w:r>
          <w:rPr>
            <w:rFonts w:ascii="Cambria" w:hAnsi="Cambria"/>
            <w:sz w:val="20"/>
            <w:color w:val="FFFFFF"/>
            <w:u/>
          </w:rPr>
          <w:t xml:space="preserve">Raw NASDAQ volume data since mid-Jan squeeze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11">
        <w:r>
          <w:rPr>
            <w:rFonts w:ascii="Cambria" w:hAnsi="Cambria"/>
            <w:sz w:val="20"/>
            <w:color w:val="FFFFFF"/>
            <w:u/>
          </w:rPr>
          <w:t xml:space="preserve">5-day trailing average data (I'm good with crayons, not with excel)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significant to the point where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multiple days this past week had only 5% of mid-Jan volume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levels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traded. Furthermore, every five trading days results in a halving of the percentage of volume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traded relative to the initial problem.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likely three causes for this decline in volume: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Reduction in buying from retail as price increased / our SOs found out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Reduction in buying from institutions as implied volatility of options made the trade less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attractive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in dark pool buy orders executed by short hedge funds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012">
        <w:r>
          <w:rPr>
            <w:rFonts w:ascii="Cambria" w:hAnsi="Cambria"/>
            <w:sz w:val="20"/>
            <w:color w:val="FFFFFF"/>
            <w:u/>
          </w:rPr>
          <w:t>(https://www.reddit.com/r/Superstonk/comments/mpebkz/sells_through_the_major_</w:t>
        </w:r>
      </w:hyperlink>
    </w:p>
    <w:p>
      <w:pPr>
        <w:keepLines w:val="0"/>
        <w:widowControl w:val="0"/>
        <w:spacing w:before="69" w:after="0" w:lineRule="exact" w:line="246"/>
        <w:ind w:left="1201" w:right="-60"/>
      </w:pPr>
      <w:hyperlink r:id="rId1012">
        <w:r>
          <w:rPr>
            <w:rFonts w:ascii="Cambria" w:hAnsi="Cambria"/>
            <w:sz w:val="20"/>
            <w:color w:val="FFFFFF"/>
            <w:u/>
          </w:rPr>
          <w:t xml:space="preserve">exchanges_buys_through/) cc: u/koreanjc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as we all know,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doesn’t cost us anything but our wives’ boyfriend’s trust to buy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hodl.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short hedge funds are spending money each day to push off not covering the massive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they shorted before and especially during January.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Tick tock. Tick tock.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89" w:name="pg48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89"/>
      <w:hyperlink r:id="rId64">
        <w:r>
          <w:rPr>
            <w:rFonts w:ascii="Cambria" w:hAnsi="Cambria"/>
            <w:sz w:val="20"/>
            <w:color w:val="FFFFFF"/>
            <w:u/>
          </w:rPr>
          <w:t xml:space="preserve">To do so, they are rehypothicating shorts and limiting buy pressure in the open market by routing their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purchases through dark pools (cc: u/broccaaa). The result is that the daily volume continues to decline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week to the point where GME price action has become a shell of its old self. I can relate. The result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their limiting volume in the open market is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have turned GME into an unnaturally thinly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traded stock that is primed for significant volatility should any amount of buy or sell pressure hit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order book.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Tick tock. Tick tock.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what happens if this trend continues toward theoretical Zero Liquidity?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Regular Trading Hours will look more like Pre-Market – low volume of shares moving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minute.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Widened Bid-Ask Spreads – the gap between what the lowest seller is willing to sell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highest a willing buyer is interested in paying for through limit orders will widen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making orders fill far above or below expectations.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Slippage – whenever any substantive buying pressure happens, the price will slip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upward significantly. Logically, a thinly traded stock can slip down significantly too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there be substantive selling pressure. However, we apes illogically (to them) buy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dip historically.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 quick subjective note on slippage: Do you recall those odd mid-day spikes in volume that are greater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first minute of trading? I think someone is taking GME’s temperature to see how subject it is to slippage.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013">
        <w:r>
          <w:rPr>
            <w:rFonts w:ascii="Cambria" w:hAnsi="Cambria"/>
            <w:sz w:val="20"/>
            <w:color w:val="FFFFFF"/>
            <w:u/>
          </w:rPr>
          <w:t xml:space="preserve">4/29 after lunch high volume candle, which was greater than first minute of regular trading hours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13">
        <w:r>
          <w:rPr>
            <w:rFonts w:ascii="Cambria" w:hAnsi="Cambria"/>
            <w:sz w:val="20"/>
            <w:color w:val="FFFFFF"/>
            <w:u/>
          </w:rPr>
          <w:t xml:space="preserve">candle.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is their new problem.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volume continues to stay this low or goes lower, a whiff of buying pressure will make the stock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shoot upward. If Ken gets the nervous poops and eases up on the selling because he spent too much time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pot, stock price will shoot upward. And, given the trend,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are probably less than 5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days (edit 2: this is a trend-based guess) before they have to add liquidity back into the market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else.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see, the problem is that when the short hedge funds, particularly Citadel, moved volume to the dark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pools, they stopped making the market. This is a dereliction of their duty as a market maker. And,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 only do it for so long. </w:t>
      </w:r>
      <w:r>
        <w:rPr>
          <w:rFonts w:ascii="Cambria" w:hAnsi="Cambria"/>
          <w:b/>
          <w:i/>
          <w:color w:val="FFFFFF"/>
          <w:sz w:val="20"/>
          <w:u w:val="none"/>
        </w:rPr>
        <w:t>Tick tock. Tick tock.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market with buys and sell is required to keep the bid-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ask tight, establish a fair price for participants, and limit slippage when large orders come in. In fact,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whole point of dark pools is to be a portal for large orders so they don’t eat up all the bids or asks.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 half the market is being made in the dark pool while the other is in the open market,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have created the new problem.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have marched GME to the point of theoretical zero liquidity, which poses threats of extreme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volatility and slippage.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Citadel is at a point of needing to add volume or go bust.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And, we all know what happens when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gets volume.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Tick tock. Tick tock.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490" w:name="pg489"/>
      <w:pPr>
        <w:keepLines w:val="0"/>
        <w:pageBreakBefore/>
        <w:widowControl w:val="0"/>
        <w:spacing w:before="26" w:after="0" w:lineRule="exact" w:line="240"/>
        <w:ind w:left="0" w:right="-60"/>
      </w:pPr>
      <w:bookmarkEnd w:id="490"/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SR-DTC-2021-004, The DTCC and J.P Morgan.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They're getting ready for defaults and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bankruptcies, they've just opened THREE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additional netting accounts.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Edits at the bottom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what you're thinking. What the hell is a netting account and why does this matter?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WELL.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wonderful apes let me feed you with some information. As always, I know nothing and may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putting 2+2 together to make banana. Please critique and help me fill in the gaps, my knowledge on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started approximately 10 minutes ago.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background </w:t>
      </w:r>
    </w:p>
    <w:p>
      <w:bookmarkStart w:id="491" w:name="pg490"/>
      <w:pPr>
        <w:keepLines w:val="0"/>
        <w:pageBreakBefore/>
        <w:widowControl w:val="0"/>
        <w:spacing w:before="0" w:after="0"/>
        <w:jc w:val="center"/>
      </w:pPr>
      <w:bookmarkEnd w:id="491"/>
      <w:r>
        <w:drawing>
          <wp:inline xmlns:a="http://schemas.openxmlformats.org/drawingml/2006/main" xmlns:pic="http://schemas.openxmlformats.org/drawingml/2006/picture">
            <wp:extent cx="5943600" cy="4695825"/>
            <wp:docPr id="353" name="Picture 3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5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yesterday JP Morgan was approved for three more netting services accounts. You might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wondering, </w:t>
      </w:r>
      <w:r>
        <w:rPr>
          <w:rFonts w:ascii="Cambria" w:hAnsi="Cambria"/>
          <w:b w:val="0"/>
          <w:i/>
          <w:color w:val="FFFFFF"/>
          <w:sz w:val="20"/>
          <w:u w:val="none"/>
        </w:rPr>
        <w:t>why is this important?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lets explain the purpose of </w:t>
      </w:r>
      <w:r>
        <w:rPr>
          <w:rFonts w:ascii="Cambria" w:hAnsi="Cambria"/>
          <w:b/>
          <w:i w:val="0"/>
          <w:color w:val="FFFFFF"/>
          <w:sz w:val="20"/>
          <w:u w:val="none"/>
        </w:rPr>
        <w:t>Netting.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___________________________________________________________________________________________________________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Netting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Netting is a method of reducing risks in financial contracts by combining or aggregating multiple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obligations to arrive at a net obligation amount. Netting is used to reduce settlement, credit, and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financial risks between two or more parties.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I will explain, netting has various purposes depending upon its' use. In trading it's described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offsetting losses in one position with gains in another. For example;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3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short 60 bananas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long 100 bananas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net position is long 40 bananas </w:t>
      </w:r>
    </w:p>
    <w:p>
      <w:bookmarkStart w:id="492" w:name="pg491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492"/>
      <w:r>
        <w:rPr>
          <w:rFonts w:ascii="Cambria" w:hAnsi="Cambria"/>
          <w:b/>
          <w:i w:val="0"/>
          <w:color w:val="FFFFFF"/>
          <w:sz w:val="20"/>
          <w:u w:val="none"/>
        </w:rPr>
        <w:t>Easy right?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Netting some failing whales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it also has other purposes.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Netting is also used when a company files for bankruptcy, whereby the parties tend to net the balances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owed to each other. This is also called a set-off clause or set-off law. In other words, a company doing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business with a defaulting company may offset any money they owe the defaulting company with money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that’s owed them. The remainder represents the total amount owed by them or to them, which can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in bankruptcy proceedings.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73">
        <w:r>
          <w:rPr>
            <w:rFonts w:ascii="Cambria" w:hAnsi="Cambria"/>
            <w:sz w:val="20"/>
            <w:color w:val="FFFFFF"/>
            <w:u/>
          </w:rPr>
          <w:t xml:space="preserve">Netting Definition (investopedia.com)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various types of netting are available;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 out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Settlement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Netting by novation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Multilateral </w:t>
      </w:r>
    </w:p>
    <w:p>
      <w:pPr>
        <w:keepLines w:val="0"/>
        <w:widowControl w:val="0"/>
        <w:spacing w:before="69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one that is the most interesting? </w:t>
      </w:r>
      <w:r>
        <w:rPr>
          <w:rFonts w:ascii="Cambria" w:hAnsi="Cambria"/>
          <w:b/>
          <w:i w:val="0"/>
          <w:color w:val="FFFFFF"/>
          <w:sz w:val="20"/>
          <w:u w:val="none"/>
        </w:rPr>
        <w:t>Multilateral.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Multilateral netting is netting that involves more than two parties. In this case, a clearinghouse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central exchange is often used. Multilateral netting can also occur within one company with multiple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subsidiaries. If the subs owe payments to each other for various amounts, they can each send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payments to a central corporate entity or netting center. The main office would net the invoices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various currencies from the subsidiaries and make the net payment to the parties that are owed.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Multilateral netting involves pooling the funds from two or more parties so that a more simplified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invoicing and payment process can be achieved.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Now I know what you're thinking, '</w:t>
      </w:r>
      <w:r>
        <w:rPr>
          <w:rFonts w:ascii="Cambria" w:hAnsi="Cambria"/>
          <w:b w:val="0"/>
          <w:i/>
          <w:color w:val="FFFFFF"/>
          <w:sz w:val="20"/>
          <w:u w:val="none"/>
        </w:rPr>
        <w:t>one company with multiple subsidiaries'.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may be wrong but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be no requirement to register with an account with the DTCC in such a way if it was all internal.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What does this mean!?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remember this lovely rule? SR-DTC-2021-004 and this wonderful DD?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7">
        <w:r>
          <w:rPr>
            <w:rFonts w:ascii="Cambria" w:hAnsi="Cambria"/>
            <w:sz w:val="20"/>
            <w:color w:val="FFFFFF"/>
            <w:u/>
          </w:rPr>
          <w:t xml:space="preserve">Why We're STILL Trading Sideways and Why We Haven't Launched </w:t>
        </w:r>
      </w:hyperlink>
    </w:p>
    <w:p>
      <w:bookmarkStart w:id="493" w:name="pg49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9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quote 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"DTC may, in extreme circumstances, borrow net credits from Participants secured by collateral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 the defaulting Participant"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15">
        <w:r>
          <w:rPr>
            <w:rFonts w:ascii="Cambria" w:hAnsi="Cambria"/>
            <w:sz w:val="20"/>
            <w:color w:val="FFFFFF"/>
            <w:u/>
          </w:rPr>
          <w:t xml:space="preserve">Again I quote u/c-digs/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if: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are a non-defaulting member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know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there are going to be member defaults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know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that that there will be an auction for their assets at a market discount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would </w:t>
      </w:r>
      <w:r>
        <w:rPr>
          <w:rFonts w:ascii="Cambria" w:hAnsi="Cambria"/>
          <w:b/>
          <w:i w:val="0"/>
          <w:color w:val="FFFFFF"/>
          <w:sz w:val="20"/>
          <w:u w:val="none"/>
        </w:rPr>
        <w:t>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prepare for this? Perhaps you'd want to have cash on hand to meet liquidity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requirements and emerge from any collapse flush with assets? How might you go about this?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Well I think opening 3 new netting accounts would be perfect to prepare for this situation.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these don't come into effect until 05/03/2021. So make of that what you will.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TL;DR - J.P Morgan opened three additional netting accounts with the DTCC on 04/19/2021.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These generally have many different purposes although it I don't believe its' coincidental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regarding the rule changes, increase in liquidity and ever impending doom of other DTCC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members. This looks to be the groundwork to have means to profit off of the defaulting,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exposed members.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Edits start with the newest at the top </w:t>
      </w:r>
    </w:p>
    <w:p>
      <w:pPr>
        <w:keepLines w:val="0"/>
        <w:widowControl w:val="0"/>
        <w:spacing w:before="337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 4 - </w:t>
      </w:r>
    </w:p>
    <w:p>
      <w:pPr>
        <w:keepLines w:val="0"/>
        <w:widowControl w:val="0"/>
        <w:spacing w:before="71" w:after="0" w:lineRule="exact" w:line="246"/>
        <w:ind w:left="0" w:right="-60"/>
      </w:pPr>
      <w:hyperlink r:id="rId1016">
        <w:r>
          <w:rPr>
            <w:rFonts w:ascii="Cambria" w:hAnsi="Cambria"/>
            <w:sz w:val="20"/>
            <w:color w:val="FFFFFF"/>
            <w:u/>
          </w:rPr>
          <w:t xml:space="preserve">What a wonderful comment by u/Themeloncalling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feel that there is need for some counter-DD here. The Netting account is addressed to the Mortgage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Backed Securities department. You know, the good folks responsible for the financial collapse, who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MBS, are good at chopping things up and bringing them elsewhere. I believe the shitstorm 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netting accounts and the weekend meetings has to do with commercial mortgage backed securities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(CMBS) having their books cooked. This article detailing overstating of CMBS income is a widespread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22">
        <w:r>
          <w:rPr>
            <w:rFonts w:ascii="Cambria" w:hAnsi="Cambria"/>
            <w:sz w:val="20"/>
            <w:color w:val="FFFFFF"/>
            <w:u/>
          </w:rPr>
          <w:t xml:space="preserve">https://theintercept.com/2021/04/20/wall-street-cmbs-dollar-general-ladder-capital/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graph shown by the university researchers shows that the incomes of the leaseholders are 25%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50% overstated, and delinquency rates are spiking at the same rate or worse compared to 2008 among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CMBS - can you spot the banks that just issued record amounts of bonds this week in the first chart?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netting account would be necessary because the delinquencies are skyrocketing with covid support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SLR ending on March 31, 2021. I believe there is rampant shorting of the Treasury Bonds, and since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SLR now requires disclosure of Bonds again (which are heavily shorted), the banks now need to issue </w:t>
      </w:r>
    </w:p>
    <w:p>
      <w:bookmarkStart w:id="494" w:name="pg49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9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bonds to cover their bad bets and the overstated income of their mortgage owners - the netting account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where you settle your bad bets and pick up the pieces.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further reinforce this point, the Infinity Q hedge fund was liquidated because they overstated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NAV value by at least 30%: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17">
        <w:r>
          <w:rPr>
            <w:rFonts w:ascii="Cambria" w:hAnsi="Cambria"/>
            <w:sz w:val="20"/>
            <w:color w:val="FFFFFF"/>
            <w:u/>
          </w:rPr>
          <w:t>https://www.reuters.com/business/finance/exclusive-new-yorks-infinity-q-winds-down-hedge-fund-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17">
        <w:r>
          <w:rPr>
            <w:rFonts w:ascii="Cambria" w:hAnsi="Cambria"/>
            <w:sz w:val="20"/>
            <w:color w:val="FFFFFF"/>
            <w:u/>
          </w:rPr>
          <w:t xml:space="preserve">valuation-issues-spread-2021-04-19/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emergency appointment and meetings on the weekend would make sense given that there will be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lot of bagholders from the CMBS fallout that will begin to rear its head in May. The firewalls will be put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place to ensure one firm's toxic pile of CMBS does not become a systemic problem.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we do need to tie GME into this somewhere, I believe the biggest impact will be reducedincreased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requirements for hedgies. As liquidity dries up, banks will reduce the amount they lend out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margin, forcing hedgies to close short positions. If they are already upside down on a short, let's say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an $8 short position now owes over $145 a share, there's no way out except liquidation -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 that sets off all the dominoes. The catalyst for a margin call may not be anything to do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at all, it may be another cancer like CMBS that reduces the amount of margin available for hedgies.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any case, buy and hodl.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>__________________________________________________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___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EDIT 3 - Oh I'm sorry. I've been corrected. IT'S NOW </w:t>
      </w:r>
    </w:p>
    <w:p>
      <w:pPr>
        <w:keepLines w:val="0"/>
        <w:widowControl w:val="0"/>
        <w:spacing w:before="2" w:after="0" w:lineRule="exact" w:line="387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SEVENTEEN. </w:t>
      </w:r>
      <w:hyperlink r:id="rId1018">
        <w:r>
          <w:rPr>
            <w:rFonts w:ascii="Cambria" w:hAnsi="Cambria"/>
            <w:sz w:val="33"/>
            <w:color w:val="FFFFFF"/>
            <w:u/>
          </w:rPr>
          <w:t>u/patthetuck</w:t>
        </w:r>
      </w:hyperlink>
      <w:hyperlink r:id="rId1018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bookmarkStart w:id="495" w:name="pg494"/>
      <w:pPr>
        <w:keepLines w:val="0"/>
        <w:pageBreakBefore/>
        <w:widowControl w:val="0"/>
        <w:spacing w:before="0" w:after="0"/>
        <w:jc w:val="center"/>
      </w:pPr>
      <w:bookmarkEnd w:id="495"/>
      <w:r>
        <w:drawing>
          <wp:inline xmlns:a="http://schemas.openxmlformats.org/drawingml/2006/main" xmlns:pic="http://schemas.openxmlformats.org/drawingml/2006/picture">
            <wp:extent cx="5943600" cy="5606415"/>
            <wp:docPr id="354" name="Picture 3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6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0" w:after="0" w:lineRule="exact" w:line="246"/>
        <w:ind w:left="0" w:right="-60"/>
      </w:pPr>
      <w:hyperlink r:id="rId1020">
        <w:r>
          <w:rPr>
            <w:rFonts w:ascii="Cambria" w:hAnsi="Cambria"/>
            <w:sz w:val="20"/>
            <w:color w:val="FFFFFF"/>
            <w:u/>
          </w:rPr>
          <w:t xml:space="preserve">Edit 2 - What a wonderful comment. u/Longjumping_College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1021">
        <w:r>
          <w:rPr>
            <w:rFonts w:ascii="Cambria" w:hAnsi="Cambria"/>
            <w:sz w:val="20"/>
            <w:color w:val="FFFFFF"/>
            <w:u/>
          </w:rPr>
          <w:t xml:space="preserve">Here's DTCC's page on 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>netting and settlement services.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kinda freaked me out when I saw it on that page as a essentials document to check....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$103 trillion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mortgage backed securities...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page? </w:t>
      </w:r>
    </w:p>
    <w:p>
      <w:bookmarkStart w:id="496" w:name="pg495"/>
      <w:pPr>
        <w:keepLines w:val="0"/>
        <w:pageBreakBefore/>
        <w:widowControl w:val="0"/>
        <w:spacing w:before="0" w:after="0"/>
        <w:jc w:val="center"/>
      </w:pPr>
      <w:bookmarkEnd w:id="496"/>
      <w:r>
        <w:drawing>
          <wp:inline xmlns:a="http://schemas.openxmlformats.org/drawingml/2006/main" xmlns:pic="http://schemas.openxmlformats.org/drawingml/2006/picture">
            <wp:extent cx="5943600" cy="3275965"/>
            <wp:docPr id="355" name="Picture 3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Crayon go brr </w:t>
      </w:r>
    </w:p>
    <w:p>
      <w:pPr>
        <w:keepLines w:val="0"/>
        <w:widowControl w:val="0"/>
        <w:spacing w:before="106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____________________________________________________________________________________________________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- Oh yeah, BOFA added one too. Also CitiBank. Wonder what these accounts are used for... </w:t>
      </w:r>
    </w:p>
    <w:p>
      <w:bookmarkStart w:id="497" w:name="pg496"/>
      <w:pPr>
        <w:keepLines w:val="0"/>
        <w:pageBreakBefore/>
        <w:widowControl w:val="0"/>
        <w:spacing w:before="0" w:after="0"/>
        <w:jc w:val="center"/>
      </w:pPr>
      <w:bookmarkEnd w:id="497"/>
      <w:r>
        <w:drawing>
          <wp:inline xmlns:a="http://schemas.openxmlformats.org/drawingml/2006/main" xmlns:pic="http://schemas.openxmlformats.org/drawingml/2006/picture">
            <wp:extent cx="5943600" cy="4656454"/>
            <wp:docPr id="356" name="Picture 3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6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498" w:name="pg497"/>
      <w:pPr>
        <w:keepLines w:val="0"/>
        <w:pageBreakBefore/>
        <w:widowControl w:val="0"/>
        <w:spacing w:before="0" w:after="0"/>
        <w:jc w:val="center"/>
      </w:pPr>
      <w:bookmarkEnd w:id="498"/>
      <w:r>
        <w:drawing>
          <wp:inline xmlns:a="http://schemas.openxmlformats.org/drawingml/2006/main" xmlns:pic="http://schemas.openxmlformats.org/drawingml/2006/picture">
            <wp:extent cx="5943600" cy="4638040"/>
            <wp:docPr id="357" name="Picture 3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8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0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49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CITADEL, MARGIN CALL, 1M MISSING SHARES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&amp; THE TRADING HALT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>Sit the fuck down before you read this.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4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</w:t>
      </w:r>
      <w:r>
        <w:rPr>
          <w:rFonts w:ascii="Cambria" w:hAnsi="Cambria"/>
          <w:b/>
          <w:i w:val="0"/>
          <w:color w:val="FFFFFF"/>
          <w:sz w:val="20"/>
          <w:u w:val="none"/>
        </w:rPr>
        <w:t>THEORY</w:t>
      </w:r>
      <w:hyperlink r:id="rId1025">
        <w:r>
          <w:rPr>
            <w:rFonts w:ascii="Cambria" w:hAnsi="Cambria"/>
            <w:sz w:val="20"/>
            <w:color w:val="FFFFFF"/>
            <w:u/>
          </w:rPr>
          <w:t xml:space="preserve">: </w:t>
        </w:r>
      </w:hyperlink>
      <w:hyperlink r:id="rId1025">
        <w:r>
          <w:rPr>
            <w:rFonts w:ascii="Calibri" w:hAnsi="Calibri"/>
            <w:sz w:val="20"/>
            <w:color w:val="00B0F0"/>
            <w:u/>
          </w:rPr>
          <w:t>u/Leenixus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almost certainly correct in </w:t>
      </w:r>
      <w:hyperlink r:id="rId1026">
        <w:r>
          <w:rPr>
            <w:rFonts w:ascii="Calibri" w:hAnsi="Calibri"/>
            <w:sz w:val="20"/>
            <w:color w:val="00B0F0"/>
            <w:u/>
          </w:rPr>
          <w:t>Thinking that "They" got margin called today</w:t>
        </w:r>
      </w:hyperlink>
      <w:hyperlink r:id="rId1026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After Hours 1M shares seemed to "disappear" from EOD Volume before "reappearing" in the EOD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later before AH close. I BELIEVE this is because Citadel got margin called @ 1127 today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therefor those 1M shares traded had to be re-routed or re-done or what have you. I can't be certain.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know if that's a thing or not but the concept makes a LOT of sense. </w:t>
      </w:r>
    </w:p>
    <w:p>
      <w:bookmarkStart w:id="499" w:name="pg49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49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1: Introduction to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theory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2: Running the numbers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3: Pictures of the EOD Volume bouncing between 2.7M to 1.7M back to 2.7M during AH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4: Extra stuffing for your tinfoil hat &amp; confirmation bias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5: Putting it all together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1: INTRODUCTION TO THE THEORY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case you live under a rock and don't spend every minute during trading hours staring at the $GME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ticker &amp; refreshing </w:t>
      </w:r>
      <w:hyperlink r:id="rId140">
        <w:r>
          <w:rPr>
            <w:rFonts w:ascii="Calibri" w:hAnsi="Calibri"/>
            <w:sz w:val="20"/>
            <w:color w:val="00B0F0"/>
            <w:u/>
          </w:rPr>
          <w:t>r/superstonk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today there was a 5 minute market wide trading halt from 1127-1132.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was also a case of 1M shares disappearing off of EOD (end of day) volume in AH (afterhours). </w:t>
      </w:r>
    </w:p>
    <w:p>
      <w:pPr>
        <w:keepLines w:val="0"/>
        <w:widowControl w:val="0"/>
        <w:spacing w:before="312" w:after="0"/>
        <w:ind w:left="0"/>
      </w:pPr>
      <w:r>
        <w:drawing>
          <wp:inline xmlns:a="http://schemas.openxmlformats.org/drawingml/2006/main" xmlns:pic="http://schemas.openxmlformats.org/drawingml/2006/picture">
            <wp:extent cx="3110229" cy="2665095"/>
            <wp:docPr id="358" name="Picture 3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7"/>
                    <a:stretch>
                      <a:fillRect/>
                    </a:stretch>
                  </pic:blipFill>
                  <pic:spPr>
                    <a:xfrm>
                      <a:off x="0" y="0"/>
                      <a:ext cx="3110229" cy="2665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5 Minute Trading Halt - You can verify this yourself easily. credit to u/harbinger2nd for image </w:t>
      </w:r>
    </w:p>
    <w:p>
      <w:bookmarkStart w:id="500" w:name="pg499"/>
      <w:pPr>
        <w:keepLines w:val="0"/>
        <w:pageBreakBefore/>
        <w:widowControl w:val="0"/>
        <w:spacing w:before="0" w:after="0"/>
        <w:jc w:val="center"/>
      </w:pPr>
      <w:bookmarkEnd w:id="500"/>
      <w:r>
        <w:drawing>
          <wp:inline xmlns:a="http://schemas.openxmlformats.org/drawingml/2006/main" xmlns:pic="http://schemas.openxmlformats.org/drawingml/2006/picture">
            <wp:extent cx="5943600" cy="5283834"/>
            <wp:docPr id="359" name="Picture 3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3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credit to u/lnning for image </w:t>
      </w:r>
    </w:p>
    <w:p>
      <w:bookmarkStart w:id="501" w:name="pg500"/>
      <w:pPr>
        <w:keepLines w:val="0"/>
        <w:pageBreakBefore/>
        <w:widowControl w:val="0"/>
        <w:spacing w:before="0" w:after="0"/>
        <w:ind w:left="0"/>
      </w:pPr>
      <w:bookmarkEnd w:id="501"/>
      <w:r>
        <w:drawing>
          <wp:inline xmlns:a="http://schemas.openxmlformats.org/drawingml/2006/main" xmlns:pic="http://schemas.openxmlformats.org/drawingml/2006/picture">
            <wp:extent cx="4648200" cy="3695700"/>
            <wp:docPr id="360" name="Picture 3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695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*enhance* </w:t>
      </w:r>
    </w:p>
    <w:p>
      <w:pPr>
        <w:keepLines w:val="0"/>
        <w:widowControl w:val="0"/>
        <w:spacing w:before="738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was reading </w:t>
      </w:r>
      <w:hyperlink r:id="rId1026">
        <w:r>
          <w:rPr>
            <w:rFonts w:ascii="Calibri" w:hAnsi="Calibri"/>
            <w:sz w:val="20"/>
            <w:color w:val="00B0F0"/>
            <w:u/>
          </w:rPr>
          <w:t>This Post by Leenixus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about how he has a theory Citadel got margin called today. Well,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I </w:t>
      </w:r>
    </w:p>
    <w:p>
      <w:pPr>
        <w:keepLines w:val="0"/>
        <w:widowControl w:val="0"/>
        <w:spacing w:before="64" w:after="0" w:lineRule="exact" w:line="252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think you're right</w:t>
      </w:r>
      <w:hyperlink r:id="rId102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025">
        <w:r>
          <w:rPr>
            <w:rFonts w:ascii="Calibri" w:hAnsi="Calibri"/>
            <w:sz w:val="20"/>
            <w:color w:val="00B0F0"/>
            <w:u/>
          </w:rPr>
          <w:t>u/Leenixus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Let me explain why. </w:t>
      </w:r>
    </w:p>
    <w:p>
      <w:bookmarkStart w:id="502" w:name="pg501"/>
      <w:pPr>
        <w:keepLines w:val="0"/>
        <w:pageBreakBefore/>
        <w:widowControl w:val="0"/>
        <w:spacing w:before="0" w:after="0"/>
        <w:jc w:val="center"/>
      </w:pPr>
      <w:bookmarkEnd w:id="502"/>
      <w:r>
        <w:drawing>
          <wp:inline xmlns:a="http://schemas.openxmlformats.org/drawingml/2006/main" xmlns:pic="http://schemas.openxmlformats.org/drawingml/2006/picture">
            <wp:extent cx="5943600" cy="4779645"/>
            <wp:docPr id="361" name="Picture 3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9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 the comments under his post u/Wapata bought up an idea. So I ran some numbers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2: RUNNING THE NUMBERS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looked at what the volume was when the market got halted at 1127. </w:t>
      </w:r>
    </w:p>
    <w:p>
      <w:bookmarkStart w:id="503" w:name="pg502"/>
      <w:pPr>
        <w:keepLines w:val="0"/>
        <w:pageBreakBefore/>
        <w:widowControl w:val="0"/>
        <w:spacing w:before="0" w:after="0"/>
        <w:jc w:val="center"/>
      </w:pPr>
      <w:bookmarkEnd w:id="503"/>
      <w:r>
        <w:drawing>
          <wp:inline xmlns:a="http://schemas.openxmlformats.org/drawingml/2006/main" xmlns:pic="http://schemas.openxmlformats.org/drawingml/2006/picture">
            <wp:extent cx="5943600" cy="1993264"/>
            <wp:docPr id="362" name="Picture 3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3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From 0930-1000 there was 441.53k volume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82470"/>
            <wp:docPr id="363" name="Picture 3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2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From 1000-1030 there was 254.76k volume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65959"/>
            <wp:docPr id="364" name="Picture 3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5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From 1030-1100 there was 169.95k volume </w:t>
      </w:r>
    </w:p>
    <w:p>
      <w:bookmarkStart w:id="504" w:name="pg503"/>
      <w:pPr>
        <w:keepLines w:val="0"/>
        <w:pageBreakBefore/>
        <w:widowControl w:val="0"/>
        <w:spacing w:before="0" w:after="0"/>
        <w:jc w:val="center"/>
      </w:pPr>
      <w:bookmarkEnd w:id="504"/>
      <w:r>
        <w:drawing>
          <wp:inline xmlns:a="http://schemas.openxmlformats.org/drawingml/2006/main" xmlns:pic="http://schemas.openxmlformats.org/drawingml/2006/picture">
            <wp:extent cx="5943600" cy="1957070"/>
            <wp:docPr id="365" name="Picture 3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7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&amp; Finally from 1100-1130 there was 150.43k volume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Lets add this into a calculator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05859"/>
            <wp:docPr id="366" name="Picture 3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58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1M shares nearly on the fucking dot.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Compare this to the AH candle again: </w:t>
      </w:r>
    </w:p>
    <w:p>
      <w:bookmarkStart w:id="505" w:name="pg504"/>
      <w:pPr>
        <w:keepLines w:val="0"/>
        <w:pageBreakBefore/>
        <w:widowControl w:val="0"/>
        <w:spacing w:before="0" w:after="0"/>
        <w:ind w:left="0"/>
      </w:pPr>
      <w:bookmarkEnd w:id="505"/>
      <w:r>
        <w:drawing>
          <wp:inline xmlns:a="http://schemas.openxmlformats.org/drawingml/2006/main" xmlns:pic="http://schemas.openxmlformats.org/drawingml/2006/picture">
            <wp:extent cx="4648200" cy="3695700"/>
            <wp:docPr id="367" name="Picture 3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695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It's BARELY nudging over that 1M line. That looks a lot like 1.016M shares to me.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3: PICTURES OF THE EOD VOLUME BOUNCING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FROM 2.7M TO 1.7M BACK TO 2.7M DURING AH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some pictures of the EOD volume not being at the "correct" 2.7M today during AH: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82520"/>
            <wp:docPr id="368" name="Picture 3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2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Webull </w:t>
      </w:r>
    </w:p>
    <w:p>
      <w:bookmarkStart w:id="506" w:name="pg505"/>
      <w:pPr>
        <w:keepLines w:val="0"/>
        <w:pageBreakBefore/>
        <w:widowControl w:val="0"/>
        <w:spacing w:before="0" w:after="0"/>
        <w:jc w:val="center"/>
      </w:pPr>
      <w:bookmarkEnd w:id="506"/>
      <w:r>
        <w:drawing>
          <wp:inline xmlns:a="http://schemas.openxmlformats.org/drawingml/2006/main" xmlns:pic="http://schemas.openxmlformats.org/drawingml/2006/picture">
            <wp:extent cx="5943600" cy="3240404"/>
            <wp:docPr id="369" name="Picture 3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0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Yahoo @ 1718 EDT </w:t>
      </w:r>
    </w:p>
    <w:p>
      <w:pPr>
        <w:keepLines w:val="0"/>
        <w:widowControl w:val="0"/>
        <w:spacing w:before="358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45740"/>
            <wp:docPr id="370" name="Picture 3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57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left="4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Wealthsimple at 1.22M??? *by the way, it's at 1.23M now, it has not "corrected" like Yahoo &amp; others. ????????? I've reached out to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them, however replies usually take ~2 days </w:t>
      </w:r>
    </w:p>
    <w:p>
      <w:bookmarkStart w:id="507" w:name="pg506"/>
      <w:pPr>
        <w:keepLines w:val="0"/>
        <w:pageBreakBefore/>
        <w:widowControl w:val="0"/>
        <w:spacing w:before="0" w:after="0"/>
        <w:jc w:val="center"/>
      </w:pPr>
      <w:bookmarkEnd w:id="507"/>
      <w:r>
        <w:drawing>
          <wp:inline xmlns:a="http://schemas.openxmlformats.org/drawingml/2006/main" xmlns:pic="http://schemas.openxmlformats.org/drawingml/2006/picture">
            <wp:extent cx="5943600" cy="3150235"/>
            <wp:docPr id="371" name="Picture 3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Yahoo correcting EOD Volume by end of AH back to 2.7M, many other sources did same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4: EXTRA STUFFING FOR YOUR TINFOIL HAT &amp;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CONFIRMATION BIAS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the end of the day we Todd Barker, the head of Citadel's Surveyor Capital step down. </w:t>
      </w:r>
    </w:p>
    <w:p>
      <w:bookmarkStart w:id="508" w:name="pg507"/>
      <w:pPr>
        <w:keepLines w:val="0"/>
        <w:pageBreakBefore/>
        <w:widowControl w:val="0"/>
        <w:spacing w:before="0" w:after="0"/>
        <w:jc w:val="center"/>
      </w:pPr>
      <w:bookmarkEnd w:id="508"/>
      <w:r>
        <w:drawing>
          <wp:inline xmlns:a="http://schemas.openxmlformats.org/drawingml/2006/main" xmlns:pic="http://schemas.openxmlformats.org/drawingml/2006/picture">
            <wp:extent cx="5943600" cy="5741670"/>
            <wp:docPr id="372" name="Picture 3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1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Sorry to hear that, Todd. </w:t>
      </w:r>
    </w:p>
    <w:p>
      <w:pPr>
        <w:keepLines w:val="0"/>
        <w:widowControl w:val="0"/>
        <w:spacing w:before="42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</w:t>
      </w:r>
      <w:hyperlink r:id="rId1026">
        <w:r>
          <w:rPr>
            <w:rFonts w:ascii="Calibri" w:hAnsi="Calibri"/>
            <w:sz w:val="20"/>
            <w:color w:val="00B0F0"/>
            <w:u/>
          </w:rPr>
          <w:t>This Post by Leenixus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mentioned how todays price to get margin called is estimated* to have been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$161.19 </w:t>
      </w:r>
    </w:p>
    <w:p>
      <w:bookmarkStart w:id="509" w:name="pg508"/>
      <w:pPr>
        <w:keepLines w:val="0"/>
        <w:pageBreakBefore/>
        <w:widowControl w:val="0"/>
        <w:spacing w:before="0" w:after="0"/>
        <w:jc w:val="center"/>
      </w:pPr>
      <w:bookmarkEnd w:id="509"/>
      <w:r>
        <w:drawing>
          <wp:inline xmlns:a="http://schemas.openxmlformats.org/drawingml/2006/main" xmlns:pic="http://schemas.openxmlformats.org/drawingml/2006/picture">
            <wp:extent cx="5943600" cy="1858010"/>
            <wp:docPr id="373" name="Picture 3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8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That's above the estimated $161.19 margin call trigger. Coincidence?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_______________________________________________________ </w:t>
      </w:r>
    </w:p>
    <w:p>
      <w:pPr>
        <w:keepLines w:val="0"/>
        <w:widowControl w:val="0"/>
        <w:spacing w:before="65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5: WRAPPING IT ALL TOGETHER + TLDR </w:t>
      </w:r>
    </w:p>
    <w:p>
      <w:pPr>
        <w:keepLines w:val="0"/>
        <w:widowControl w:val="0"/>
        <w:spacing w:before="71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Securities is one of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main market makers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Market makers route orders to the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NYSE was halted for 5 minutes @ 1127, the total trade volume for $GME at the time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~1M shares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estimated that $161.19 was the margin call trigger price today for the major short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sellers of GME (This includes Citadel, theorized to be the biggest) The price was $162.32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the market was halted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In After Hours 1M shares seemed to "disappear" from EOD Volume before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"reappearing" in the EOD Volume later before AH close. I BELIEVE this is because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Citadel got margin called @ 1127 today and therefor those 1M shares traded had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 re-routed or re-done or what have you. I can't be certain. I don't know if that's a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thing or not but the concept makes a LOT of sense.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took over a month for us learn Archegos got Margin Called. So there </w:t>
      </w:r>
      <w:r>
        <w:rPr>
          <w:rFonts w:ascii="Cambria" w:hAnsi="Cambria"/>
          <w:b/>
          <w:i/>
          <w:color w:val="FFFFFF"/>
          <w:sz w:val="20"/>
          <w:u w:val="none"/>
        </w:rPr>
        <w:t>may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not be confirmation/proof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saying otherwise for this theory for awhile. Regardless, the numbers add up and the rabbit hole leads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kens back yard.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EDIT1: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should mention that just because a margin call happens, does NOT mean an institution needs to cover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their positions etc. Institutions CAN satisfy a margin call by having enough capital in your "margin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account" (unsure if this would be called the same thing for hedge funds). If you can't satisfy it that way,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two things can happen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buy securities to cover your short positions or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liquidated </w:t>
      </w:r>
    </w:p>
    <w:p>
      <w:bookmarkStart w:id="510" w:name="pg50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1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EDIT2: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out  </w:t>
      </w:r>
      <w:hyperlink r:id="rId1042">
        <w:r>
          <w:rPr>
            <w:rFonts w:ascii="Calibri" w:hAnsi="Calibri"/>
            <w:sz w:val="20"/>
            <w:color w:val="00B0F0"/>
            <w:u/>
          </w:rPr>
          <w:t>An ape explained the missing 1million volume. I think I'm gonna throw up.</w:t>
        </w:r>
      </w:hyperlink>
      <w:hyperlink r:id="rId104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8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EDIT3: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very good point brought up by </w:t>
      </w:r>
      <w:hyperlink r:id="rId1043">
        <w:r>
          <w:rPr>
            <w:rFonts w:ascii="Calibri" w:hAnsi="Calibri"/>
            <w:sz w:val="20"/>
            <w:color w:val="00B0F0"/>
            <w:u/>
          </w:rPr>
          <w:t>u/Jvic111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&amp; my counter to it </w:t>
      </w:r>
    </w:p>
    <w:p>
      <w:pPr>
        <w:keepLines w:val="0"/>
        <w:widowControl w:val="0"/>
        <w:spacing w:before="316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984625"/>
            <wp:docPr id="374" name="Picture 3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4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Always encourage both sides of an argument! Thank you Jvic!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3.1: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1045">
        <w:r>
          <w:rPr>
            <w:rFonts w:ascii="Calibri" w:hAnsi="Calibri"/>
            <w:sz w:val="20"/>
            <w:color w:val="00B0F0"/>
            <w:u/>
          </w:rPr>
          <w:t>This may be another possible solution to the argument above alternative to my guess</w:t>
        </w:r>
      </w:hyperlink>
      <w:hyperlink r:id="rId104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8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4: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Counter DD (thanks to </w:t>
      </w:r>
      <w:hyperlink r:id="rId1046">
        <w:r>
          <w:rPr>
            <w:rFonts w:ascii="Calibri" w:hAnsi="Calibri"/>
            <w:sz w:val="20"/>
            <w:color w:val="00B0F0"/>
            <w:u/>
          </w:rPr>
          <w:t>u/diskodik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pointing this out): </w:t>
      </w:r>
    </w:p>
    <w:p>
      <w:pPr>
        <w:keepLines w:val="0"/>
        <w:widowControl w:val="0"/>
        <w:spacing w:before="105" w:after="0" w:lineRule="exact" w:line="210"/>
        <w:ind w:left="0" w:right="-60"/>
      </w:pPr>
      <w:hyperlink r:id="rId1047">
        <w:r>
          <w:rPr>
            <w:rFonts w:ascii="Calibri" w:hAnsi="Calibri"/>
            <w:sz w:val="20"/>
            <w:color w:val="00B0F0"/>
            <w:u/>
          </w:rPr>
          <w:t>https://www.reddit.com/r/GME/comments/n5pj2q/negative_1_million_on_volume_afterhours_wtf/?utm_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47">
        <w:r>
          <w:rPr>
            <w:rFonts w:ascii="Calibri" w:hAnsi="Calibri"/>
            <w:sz w:val="20"/>
            <w:color w:val="00B0F0"/>
            <w:u/>
          </w:rPr>
          <w:t>medium=android_app&amp;utm_source=share</w:t>
        </w:r>
      </w:hyperlink>
      <w:hyperlink r:id="rId104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best guess against it: They started to run into problems because Citadel was in the process of getting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margin called and it started to fuck with their processing due to the fact Citadel is one of the largest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Makers for the NYSE. This would undoubtedly lead to difficulties processing orders/bids to the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</w:t>
      </w:r>
      <w:hyperlink r:id="rId1042">
        <w:r>
          <w:rPr>
            <w:rFonts w:ascii="Calibri" w:hAnsi="Calibri"/>
            <w:sz w:val="20"/>
            <w:color w:val="00B0F0"/>
            <w:u/>
          </w:rPr>
          <w:t>https://www.reddit.com/r/Superstonk/comments/n5v5m0/an_ape_explained_the_missing_1million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42">
        <w:r>
          <w:rPr>
            <w:rFonts w:ascii="Calibri" w:hAnsi="Calibri"/>
            <w:sz w:val="20"/>
            <w:color w:val="00B0F0"/>
            <w:u/>
          </w:rPr>
          <w:t>_volume_i/</w:t>
        </w:r>
      </w:hyperlink>
      <w:hyperlink r:id="rId104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bookmarkStart w:id="511" w:name="pg51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1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This: </w:t>
      </w:r>
      <w:hyperlink r:id="rId1048">
        <w:r>
          <w:rPr>
            <w:rFonts w:ascii="Calibri" w:hAnsi="Calibri"/>
            <w:sz w:val="20"/>
            <w:color w:val="00B0F0"/>
            <w:u/>
          </w:rPr>
          <w:t>https://www.reddit.com/r/Superstonk/comments/n5yrd7/holy_shit_this_could_be_a_missing_link_be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48">
        <w:r>
          <w:rPr>
            <w:rFonts w:ascii="Calibri" w:hAnsi="Calibri"/>
            <w:sz w:val="20"/>
            <w:color w:val="00B0F0"/>
            <w:u/>
          </w:rPr>
          <w:t>tween/?utm_medium=android_app&amp;utm_source=share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(Courtesy of </w:t>
      </w:r>
      <w:hyperlink r:id="rId1046">
        <w:r>
          <w:rPr>
            <w:rFonts w:ascii="Calibri" w:hAnsi="Calibri"/>
            <w:sz w:val="20"/>
            <w:color w:val="00B0F0"/>
            <w:u/>
          </w:rPr>
          <w:t>u/diskodik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again!) </w:t>
      </w:r>
    </w:p>
    <w:p>
      <w:pPr>
        <w:keepLines w:val="0"/>
        <w:widowControl w:val="0"/>
        <w:spacing w:before="38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5: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I guess I'm not sleeping tonight: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16429"/>
            <wp:docPr id="375" name="Picture 3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are you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27429"/>
            <wp:docPr id="376" name="Picture 3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7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fucking kidding me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calculation: 1,016,670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 Candle: 1,015,953 </w:t>
      </w:r>
    </w:p>
    <w:p>
      <w:pPr>
        <w:keepLines w:val="0"/>
        <w:widowControl w:val="0"/>
        <w:spacing w:before="70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>None of this is financial advice. I'm an idiot. Pure speculation for entertainment purposes only.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tick tock ken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512" w:name="pg511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512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Major Deep ITM CALL Option Dates. A Massive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Net Capital BOMB Might Explode This Week.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Update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Ah here we are after cinco de buyo. No big price move was made. That's some good shit if you ask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me. The prediction was that we'd see a price surge again </w:t>
      </w:r>
      <w:r>
        <w:rPr>
          <w:rFonts w:ascii="Cambria" w:hAnsi="Cambria"/>
          <w:b/>
          <w:i w:val="0"/>
          <w:color w:val="FFFFFF"/>
          <w:sz w:val="20"/>
          <w:u w:val="none"/>
        </w:rPr>
        <w:t>if they delayed FTDs once more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fact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didn't happen today - no Deep ITM CALLs or PUTs occurred today - is reason to believe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is almost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over.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Net Capital theory is correct, there's two possibilities here: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A) They raised enough capital to kick it to the next threshold on May 17. Remember, only 50%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accounted for as of tomorrow. More time to try to hit the price down.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B) They </w:t>
      </w:r>
      <w:r>
        <w:rPr>
          <w:rFonts w:ascii="Cambria" w:hAnsi="Cambria"/>
          <w:b/>
          <w:i w:val="0"/>
          <w:color w:val="FFFFFF"/>
          <w:sz w:val="20"/>
          <w:u w:val="none"/>
        </w:rPr>
        <w:t>went net negative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it's over. They were unable to reset FTDs. Only a matter of time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start unwinding.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also see some exciting stuff being posted today. Two caught my eye: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DD pointing to theoretical margin call price has been passed three days in a row.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We also possibly saw 1m+ in volume evaporate in after hours. Interesting shit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once more - see you soon moon.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Preface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 am not a financial advisor.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Take it all in, and then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question what you read. We want all perspectives here. Criticism of DD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 makes this subreddit so amazing - it helps us re-evaluate our theories.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also love dates. I think they should be promoted more </w:t>
      </w:r>
      <w:r>
        <w:rPr>
          <w:rFonts w:ascii="Cambria" w:hAnsi="Cambria"/>
          <w:b/>
          <w:i w:val="0"/>
          <w:color w:val="FFFFFF"/>
          <w:sz w:val="20"/>
          <w:u w:val="none"/>
        </w:rPr>
        <w:t>as long as there is data behind 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Picking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arbitrary dates based on Tweets, yeah, I can see a problem with that. But it really feels like we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pinpoint this shit down. And if it's wrong - you know what - we come back and re-evaluate everything.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helps us grow, learn, and find new perspectives. You no longer look at data one way, you take a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approach.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 have never done a TLDR but let's put it this way: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💎🤲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=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💣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=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💀🐻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 in picture form: </w:t>
      </w:r>
    </w:p>
    <w:p>
      <w:pPr>
        <w:keepLines w:val="0"/>
        <w:widowControl w:val="0"/>
        <w:spacing w:before="101" w:after="0" w:lineRule="exact" w:line="210"/>
        <w:ind w:left="0" w:right="-60"/>
      </w:pPr>
      <w:hyperlink r:id="rId1051">
        <w:r>
          <w:rPr>
            <w:rFonts w:ascii="Calibri" w:hAnsi="Calibri"/>
            <w:sz w:val="20"/>
            <w:color w:val="00B0F0"/>
            <w:u/>
          </w:rPr>
          <w:t>https://preview.redd.it/vjttbykab1x61.png?width=316&amp;format=png&amp;auto=webp&amp;s=ce91afc315f2e1872aa80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51">
        <w:r>
          <w:rPr>
            <w:rFonts w:ascii="Calibri" w:hAnsi="Calibri"/>
            <w:sz w:val="20"/>
            <w:color w:val="00B0F0"/>
            <w:u/>
          </w:rPr>
          <w:t>43a9eb941fee53669c5</w:t>
        </w:r>
      </w:hyperlink>
      <w:hyperlink r:id="rId105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a real TLDR: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Deep ITM CALL + OTM PUT options expiry causes MMs (Shitadel) to have a debt due to them pushing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out. The debt must be resolved quickly or they could become net negative, violating a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rule. If they violate the rule they essentially lose their MM privileges because they don't have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for their positions in the event of a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= 0% of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= 25% of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= 50% of debt accounted for in calculations </w:t>
      </w:r>
    </w:p>
    <w:p>
      <w:bookmarkStart w:id="513" w:name="pg51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1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21 = 75% of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28 = 100% of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appear to not want more than 50% of the debt accounted for and try to push FTDs out between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and day 13 because once day 14 hits the 50% could bring them net negative.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13 coincides with the spikes I've been observing: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 5 -&gt; Feb 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 19 -&gt; Mar 10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what might be coming: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16 -&gt; May 5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Recap </w:t>
      </w:r>
    </w:p>
    <w:p>
      <w:pPr>
        <w:keepLines w:val="0"/>
        <w:widowControl w:val="0"/>
        <w:spacing w:before="103" w:after="0" w:lineRule="exact" w:line="210"/>
        <w:ind w:left="0" w:right="-60"/>
      </w:pPr>
      <w:hyperlink r:id="rId1052">
        <w:r>
          <w:rPr>
            <w:rFonts w:ascii="Calibri" w:hAnsi="Calibri"/>
            <w:sz w:val="20"/>
            <w:color w:val="00B0F0"/>
            <w:u/>
          </w:rPr>
          <w:t xml:space="preserve">I posted the other day theorizing a link between certain option dates and a spike the second Wednesday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52">
        <w:r>
          <w:rPr>
            <w:rFonts w:ascii="Calibri" w:hAnsi="Calibri"/>
            <w:sz w:val="20"/>
            <w:color w:val="00B0F0"/>
            <w:u/>
          </w:rPr>
          <w:t>following expiration.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example: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5 Options Expiration -&gt; February 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19 Options Expiration -&gt; March 10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 Options Expiration -&gt; </w:t>
      </w:r>
      <w:r>
        <w:rPr>
          <w:rFonts w:ascii="Cambria" w:hAnsi="Cambria"/>
          <w:b/>
          <w:i w:val="0"/>
          <w:color w:val="FFFFFF"/>
          <w:sz w:val="20"/>
          <w:u w:val="none"/>
        </w:rPr>
        <w:t>May 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happened on February 24? We spiked up. Significantly.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happened on March 10? We climbed up. Significantly, until a flash crash brought us down.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pretty good evidence that points to the flash crash being caused by nearly 80,000 PUTs from July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16, 2021 being exercised on March 10th.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happened on May 5? We'll find out. But I'm sure I'll get a bunch of shit spam comments if it all goes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downhill lmao.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Theory Hole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was claiming that the link was due to T+13 forcing of FTDs by the broker, but that isn't necessarily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true. </w:t>
      </w:r>
      <w:hyperlink r:id="rId1053">
        <w:r>
          <w:rPr>
            <w:rFonts w:ascii="Calibri" w:hAnsi="Calibri"/>
            <w:sz w:val="20"/>
            <w:color w:val="00B0F0"/>
            <w:u/>
          </w:rPr>
          <w:t>/u/keijikage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identified that: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T+13 only counts if it is on the threshold securities list (10k shares FTD + &gt; 0.5% of shares outstanding).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HOWEVER...there may be some nonsense going on around net capital"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haven't seen GME on the threshold list since February 3rd. So the T+13 FTD delivery theory seems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out the window.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However, the pattern still stands. And boy does this new information look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spicy.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The Link Between Options and Spikes Still Exists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no doubt in my mind that we're witnessing a pattern here, and that it will repeat. Each spike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</w:t>
      </w:r>
      <w:r>
        <w:rPr>
          <w:rFonts w:ascii="Cambria" w:hAnsi="Cambria"/>
          <w:b/>
          <w:i w:val="0"/>
          <w:color w:val="FFFFFF"/>
          <w:sz w:val="20"/>
          <w:u w:val="none"/>
        </w:rPr>
        <w:t>has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link to a date in the past - that's where I started going down this rabbit hole. I mean, shoving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few crayons up my nose like Homer Simpson might have also influenced me. </w:t>
      </w:r>
    </w:p>
    <w:p>
      <w:pPr>
        <w:keepLines w:val="0"/>
        <w:widowControl w:val="0"/>
        <w:spacing w:before="101" w:after="0" w:lineRule="exact" w:line="210"/>
        <w:ind w:left="0" w:right="-60"/>
      </w:pPr>
      <w:hyperlink r:id="rId1054">
        <w:r>
          <w:rPr>
            <w:rFonts w:ascii="Calibri" w:hAnsi="Calibri"/>
            <w:sz w:val="20"/>
            <w:color w:val="00B0F0"/>
            <w:u/>
          </w:rPr>
          <w:t>https://preview.redd.it/kwr9wb8o30x61.png?width=507&amp;format=png&amp;auto=webp&amp;s=57af9773746a233aeb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54">
        <w:r>
          <w:rPr>
            <w:rFonts w:ascii="Calibri" w:hAnsi="Calibri"/>
            <w:sz w:val="20"/>
            <w:color w:val="00B0F0"/>
            <w:u/>
          </w:rPr>
          <w:t>9486f978437507e413034b</w:t>
        </w:r>
      </w:hyperlink>
      <w:hyperlink r:id="rId105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my last post, </w:t>
      </w:r>
      <w:hyperlink r:id="rId1055">
        <w:r>
          <w:rPr>
            <w:rFonts w:ascii="Calibri" w:hAnsi="Calibri"/>
            <w:sz w:val="20"/>
            <w:color w:val="00B0F0"/>
            <w:u/>
          </w:rPr>
          <w:t>/u/beyond-mythos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pointed out a wonderful source of information - another DD with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crazy amounts of data for Deep ITM CALL purchases: </w:t>
      </w:r>
      <w:hyperlink r:id="rId839">
        <w:r>
          <w:rPr>
            <w:rFonts w:ascii="Calibri" w:hAnsi="Calibri"/>
            <w:sz w:val="20"/>
            <w:color w:val="00B0F0"/>
            <w:u/>
          </w:rPr>
          <w:t>The SI Is Fake I Found 44,000,000 Shorts</w:t>
        </w:r>
      </w:hyperlink>
      <w:hyperlink r:id="rId83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DD poured through data finding that FTDs were hidden in very specific options with Deep ITM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CALLs. What dates enticed the shorters so much? *queue ominous music* </w:t>
      </w:r>
      <w:r>
        <w:rPr>
          <w:rFonts w:ascii="Cambria" w:hAnsi="Cambria"/>
          <w:b/>
          <w:i w:val="0"/>
          <w:color w:val="FFFFFF"/>
          <w:sz w:val="20"/>
          <w:u w:val="none"/>
        </w:rPr>
        <w:t>dun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dun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DUN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</w:t>
      </w:r>
    </w:p>
    <w:p>
      <w:bookmarkStart w:id="514" w:name="pg513"/>
      <w:pPr>
        <w:keepLines w:val="0"/>
        <w:pageBreakBefore/>
        <w:widowControl w:val="0"/>
        <w:spacing w:before="103" w:after="0" w:lineRule="exact" w:line="210"/>
        <w:ind w:left="0" w:right="-60"/>
      </w:pPr>
      <w:bookmarkEnd w:id="514"/>
      <w:hyperlink r:id="rId1056">
        <w:r>
          <w:rPr>
            <w:rFonts w:ascii="Calibri" w:hAnsi="Calibri"/>
            <w:sz w:val="20"/>
            <w:color w:val="00B0F0"/>
            <w:u/>
          </w:rPr>
          <w:t>https://preview.redd.it/11gjaljq70x61.png?width=559&amp;format=png&amp;auto=webp&amp;s=1f1d295244e648846d7a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56">
        <w:r>
          <w:rPr>
            <w:rFonts w:ascii="Calibri" w:hAnsi="Calibri"/>
            <w:sz w:val="20"/>
            <w:color w:val="00B0F0"/>
            <w:u/>
          </w:rPr>
          <w:t>fd9cac6c1b1fe32ce193</w:t>
        </w:r>
      </w:hyperlink>
      <w:hyperlink r:id="rId105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5, February 19, March 19, April 16, July 16, January 2022, and January 2023. I got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absolutely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JACKED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when I saw that there was evidence pointing to the exact dates I wanted to link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spikes: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February 5 and February 19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you're probably asking, hey, I see March 19 on that list. Why didn't it spike on April 7?!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worry, because it's going to need a little bit more explaining in this post. I'll get there just bear with 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also might be wondering, "Ok what the hell are you looking at these Deep ITM CALL purchases for?".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because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we're theorizing that FTDs are being hidden through this malicious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practice.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on the other end of the spectrum, it's theorized that the SI% is being hidden through PUTs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also expire on these major dates. Both old and new shorts and being stuck in PUTs.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DD also posted the following table, and I absolutely love </w:t>
      </w:r>
      <w:hyperlink r:id="rId1057">
        <w:r>
          <w:rPr>
            <w:rFonts w:ascii="Calibri" w:hAnsi="Calibri"/>
            <w:sz w:val="20"/>
            <w:color w:val="00B0F0"/>
            <w:u/>
          </w:rPr>
          <w:t>u/dejf2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this glorious artwork. I'd pay at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least 10 and a 1/2 Shmeckles for it. It shows the amount of deep ITM calls which were purchased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for certain expiration dates, but when those purchases were made. </w:t>
      </w:r>
    </w:p>
    <w:p>
      <w:pPr>
        <w:keepLines w:val="0"/>
        <w:widowControl w:val="0"/>
        <w:spacing w:before="101" w:after="0" w:lineRule="exact" w:line="210"/>
        <w:ind w:left="0" w:right="-60"/>
      </w:pPr>
      <w:hyperlink r:id="rId1058">
        <w:r>
          <w:rPr>
            <w:rFonts w:ascii="Calibri" w:hAnsi="Calibri"/>
            <w:sz w:val="20"/>
            <w:color w:val="00B0F0"/>
            <w:u/>
          </w:rPr>
          <w:t>https://preview.redd.it/i5xh3f2350x61.png?width=1933&amp;format=png&amp;auto=webp&amp;s=8594466c3aa5675ebff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58">
        <w:r>
          <w:rPr>
            <w:rFonts w:ascii="Calibri" w:hAnsi="Calibri"/>
            <w:sz w:val="20"/>
            <w:color w:val="00B0F0"/>
            <w:u/>
          </w:rPr>
          <w:t>db39a8364e18c4f39d7f3</w:t>
        </w:r>
      </w:hyperlink>
      <w:hyperlink r:id="rId105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see that they went absolutely nuts purchasing these Deep ITM CALLs on the January runup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(dark red highlight) because liquidity was AWFUL. Robinhood pulled the plug on buyers, and let the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pressure dry up while the HFs and MMs swapped FTDs to later dates because there were so many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that had to be delivered.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retail buy pressure is the whale that is now splashing larger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larger FTD waves until the MOASS.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thank you Robinhood, the floor was $1,000 back then but now there's going to be so much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sucked out of the 1%. </w:t>
      </w:r>
    </w:p>
    <w:p>
      <w:pPr>
        <w:keepLines w:val="0"/>
        <w:widowControl w:val="0"/>
        <w:spacing w:before="101" w:after="0" w:lineRule="exact" w:line="210"/>
        <w:ind w:left="0" w:right="-60"/>
      </w:pPr>
      <w:hyperlink r:id="rId1059">
        <w:r>
          <w:rPr>
            <w:rFonts w:ascii="Calibri" w:hAnsi="Calibri"/>
            <w:sz w:val="20"/>
            <w:color w:val="00B0F0"/>
            <w:u/>
          </w:rPr>
          <w:t>https://preview.redd.it/wmlo5r9yc1x61.png?width=594&amp;format=png&amp;auto=webp&amp;s=8d786347ecdf326c3c9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59">
        <w:r>
          <w:rPr>
            <w:rFonts w:ascii="Calibri" w:hAnsi="Calibri"/>
            <w:sz w:val="20"/>
            <w:color w:val="00B0F0"/>
            <w:u/>
          </w:rPr>
          <w:t>40538547b93d76f7a72d0</w:t>
        </w:r>
      </w:hyperlink>
      <w:hyperlink r:id="rId105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did a rough calculation of the cumulative amount of Deep ITM CALL purchases for these dates ONLY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red-highlighted area: </w:t>
      </w:r>
    </w:p>
    <w:p>
      <w:pPr>
        <w:keepLines w:val="0"/>
        <w:widowControl w:val="0"/>
        <w:tabs>
          <w:tab w:pos="681" w:val="left"/>
          <w:tab w:pos="2482" w:val="left"/>
          <w:tab w:pos="7133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Option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Cumulative Deep ITM Call Purchases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Number of Shares </w:t>
      </w:r>
    </w:p>
    <w:p>
      <w:pPr>
        <w:keepLines w:val="0"/>
        <w:widowControl w:val="0"/>
        <w:tabs>
          <w:tab w:pos="190" w:val="left"/>
          <w:tab w:pos="2672" w:val="left"/>
          <w:tab w:pos="7523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Expiration Date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(Red Area Only / January Runup)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Equivalent </w:t>
      </w:r>
    </w:p>
    <w:p>
      <w:pPr>
        <w:keepLines w:val="0"/>
        <w:widowControl w:val="0"/>
        <w:tabs>
          <w:tab w:pos="130" w:val="left"/>
          <w:tab w:pos="2232" w:val="left"/>
          <w:tab w:pos="6998" w:val="left"/>
        </w:tabs>
        <w:spacing w:before="137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Combined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287,000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28,700,000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February 19, </w:t>
      </w:r>
    </w:p>
    <w:p>
      <w:pPr>
        <w:keepLines w:val="0"/>
        <w:widowControl w:val="0"/>
        <w:tabs>
          <w:tab w:pos="130" w:val="left"/>
          <w:tab w:pos="2232" w:val="left"/>
          <w:tab w:pos="6998" w:val="left"/>
        </w:tabs>
        <w:spacing w:before="0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51,000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5,100,000 </w:t>
      </w:r>
    </w:p>
    <w:p>
      <w:pPr>
        <w:keepLines w:val="0"/>
        <w:widowControl w:val="0"/>
        <w:tabs>
          <w:tab w:pos="130" w:val="left"/>
          <w:tab w:pos="2232" w:val="left"/>
          <w:tab w:pos="6998" w:val="left"/>
        </w:tabs>
        <w:spacing w:before="133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March 19, 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400,000 </w:t>
      </w:r>
    </w:p>
    <w:p>
      <w:pPr>
        <w:keepLines w:val="0"/>
        <w:widowControl w:val="0"/>
        <w:tabs>
          <w:tab w:pos="130" w:val="left"/>
          <w:tab w:pos="2232" w:val="left"/>
          <w:tab w:pos="699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April 16, 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143,000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14,300,000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</w:p>
    <w:p>
      <w:pPr>
        <w:keepLines w:val="0"/>
        <w:widowControl w:val="0"/>
        <w:tabs>
          <w:tab w:pos="130" w:val="left"/>
          <w:tab w:pos="2232" w:val="left"/>
          <w:tab w:pos="699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July 16, 2021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31,000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3,100,000 </w:t>
      </w:r>
    </w:p>
    <w:p>
      <w:pPr>
        <w:keepLines w:val="0"/>
        <w:widowControl w:val="0"/>
        <w:tabs>
          <w:tab w:pos="130" w:val="left"/>
          <w:tab w:pos="2232" w:val="left"/>
          <w:tab w:pos="699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January 2022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58,000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5,800,000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Fucking... </w:t>
      </w:r>
      <w:r>
        <w:rPr>
          <w:rFonts w:ascii="Cambria" w:hAnsi="Cambria"/>
          <w:b/>
          <w:i w:val="0"/>
          <w:color w:val="FFFFFF"/>
          <w:sz w:val="20"/>
          <w:u w:val="none"/>
        </w:rPr>
        <w:t>WHAT?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the January runup alone they had to purchase at least 287,000 Deep ITM CALLs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handle FTDs? That's equivalent to 28,700,000 shares. Hello float - or should I say more than the float - </w:t>
      </w:r>
    </w:p>
    <w:p>
      <w:bookmarkStart w:id="515" w:name="pg51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1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it's now estimated that the float is around 23,000,000. Remember that this table is ONLY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red highlighted area, so the total number upon option expiry is greater than the rough calculation table.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look at the dates and their significance: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19 had </w:t>
      </w:r>
      <w:r>
        <w:rPr>
          <w:rFonts w:ascii="Cambria" w:hAnsi="Cambria"/>
          <w:b/>
          <w:i w:val="0"/>
          <w:color w:val="FFFFFF"/>
          <w:sz w:val="20"/>
          <w:u w:val="none"/>
        </w:rPr>
        <w:t>51,000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purchases. Two Wednesdays later, March 10, we see $GME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climb to a price of $350 before being smacked down.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19 had </w:t>
      </w:r>
      <w:r>
        <w:rPr>
          <w:rFonts w:ascii="Cambria" w:hAnsi="Cambria"/>
          <w:b/>
          <w:i w:val="0"/>
          <w:color w:val="FFFFFF"/>
          <w:sz w:val="20"/>
          <w:u w:val="none"/>
        </w:rPr>
        <w:t>4,000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purchases. Two Wednesdays later, April 7, nothing. Hmm. Well, it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certainly isn't a lot of CALLs in comparison but it should have done something - right?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a tiny bump instead of the red day on April 7? Don't worry. I'm almost there.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 had </w:t>
      </w:r>
      <w:r>
        <w:rPr>
          <w:rFonts w:ascii="Cambria" w:hAnsi="Cambria"/>
          <w:b/>
          <w:i w:val="0"/>
          <w:color w:val="FFFFFF"/>
          <w:sz w:val="20"/>
          <w:u w:val="none"/>
        </w:rPr>
        <w:t>143,000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purchases. Two Wednesdays later, </w:t>
      </w:r>
      <w:r>
        <w:rPr>
          <w:rFonts w:ascii="Cambria" w:hAnsi="Cambria"/>
          <w:b/>
          <w:i w:val="0"/>
          <w:color w:val="FFFFFF"/>
          <w:sz w:val="20"/>
          <w:u w:val="none"/>
        </w:rPr>
        <w:t>May 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we'll find out! Take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the magnitude of deep CALLs that were purchased for this day compared to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19 - big fucking oof if the price spike happens again.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 had </w:t>
      </w:r>
      <w:r>
        <w:rPr>
          <w:rFonts w:ascii="Cambria" w:hAnsi="Cambria"/>
          <w:b/>
          <w:i w:val="0"/>
          <w:color w:val="FFFFFF"/>
          <w:sz w:val="20"/>
          <w:u w:val="none"/>
        </w:rPr>
        <w:t>31,000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purchases, and January 2022 had </w:t>
      </w:r>
      <w:r>
        <w:rPr>
          <w:rFonts w:ascii="Cambria" w:hAnsi="Cambria"/>
          <w:b/>
          <w:i w:val="0"/>
          <w:color w:val="FFFFFF"/>
          <w:sz w:val="20"/>
          <w:u w:val="none"/>
        </w:rPr>
        <w:t>58,000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purchases. So obviously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wanted to spread out the FTDs among all the dates but for some godawful reason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poured into April 16. If this does indeed pop again on May 5 but doesn't trigger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MOASS, we can expect it to pop following the next major Deep ITM CALL option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expiration date.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this doesn't really explain why the spikes occur two Wednesdays following option expiry.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5. Ok, If Not T+13 From FTDs Then What Is Causing The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Movement? </w:t>
      </w:r>
    </w:p>
    <w:p>
      <w:pPr>
        <w:keepLines w:val="0"/>
        <w:widowControl w:val="0"/>
        <w:spacing w:before="61" w:after="0" w:lineRule="exact" w:line="252"/>
        <w:ind w:left="0" w:right="-60"/>
      </w:pPr>
      <w:hyperlink r:id="rId1053">
        <w:r>
          <w:rPr>
            <w:rFonts w:ascii="Calibri" w:hAnsi="Calibri"/>
            <w:sz w:val="20"/>
            <w:color w:val="00B0F0"/>
            <w:u/>
          </w:rPr>
          <w:t>/u/keijikage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pointed out a </w:t>
      </w:r>
      <w:r>
        <w:rPr>
          <w:rFonts w:ascii="Cambria" w:hAnsi="Cambria"/>
          <w:b/>
          <w:i w:val="0"/>
          <w:color w:val="FFFFFF"/>
          <w:sz w:val="20"/>
          <w:u w:val="none"/>
        </w:rPr>
        <w:t>tasty rule.</w:t>
      </w:r>
      <w:hyperlink r:id="rId56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567">
        <w:r>
          <w:rPr>
            <w:rFonts w:ascii="Calibri" w:hAnsi="Calibri"/>
            <w:sz w:val="20"/>
            <w:color w:val="00B0F0"/>
            <w:u/>
          </w:rPr>
          <w:t>Net Capital Requirements For Brokers or Dealers - 240.15c3-1</w:t>
        </w:r>
      </w:hyperlink>
      <w:hyperlink r:id="rId567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summary, 240.15c3-1 is a net capital rule which: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...is designed to ensure that a broker-dealer holds, at all times, more than one dollar of highly liquid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for each dollar of liabilities (e.g., money owed to customers and counterparties), excluding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liabilities that are subordinated to all other creditors by contractual agreement. The premise underlying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net capital rule is that if a broker-dealer fails, it should be in a position to meet all unsubordinated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obligations to customers and counterparties and generate resources sufficient to wind down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operations in an orderly manner without the need of a formal proceeding...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...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 broker-dealer must ensure that its actual net capital exceeds its required minimum net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capital at all times.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</w:t>
      </w:r>
      <w:hyperlink r:id="rId568">
        <w:r>
          <w:rPr>
            <w:rFonts w:ascii="Calibri" w:hAnsi="Calibri"/>
            <w:sz w:val="20"/>
            <w:color w:val="00B0F0"/>
            <w:u/>
          </w:rPr>
          <w:t>Source</w:t>
        </w:r>
      </w:hyperlink>
      <w:hyperlink r:id="rId56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ape-speak, this rule makes it so that if a Market Maker (Shitadel) wants to continue operating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get ass-fisted by the SEC, they cannot carry a debt that makes their capital net negative. Otherwise,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default, they're an idiot and have insufficient capital for the positions to pay out. How do you carry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debt? Let's say you are all nice and happy, shorting GME without a care in the world because you're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moron, operating net-netural, when suddenly a shitload of FTDs pour on you all at once. Oh shiiiit. I owe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shares and am carrying a debt! What do I do? Hmm I can either: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Raise some capital </w:t>
      </w:r>
      <w:r>
        <w:rPr>
          <w:rFonts w:ascii="Cambria" w:hAnsi="Cambria"/>
          <w:b/>
          <w:i w:val="0"/>
          <w:color w:val="FFFFFF"/>
          <w:sz w:val="20"/>
          <w:u w:val="none"/>
        </w:rPr>
        <w:t>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Sweep those FTDs under the rug using some sneaky sneak tricks. I'll pay that shit later,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hoping the price of the stock is much lower and thus my debt calculation doesn't bring me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negative. </w:t>
      </w:r>
    </w:p>
    <w:p>
      <w:bookmarkStart w:id="516" w:name="pg51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1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did we see every time a spike-up occurred? More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god damn Deep ITM CALLs being purchased.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Because they're hitting the (2) button and kicking them further down the road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know how much time they have to solve this net capital issue? </w:t>
      </w:r>
      <w:r>
        <w:rPr>
          <w:rFonts w:ascii="Cambria" w:hAnsi="Cambria"/>
          <w:b/>
          <w:i w:val="0"/>
          <w:color w:val="FFFFFF"/>
          <w:sz w:val="20"/>
          <w:u w:val="none"/>
        </w:rPr>
        <w:t>Not long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following is from rule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240.15c3-1 I linked, towards the bottom. </w:t>
      </w:r>
    </w:p>
    <w:p>
      <w:pPr>
        <w:keepLines w:val="0"/>
        <w:widowControl w:val="0"/>
        <w:spacing w:before="101" w:after="0" w:lineRule="exact" w:line="210"/>
        <w:ind w:left="0" w:right="-60"/>
      </w:pPr>
      <w:hyperlink r:id="rId1060">
        <w:r>
          <w:rPr>
            <w:rFonts w:ascii="Calibri" w:hAnsi="Calibri"/>
            <w:sz w:val="20"/>
            <w:color w:val="00B0F0"/>
            <w:u/>
          </w:rPr>
          <w:t>https://preview.redd.it/4dsve3w3d0x61.png?width=1166&amp;format=png&amp;auto=webp&amp;s=b88384871b2de08e3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060">
        <w:r>
          <w:rPr>
            <w:rFonts w:ascii="Calibri" w:hAnsi="Calibri"/>
            <w:sz w:val="20"/>
            <w:color w:val="00B0F0"/>
            <w:u/>
          </w:rPr>
          <w:t>7b92826df32f5e5c1322707</w:t>
        </w:r>
      </w:hyperlink>
      <w:hyperlink r:id="rId106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my interpretation, please correct me if I am wrong.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Every 7 days that pass by, their debt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subtracted from their capital at an increase of 25% each tick. In other words, each 7 days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debt is 25% more accounted for: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0 -&gt; Net Capital = Capital - Debt*0.00 = 0% of the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7 -&gt; Net Capital = Capital - Debt*0.25 = 25% of the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14 -&gt; Net Capital = Capital - Debt*0.50 = 50% of the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21 -&gt; Net Capital = Capital - Debt*0.75 = 75% of the debt accounted for in calculations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28 -&gt; Net Capital = Capital - Debt*1.00 = All debt accounted for in calculations.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 A (Good Situation):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you have $100. Then suddenly you get a piece of paper saying "your debt is $90".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0 -&gt; Net Capital = $100 - $90*0.00 = $100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7 -&gt; Net Capital = $100 - $90*0.25 = $100 - $22.5 = $77.5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14 -&gt; Net Capital = $100 - $90*0.50 = $100 - $45 = $55.0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21 -&gt; Net Capital = $100 - $90*0.75 = $100 - $67.5 = $32.5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28 -&gt; Net Capital = $100 - $90*1.00 = $100 - $90 = $10.00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good! You're still net positive.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must have been what occurred for March 19 option expiry.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debt was insignificant! So much more time to spread out some Deep ITM CALL purchases.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was no way that they'd cross the net negative threshold from only 4,000 Deep ITM CALLs +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PUTs.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Example B (Bad Situation, Shitadel):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Imagine you have $100. Then suddenly you get a piece of paper saying "your debt is $250".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0 -&gt; Net Capital = $100 - $250*0.00 = $100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7 -&gt; Net Capital = $100 - $250*0.25 = $100 - $62.5 = $37.5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14 -&gt; Net Capital = $100 - $250*0.50 = $100 - $125 = -$25.00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Whoops! You're now net negative and you violated the rule and only when 50% was accounted for. Bye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important to note that the debt is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based on current market price of the security. So if GME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trading $170 then the debt is based off of $170. If it drops to $150 the next day, then the debt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based off of $150. They want to kick this down the road until the price is really low. Probably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$20s range. They're absolutely fucked.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Day 0 they'll see the debt but might not need to worry about it. If it's not a problem, such as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having no chance to go negative, then they're fine. Whatever. They won't violate the rule and </w:t>
      </w:r>
    </w:p>
    <w:p>
      <w:bookmarkStart w:id="517" w:name="pg51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1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can go on being a happy Market Maker. But if it </w:t>
      </w:r>
      <w:r>
        <w:rPr>
          <w:rFonts w:ascii="Cambria" w:hAnsi="Cambria"/>
          <w:b/>
          <w:i w:val="0"/>
          <w:color w:val="FFFFFF"/>
          <w:sz w:val="20"/>
          <w:u w:val="none"/>
        </w:rPr>
        <w:t>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problem which would bring them negative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violate the threshold rule, then they'll start panicking. They want to resolve this </w:t>
      </w:r>
      <w:r>
        <w:rPr>
          <w:rFonts w:ascii="Cambria" w:hAnsi="Cambria"/>
          <w:b/>
          <w:i w:val="0"/>
          <w:color w:val="FFFFFF"/>
          <w:sz w:val="20"/>
          <w:u w:val="none"/>
        </w:rPr>
        <w:t>before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threshold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occurs which would make them net negative.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fact that 50% of the debt is subtracted at T+14 is very curious.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 implies they (Shitadel) can't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risk the debt even being 50% accounted for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So it must be an absolutely massive position. Let's walk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February 19 expiration as an example: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19 options expire. Deep ITM CALLs and possibly married PUTs expire that were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to hide FTDs and shorts.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Day 0. Their Capital does not account for the FTD and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short position yet.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Well... they can try to drive the price down and hope that the debt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calculations don't carry them net negative.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arrives on March 2. The FTDs and shorts are 25% accounted for. Maybe they'll start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shifting some stuff out by purchasing new Deep ITM CALLs between March 2 and March 9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the price doesn't seem to be going down as fast as they want.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13 arrives on March 10. Oh </w:t>
      </w:r>
      <w:r>
        <w:rPr>
          <w:rFonts w:ascii="Cambria" w:hAnsi="Cambria"/>
          <w:b/>
          <w:i w:val="0"/>
          <w:color w:val="FFFFFF"/>
          <w:sz w:val="20"/>
          <w:u w:val="none"/>
        </w:rPr>
        <w:t>SHIT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They can't let Day 14 arrive or else 50% of the debt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be accounted for and they'll be net negative and thus violate the rule.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they start to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move out a ton of FTDs to later dates by purchasing more Deep ITM CALLs.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(If you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reference the purchase anomaly chart in my previous post, you'll see tons of Deep ITM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CALLs are purchased on the spike dates and run-up dates)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arrives on March 11. All is well in the world (for now) because their debt has been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moved out.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But...why exactly does the price move up? On Discord, "Assets" has a great possible explanation.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- you are the best.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❤️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are obligated 100 shares through FTDs.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buy an ITM Call and Sell an OTM put.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short 100 shares of the underlying saying that it's actually covered by your ITM Call.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exercise your call and you are credited 100 shares.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tell your broker that you wish to cover your shorts with 100 shares and you tell the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clearing house that you wish to satisfy your FTD with the same 100 shares.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parties take the same shares and both parties look to the market maker to satisfy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100 shares because you said they were good for it when you exercised.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You've succesfully shorted and reset the FTD.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Apply this to the other major option expiry dates and you get the same picture. They want to fix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issue by the second Wednesday following option expiry because the massive amount of Deep ITM CALLs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caused their debt to be too significant to carry the full 28 days. It brings them net negative by day 14.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least... that's the theory now. ;)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finally apply this logic to our wonderful, beautiful, April 16th date which is the option expiration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 of when a dumpster load of Deep ITM CALLs have been purchased: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 options expire. Day 0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arrives on April 27. </w:t>
      </w:r>
    </w:p>
    <w:p>
      <w:bookmarkStart w:id="518" w:name="pg517"/>
      <w:pPr>
        <w:keepLines w:val="0"/>
        <w:pageBreakBefore/>
        <w:widowControl w:val="0"/>
        <w:spacing w:before="71" w:after="0" w:lineRule="exact" w:line="246"/>
        <w:ind w:right="-60"/>
        <w:jc w:val="center"/>
      </w:pPr>
      <w:bookmarkEnd w:id="518"/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13 arrives on May 5. They (in theory) don't want it to hit day 14 when their net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would be negative due to accounting for 50% of the debt.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Whatcha gonna do this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time, Shitadel?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tabs>
          <w:tab w:pos="721" w:val="left"/>
          <w:tab w:pos="1081" w:val="left"/>
        </w:tabs>
        <w:spacing w:before="57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Perhaps this is what </w:t>
      </w:r>
      <w:hyperlink r:id="rId1061">
        <w:r>
          <w:rPr>
            <w:rFonts w:ascii="Calibri" w:hAnsi="Calibri"/>
            <w:sz w:val="20"/>
            <w:color w:val="00B0F0"/>
            <w:u/>
          </w:rPr>
          <w:t>/u/Suspicious-Singer243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observing in </w:t>
      </w:r>
      <w:hyperlink r:id="rId76">
        <w:r>
          <w:rPr>
            <w:rFonts w:ascii="Calibri" w:hAnsi="Calibri"/>
            <w:sz w:val="20"/>
            <w:color w:val="00B0F0"/>
            <w:u/>
          </w:rPr>
          <w:t>The March To Zero Liquidity</w:t>
        </w:r>
      </w:hyperlink>
      <w:hyperlink r:id="rId76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Makers are about to have a net capital bomb go off. They NEED to eliminate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debt by wiping out their FTDs that have appeared once again in order to become net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neutral. They were able to swipe the FTDs under the rug on January 13, the January run-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up, March run-up, and a few times here and there since then. But if 005 is enacted before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pop then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have to deal with this massive 143,000 order from April 16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without delaying it any longer. RUH-ROH RAGGY.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course while I'm writing this, I see that May the Fourth could indeed end up being the </w:t>
      </w:r>
    </w:p>
    <w:p>
      <w:pPr>
        <w:keepLines w:val="0"/>
        <w:widowControl w:val="0"/>
        <w:spacing w:before="59" w:after="0" w:lineRule="exact" w:line="252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Golden Ticket day per </w:t>
      </w:r>
      <w:hyperlink r:id="rId1062">
        <w:r>
          <w:rPr>
            <w:rFonts w:ascii="Calibri" w:hAnsi="Calibri"/>
            <w:sz w:val="20"/>
            <w:color w:val="00B0F0"/>
            <w:u/>
          </w:rPr>
          <w:t>/u/Door_Public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It's very likely that 002/801 go into effect </w:t>
      </w:r>
    </w:p>
    <w:p>
      <w:pPr>
        <w:keepLines w:val="0"/>
        <w:widowControl w:val="0"/>
        <w:spacing w:before="73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tomorrow.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I've been thinking we'll see 002/801 as well as 005 enacted and within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24 hours a price spike would occur. If I see these rules go into effect tomorrow, I </w:t>
      </w:r>
    </w:p>
    <w:p>
      <w:pPr>
        <w:keepLines w:val="0"/>
        <w:widowControl w:val="0"/>
        <w:spacing w:before="59" w:after="0" w:lineRule="exact" w:line="252"/>
        <w:ind w:left="108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will NOT be able to sleep.</w:t>
      </w:r>
      <w:hyperlink r:id="rId106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063">
        <w:r>
          <w:rPr>
            <w:rFonts w:ascii="Calibri" w:hAnsi="Calibri"/>
            <w:sz w:val="20"/>
            <w:color w:val="00B0F0"/>
            <w:u/>
          </w:rPr>
          <w:t>May the 4th Be With You</w:t>
        </w:r>
      </w:hyperlink>
      <w:hyperlink r:id="rId106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77">
        <w:r>
          <w:rPr>
            <w:rFonts w:ascii="Calibri" w:hAnsi="Calibri"/>
            <w:sz w:val="20"/>
            <w:color w:val="00B0F0"/>
            <w:u/>
          </w:rPr>
          <w:t>Bank netting accounts coming into effect by May 5</w:t>
        </w:r>
      </w:hyperlink>
      <w:hyperlink r:id="rId7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tabs>
          <w:tab w:pos="721" w:val="left"/>
          <w:tab w:pos="1081" w:val="left"/>
        </w:tabs>
        <w:spacing w:before="61" w:after="0" w:lineRule="exact" w:line="253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064">
        <w:r>
          <w:rPr>
            <w:rFonts w:ascii="Calibri" w:hAnsi="Calibri"/>
            <w:sz w:val="20"/>
            <w:color w:val="00B0F0"/>
            <w:u/>
          </w:rPr>
          <w:t>US Treasury Issuing 0% Bonds on May 4 and Maturing June 1</w:t>
        </w:r>
      </w:hyperlink>
      <w:hyperlink r:id="rId106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you on the moon. If not this week - sometime soon.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❤️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Another GME DD dump from Hank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********** I am not a financial advisor, this is not financial advice **********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I've recently gotten into comedy and wanted to test out some of my jokes on you: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 did the chicken cross the road? Because my wife is fucking the mailman.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the difference between GME and my wife? GME doesn't have four boyfriends.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many HFs does it take to screw in a lightbulb? Seriously guys my wife is a cheating whore.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happens after you eat five bags of flaming hot cheetos? </w:t>
      </w:r>
      <w:r>
        <w:rPr>
          <w:rFonts w:ascii="Cambria" w:hAnsi="Cambria"/>
          <w:b/>
          <w:i w:val="0"/>
          <w:color w:val="FFFFFF"/>
          <w:sz w:val="20"/>
          <w:u w:val="none"/>
        </w:rPr>
        <w:t>You take a dump.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that brings me to my next point. DUMP. Yes, apes, this will be yet another DD dump. No main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purpose or direction, just a few DD theories from your favorite guncle Hank. As always this is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advice and I am not a financial advisor. </w:t>
      </w:r>
    </w:p>
    <w:p>
      <w:bookmarkStart w:id="519" w:name="pg518"/>
      <w:pPr>
        <w:keepLines w:val="0"/>
        <w:pageBreakBefore/>
        <w:widowControl w:val="0"/>
        <w:spacing w:before="0" w:after="0"/>
        <w:jc w:val="center"/>
      </w:pPr>
      <w:bookmarkEnd w:id="519"/>
      <w:r>
        <w:drawing>
          <wp:inline xmlns:a="http://schemas.openxmlformats.org/drawingml/2006/main" xmlns:pic="http://schemas.openxmlformats.org/drawingml/2006/picture">
            <wp:extent cx="5943600" cy="3343275"/>
            <wp:docPr id="377" name="Picture 3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Hankey the Christmas Poo for those of you who don't know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FTD cycle update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Alright everyone, so the FTD cycle theory was correct again for this period. For those of you who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know/remember, this theory says that because of SEC FTD regulations, there is a predictable price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volume spilke every 21 trading days or 35 calendar days with about a +/- one day margin of error. If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 at the FTD cycle since september when it was only $10, the price each cycle is increasing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exponentially as it is now over $200, which means that it is getting more and more expensive to stay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game. Not gonna spend much time on this because I've covered it tons in my past DDs and many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apes are also getting into smaller FTD cycle research (which I love): </w:t>
      </w:r>
    </w:p>
    <w:p>
      <w:bookmarkStart w:id="520" w:name="pg519"/>
      <w:pPr>
        <w:keepLines w:val="0"/>
        <w:pageBreakBefore/>
        <w:widowControl w:val="0"/>
        <w:spacing w:before="0" w:after="0"/>
        <w:jc w:val="center"/>
      </w:pPr>
      <w:bookmarkEnd w:id="520"/>
      <w:r>
        <w:drawing>
          <wp:inline xmlns:a="http://schemas.openxmlformats.org/drawingml/2006/main" xmlns:pic="http://schemas.openxmlformats.org/drawingml/2006/picture">
            <wp:extent cx="5943600" cy="4767579"/>
            <wp:docPr id="378" name="Picture 3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7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my opinion, this shows us something very important. First, it shows us that it is getting exponentially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expensive to stay in this game and that there should be a breaking point soon. Second, it shows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media narrative that retail is the reason for this run up is flat out wrong. IMO retail stopped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mass-buying GME in late January and has simply held and bought small amounts since then. This right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is all about institutions being forced to cover because retail continues to hold. It makes absolutely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sense that retail is just randomly deciding to buy GME in mass on absolutely no news every 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days. This narrative makes sense because then they can blame us when it all blows up. </w:t>
      </w:r>
    </w:p>
    <w:p>
      <w:bookmarkStart w:id="521" w:name="pg520"/>
      <w:pPr>
        <w:keepLines w:val="0"/>
        <w:pageBreakBefore/>
        <w:widowControl w:val="0"/>
        <w:spacing w:before="0" w:after="0"/>
        <w:jc w:val="center"/>
      </w:pPr>
      <w:bookmarkEnd w:id="521"/>
      <w:r>
        <w:drawing>
          <wp:inline xmlns:a="http://schemas.openxmlformats.org/drawingml/2006/main" xmlns:pic="http://schemas.openxmlformats.org/drawingml/2006/picture">
            <wp:extent cx="5943600" cy="3714115"/>
            <wp:docPr id="379" name="Picture 3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1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Midday spikes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this has been one of the most baffling things for me to research and it has taken a ridiculously long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amount of time. As I've explained, I have noticed that GME has these midday spikes in positive volume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price. Here are the requisites for those spikes: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occur between 11am - 2:30pm (any times before or after that cannot be counted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becuase it could be due to early market high volumes or power hour volumes)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are the highest, second highest, or third highest single minute volume candles for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whole day (usually the highest)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occur on no news and preceeding and proceeding candles are always significantly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lower than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an example of one: </w:t>
      </w:r>
    </w:p>
    <w:p>
      <w:bookmarkStart w:id="522" w:name="pg521"/>
      <w:pPr>
        <w:keepLines w:val="0"/>
        <w:pageBreakBefore/>
        <w:widowControl w:val="0"/>
        <w:spacing w:before="0" w:after="0"/>
        <w:jc w:val="center"/>
      </w:pPr>
      <w:bookmarkEnd w:id="522"/>
      <w:r>
        <w:drawing>
          <wp:inline xmlns:a="http://schemas.openxmlformats.org/drawingml/2006/main" xmlns:pic="http://schemas.openxmlformats.org/drawingml/2006/picture">
            <wp:extent cx="5943600" cy="5407659"/>
            <wp:docPr id="380" name="Picture 3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7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Just to show you how pervasive this is, I went to a random day and found this one on my first try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an example of one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IS 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one of these spikes: </w:t>
      </w:r>
    </w:p>
    <w:p>
      <w:bookmarkStart w:id="523" w:name="pg522"/>
      <w:pPr>
        <w:keepLines w:val="0"/>
        <w:pageBreakBefore/>
        <w:widowControl w:val="0"/>
        <w:spacing w:before="0" w:after="0"/>
        <w:jc w:val="center"/>
      </w:pPr>
      <w:bookmarkEnd w:id="523"/>
      <w:r>
        <w:drawing>
          <wp:inline xmlns:a="http://schemas.openxmlformats.org/drawingml/2006/main" xmlns:pic="http://schemas.openxmlformats.org/drawingml/2006/picture">
            <wp:extent cx="5943600" cy="4738370"/>
            <wp:docPr id="381" name="Picture 3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8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Volume is far too low compared to other times in the day.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IMO it would be far too dificult to document literally every single one of these and run some data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comparisons on it. However, after looking at many of these, here are my observations: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DOES NOT happen to normal stocks, this is extremely weird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DOES happen to stocks like AMC, EXPR, NOK, etc. but happens less frequently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midday volume spikes have picked up drastically post-squeeze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spikes also started to pick up after GME hit $10 in October 2020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spikes increased progressively more throughout 2020 and up to the squeeze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spikes have been going on since 2018ish and have been increasing more and more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spike sometimes happen for a few days in a row but never more than three days in a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row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typically a 1-4 day break in between spikes but never more than 5 days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volume of these spikes (not price) has increased pretty regularly since 2020 but not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consistently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 I take away from all of this? I said in my last post that I think they are covering during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times. That would make sense because 11-2:30 is usually the lowest volume of the trading day, so they </w:t>
      </w:r>
    </w:p>
    <w:p>
      <w:bookmarkStart w:id="524" w:name="pg52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2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cover when they can be positive that a HFT wont swoop in and screw them over on the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also don't want their trades to give the stock momentum during high volume times because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cause a price spike.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all rememeber that big beautiful FTD squeeze DD doc (I think it's from this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70">
        <w:r>
          <w:rPr>
            <w:rFonts w:ascii="Cambria" w:hAnsi="Cambria"/>
            <w:sz w:val="20"/>
            <w:color w:val="FFFFFF"/>
            <w:u/>
          </w:rPr>
          <w:t xml:space="preserve">website https://iamnotafinancialadvisor.com/DD/GME/og/GMEv14.pdf which is now defunct) they say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GME shorting likely happened in 2017 or 2018 when they took on some debt and it was likely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they would default in 2020. Why did these midday spikes start increasing more in 2020? I'm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guessing that the shorts piled on more naked shorts between March-May (when GME hit its all time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lows) because they thought that it was going to go bankrupt because of covid. Once it got above $10,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positions got more and more expensive, so these midday FTD covers happened more and more.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these midday covers seem like a mainstay, which IMO indicates that they are indeed fucked in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Sadly, there is far too much data for me to codify and find significance; however, I have done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observations that I'm pretty confident my above findings are correct. So IMO, it appears that this is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are looking at in terms of the FTD cycle: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953634"/>
            <wp:docPr id="382" name="Picture 3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25" w:name="pg52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2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within our giant 21 day FTD cycle we have these other cycle occuring as well (the smaller the shape,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more frequently it happens, but the more frequently it happens the smaller and less noticable it is).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 this is just a theory / my opinion but what this means is that because the shorts have such a giant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position that's too big for them to unravel (they financially cannot do it), there are predictable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 and times where they have to cover based on SEC regulations. Now, this is not an invitation to try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predict these times and profit off of them, that's stupid and will probably lose you money (not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advice). However, the fact that some retard named hank can find this simply by using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chart patterns, a calendar, and SEC rules, shows that they are indeed in too deep.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the best part about all of this? Well, it's increasing at an exponential rate meaning it's getting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exponentially more and more expensive for them to keep this shit up (see one of my previous posts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proof of exponential increase as this recent FTD cycle increase only adds to that). AGAIN, this, unlike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FTD posts, is not based on concrete data, it is based on my observations when doing back testing.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because I did many hours of back testing, I am confident that these observations are accurate.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someone does some kind of data collection on this, WOW you really are a god becuase that would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most time consuming thing ever, but I think that based on what I've observed, my findings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genius-retard, u/startanks, sent me this message a week ago and it has been giving me wet dreams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since: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"Current regulations forces market makers to have their net capital requirements positive, which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once a day at 1pm est. Therefore it is most likely shorts, as you said, buying back stock so their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cspital stays positive for the day. This is what dtcc-002 is trying to change. To add to your discussion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spikes around 2pm everyday - Reverse Repos have same day maturity date that closes ~1:15-2pm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everyday."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This, IMO, is fucking genius and gives even more credence to the DD coming out of this sub about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 market. Apes, I have been a bull my entire life. I legit drink bull semen. But holy fuck, this market is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making me a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🌈🐻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IMO, the market is over-leveraged, the market is pricing things like the recovery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happened 6 months ago, banks and institutions did some shady-overleveraged shit with the SLR releif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other easings of restrictions during covid, inflation is likely to happen, the repo market is absolutely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fucked, etc. etc. etc. I could literally write a giant DD on why I think that there is going to be a serious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correction soon (not financial advice) - don't ask me to do this though - I am focused on GME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nothing else. I think this is why Burry shorted TSLA. I think that he has the same thesis as I do, but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thought that growth stocks would be hit the hardest during a correction. So his bet against TSLA is really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a bet against the market that uses TSLA as further leverage. If the market corrects it is likely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HFs will be forced to liquidate their GME positions. Like I said in my other post, we should not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praying for a market crash because that destroys lives. Instead, we should be grateful for the fact that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 to have found a way to profit off of it at the expense of those who created it. Does GME benefit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market correction or does it cause a market correction? Who knows. </w:t>
      </w:r>
    </w:p>
    <w:p>
      <w:bookmarkStart w:id="526" w:name="pg525"/>
      <w:pPr>
        <w:keepLines w:val="0"/>
        <w:pageBreakBefore/>
        <w:widowControl w:val="0"/>
        <w:spacing w:before="0" w:after="0"/>
        <w:jc w:val="center"/>
      </w:pPr>
      <w:bookmarkEnd w:id="526"/>
      <w:r>
        <w:drawing>
          <wp:inline xmlns:a="http://schemas.openxmlformats.org/drawingml/2006/main" xmlns:pic="http://schemas.openxmlformats.org/drawingml/2006/picture">
            <wp:extent cx="5943600" cy="5402579"/>
            <wp:docPr id="383" name="Picture 3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2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Earnings and annual meeting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might have noticed that the very first chart in this post shows a consolidation pattern (red lines)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converge on earnings. I also covered this in a previous post. It appears that we have broken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trend. IMO, as I said in my post recent post, there is a good chance that this was simply to make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that the squeeze is over so that we sell before the annual meeting. IMO, I think that the annual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meeting will be a slam fucking dunk. It will probably be the start of the squeeze (i.e. the catalyst that gets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going) but will probably not be the squeeze itself. Essentially, the annual meeting, IMO, will show 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whether the MOASS will be a January-style squeeze (rapid and short) or a TSLA-type squeeze (slow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reason I think it will be the start is because of the lack of information that we've been given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from leadership in the past few weeks and their incentive to have a good meeting. We've seen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teasers (NFT thing) and RC tweets (btw there's no doubt in my mind that he reads through GME reddit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posts and is on our side because you don't tweet like that if you're not. He's just being vague so he </w:t>
      </w:r>
    </w:p>
    <w:p>
      <w:bookmarkStart w:id="527" w:name="pg52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2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doesn't get investigated) that all point to a huge announcement. Could it be a CEO, a crypto dividend,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that there are more votes than shares, NFT stuff, etc.? Either way, I think there will be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announcement there that kicks off the squeeze. More importantly, I think that it will gives whales a good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entry point. Here's why: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going to use the example of George Soros' genius British pound trade (you can watch literally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billion Youtube videos on this). George soros made one of the greatest trades in history by shorting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British Pound. Essentially, he saw the British Central Bank doing dumb things that were going to devaule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currency and he saw technical weakness as well. He knew he was going to do this trade and knew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why, however, he first needed some kind of news event or catalyst so that he could enter the trade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others would join in. Essentially, Soros took a huge short position after some only slightly negative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news about the Pound and it tanked. This made the rest of the market think that everyone was bearish,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it created a panic (after hours I may add so the volume was easily affected). People didn't realize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just one man doing this until it was far too late. (This is a metaphor for what I believe will happen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GME, George Soros is not involved in GME in any way - do not put your tin foil hat on).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theorize that there is a long whale or several long whales waiting to pounce on GME for this exact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reason. Whoever they are they have been consolidating GME's price for the past few months. I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think it's to lower IV anymore to set up a gamma squeeze. I know fully believe that whoever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doing this is trying to tame GME's price and will then pounce on it once there is appropriate news. Why?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long whale just did this on no news the market wouldn't pounce on and be like "oh shit positive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news, market loves GME" it would just be like "oh great more gamestop shit, it's retail again and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gonna go away, I'm not getting in on this." Instead, if there's news and an influx of buying, the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might perceive that as "oh shit this news was way better than I thought I gotta get in. This is actually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fundamentally good opportunity." It doesn't matter if this is short or long term buying because once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gets sufficiently high, the shorts get a call from marge. Again, this is all just a theory. However, RC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tweet seems to confirm this as it says its coming back from the dead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have FUD, I would direct you to see my previous posts where I address FUD, but just to add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more. Remember all of the things that aren't normal about GME. Remember that DFV doubled down.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that we have more evidence of a squeeze happening than the people pre January did...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didn't have a previous squeeze to compare to. Imagine how crazy people mustve thought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sounded, "you think it's gonna squeeze past $300? yeah ok." Then it happened. If they can hold with less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evidence, fewer apes, and no previous squeeze to compare to, then yeah I FUCKING CAN TOO. (Not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advice).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07209"/>
            <wp:docPr id="384" name="Picture 3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72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28" w:name="pg52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28"/>
      <w:r>
        <w:rPr>
          <w:rFonts w:ascii="Cambria" w:hAnsi="Cambria"/>
          <w:b/>
          <w:i w:val="0"/>
          <w:color w:val="FFFFFF"/>
          <w:sz w:val="20"/>
          <w:u w:val="none"/>
        </w:rPr>
        <w:t>Crypto and the FTD cycle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few sexy apes have sent me some messages about crypto and GME. At first I thought this was bullshit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after doing some research, there seems to be something there. Every single FTD cycle is the lowest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point that BTC gets (i.e. it decreases up to that day but doesn't decrease on that actual day by much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goes back up). This got me thinking more about crypto and GME. Just like with GME's FTD cycle,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see a repeating pattern like this in BTC (especially because it's so unregulated and easily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manipulated) it's probably not a coincidence. What I think could be going on is that shorts are storing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 cash in BTC in an attempt to hide their cash positions for disclosure/filing purposes.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liquidating those positions in the days preceeding the FTD cycle so they can pay for it. Notice how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BTC climbs up the next few days after every FTD cycle? I still think there's something more going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here, however, because IMO it doesn't make sense to store cash in such a volatile asset, so if anyone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ideas please send them my way: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296795"/>
            <wp:docPr id="385" name="Picture 3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6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Sorry about all the crazy dots and stuff those are my tard indicators. The red lines are FTD cycle days.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how there isn't a discerable up or down day on those dates. However, before each of those dates,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BTC drops precipitously a few days prior. Like I said, that makes me think that HFs are storing capital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BTC (for whatever reason) and are liquidating it a few days prior to pay for the FTD cycle. Why was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 BTC drop particularly bad? Well, it's because this FTD cycle was extremely more expensive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was horrible BTC news (elon tweets and investigations for one of the exchanges). Again, I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something else that I'm missing here, so if anyone has any ideas please send them my way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your own DD!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is perhaps the most interesting thing that I've seen all week. A genius-retard by the name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u/pleasantlyunbothered (great name btw) sent me some information on a unique type of crypto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have some relation to GME. This ape brought to my attention something called Saffron Finance,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"is designed to pool lioquidity to ease pressure off of over leveraged investors." So, I went on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chart and marked the FTD cycle dates and circled days where GME had significant price dips: </w:t>
      </w:r>
    </w:p>
    <w:p>
      <w:bookmarkStart w:id="529" w:name="pg528"/>
      <w:pPr>
        <w:keepLines w:val="0"/>
        <w:pageBreakBefore/>
        <w:widowControl w:val="0"/>
        <w:spacing w:before="0" w:after="0"/>
        <w:jc w:val="center"/>
      </w:pPr>
      <w:bookmarkEnd w:id="529"/>
      <w:r>
        <w:drawing>
          <wp:inline xmlns:a="http://schemas.openxmlformats.org/drawingml/2006/main" xmlns:pic="http://schemas.openxmlformats.org/drawingml/2006/picture">
            <wp:extent cx="5943600" cy="3066414"/>
            <wp:docPr id="386" name="Picture 3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64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not entirely clear if there is a correlation; however, it seems obvious, IMO that this concept (a place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ease liquidity troubles for overleveraged investors) could be a safe-haven for someone trying to hide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position or hide capital to be used for short attacks. I am not saying anything definitive here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definitely need to do more research on this coin but it is something interesting to think about and again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excellent find by the user who sent this to me.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AMC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now going to adress AMC. I've heard a lot of talk on here about how AMC is a distrction from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how anyone talking about AMC is a shill or how AMC is a HF ploy. What I'm about to say may make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of you mad but it needs to be said: stop fucking saying that because it's untrue, it makes us look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jealous, it divides retail, and it makes us look like conspiracy theorists. Before I go further, let me first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say that I have no position in AMC and am all in on GME. I think that GME is the better stock and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millions of times more potential than AMC.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look at my previous post where I discuss how there's a group of stocks that all have a similar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 to GME (AMC, NOK, EXPR, KOSS, etc.), you will see that AMC is one of them. These stocks have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remarkably similar pattern and all seem to have started around may 2020. In that post, I go into how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that HFs shorted all of these in concert because they expect covid to destroy them. When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picked up, they got shafted on these bets, so they unravelled together. I said that GME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shorted the most and the best news happened to it, so that's why it shot up the most.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Moreover, it is impossible for someone to be able to make a series of stocks behave in the exact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 for such a long period of time - it is the result of them being similarly shorted and SEC rules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requiring similar coverages. Moreover, it makes absolutely no sense for a fund to pump up a stock that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heavily shorted for the purpose of distracting from GME. Why would they spend their money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when they could just short GME? It's clearly the result of an FTD cycle similar to GME (I mean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did rise pretty significantly this week as well). </w:t>
      </w:r>
    </w:p>
    <w:p>
      <w:bookmarkStart w:id="530" w:name="pg52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3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thing that I keep seeing are these posts on days that AMC rises more than GME saying "if you talk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AMC, I'll report and downvote you." ARE YOU KIDDING ME? We should be saying "look at AMC,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shows us that the FTD cycle and naked shorting are happening to yet another GME-related 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further evidence for our theory!"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please PLEASE stop saying that bullshit about AMC being a ploy to make us forget about GME. That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illogical, makes us look like conspiracy theorists, divides retail, and makes us look jealous. Do you realize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 fact that GME and AMC are rising in concert is further evidence that we are correct about all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this? It shows that HFs are being forced to cover on specific dates. If GME and AMC went up and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separately then the media would probably be correct about retail just buying in at random times,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rise in concert gives us proof that they did the same thing with AMC that they did to GME (but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lesser extent). So again, we should not be hostile to AMC - it is bad for us. Again, I do not have a position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AMC and think that GME is a better stock by miles (not financial advice). We should use the AMC run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 as FURTHER PROOF that the FTD cycle theory and naked short theories are correct - we should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saying that it's a distraction. To add to that, I've long said that if AMC squeezes first, I'd bet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will use their profits on AMC to join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 are all apes, we all have the same thesis about our respective stocks, and we are all fighting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same enemy - so let's not divide retail with this anti-AMC nonsense.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you message me, dont ask my thoughts on AMC. I am all in on GME because I like it better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AMC, so I will not be giving my thoughts on that stock, I just wanted to adress that point becuase I've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seeing it a lot.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Messages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Finally, I just wanted to adress my messages. As I have said, my inbox is always open and I try to answer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 question. Just a warning though, if you want to message me, do it through my PMs (DMs). My posts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a lot of awards and activity so it's much harder for me to see regular messages because they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lopped in with award notifications, so if you want to reach me I'd recommend PMs. I'd say my response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rate to PMs is probably 95% or so, but my regular message response rate is probably only like 50%.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Finally, please do not message me about price floors, "thoughts on GME for the week," financial advice,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 advice, predictions, etc. as I will not be responding to these. If you have some information you'd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to share, I'd be happy to discuss it or if you have a question like "what is a gamma squeeze" I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answer it. But please do not ask me any questions about financial advice and the like as I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be responding to those. To those of you who send me information, however, thank you so much.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of you are often inspirations for my DDs and often contribute legitimate points to my DDs.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Closing thots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I, like many of you, feel that something is coming. The price action alone says enough but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information surrounding it says even more. As I said in my most recent warning post, be ready for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absolutely crazy price action in the coming weeks. I'm not sure when I'll be posting again but I hope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will be soon. I will not be posting just for the fuck of it, I will be posting when I have something to say,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hopefully that will be within a week or two. Many of my very close followers saw that I put out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message saying I was thinking of expanding to another platform. You all overwhelmingly said YouTube. I </w:t>
      </w:r>
    </w:p>
    <w:p>
      <w:bookmarkStart w:id="531" w:name="pg53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3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 not sure when I will be doing this but I think it's a great idea and am going to make a plan to expand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sometime in the future (probably not the near future but sometime in the future). As always,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Stay strong, apes.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********** I am not a financial advisor, this is not financial advice **********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did not want this post to be about AMC but so many people have messaged me about it so I had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make this edit. It makes absolutely zero sense for a fund to spend money on AMC for the sole purpose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making apes transfer over to AMC when they could be spending that money on shorting GME. If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that AMC doubled this week because of FUD and misinformation and not institutions buying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you don't understand how markets work. No stock doubles in a week without it being because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institutional buying. Retail has power but has been holding for months, so it was not retail. If it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retail, then wouldn't we have seen a drop in GME due to apes selling GME to buy AMC? Instead, we saw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increases. It's the result of two stocks being the victims of naked shorting. I absolutely love this sub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than anything and it kills me to see this kind of illogical, confirmation bias from some of you. Again,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 not have an AMC position and think that GME is infinitely better than AMC but we need to stop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rhetoric because it's not helpful.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CHAOS THEORY - The FINAL Connection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final picture is starting to come together. The ties of the former CFTC (who now works for citadel) &amp;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chairmen to the industry appear to be pointing to fraudulent activity in efforts to prolong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necessity of </w:t>
      </w:r>
      <w:r>
        <w:rPr>
          <w:rFonts w:ascii="Cambria" w:hAnsi="Cambria"/>
          <w:b/>
          <w:i w:val="0"/>
          <w:color w:val="FFFFFF"/>
          <w:sz w:val="20"/>
          <w:u w:val="none"/>
        </w:rPr>
        <w:t>SOFR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being implemented. </w:t>
      </w:r>
      <w:r>
        <w:rPr>
          <w:rFonts w:ascii="Cambria" w:hAnsi="Cambria"/>
          <w:b/>
          <w:i w:val="0"/>
          <w:color w:val="FFFFFF"/>
          <w:sz w:val="20"/>
          <w:u w:val="none"/>
        </w:rPr>
        <w:t>SOFR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last time it was attempted to transitioned into (in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2019) almost IMPLODED the market due to many realizing that banks and others could not handle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higher interest rate (based off the DAILY TRESURY YIELD RATE) versus the fabricated one that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that being said, let's get into it.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/u/sharkbaitlol here again for another post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"Chaos Theory"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series that delves deeper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underworking of the financial realm. Just for a reintroduction of myself from other posts, my career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revolved around the data realm having worked on data collection, interpretation and machine learning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last decade or so. I am also a lifelong gamer and have always been addicted to identifying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patterns in real-life and games.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do not claim to be a financial advisor; THIS POST IS NOT FINACIAL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ADVICE. Apes should always challenge information and supplement with your own.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in my hopes that these posts result in an increase of people seeking out MORE information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continually lead us in the right direction; I want our children to grow up in a system where it is not </w:t>
      </w:r>
    </w:p>
    <w:p>
      <w:bookmarkStart w:id="532" w:name="pg53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3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rigged against them.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 would like to thank the hundreds of fellow apes that have messaged me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commented with links and thoughts as we sweep the world for information. Apes together strong.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 don't know how else to say this, but it is with great concern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that I write this post.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elements here that go deeper into describing what danger the economy finds itself in (as if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wasn't evident already through all the countless DD already provided by this community).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will attempt to provide you as many pieces of factual evidence possible and will make it known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opinion on the matter is being presented. I will be creating links to some of my previous DD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others throughout the post. This is my attempt at connecting the dots in what I believe is one of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final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connections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story.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NOW GRAB THE COOLER OF BEERS AND GET BACK ON THE ROCKET BECAUSE WE'RE ABOUT TO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GO DEEPER INTO SPACE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🚀👨‍🚀👩‍🚀🐱‍🚀</w:t>
      </w:r>
      <w:r>
        <w:rPr>
          <w:rFonts w:ascii="Cambria" w:hAnsi="Cambria"/>
          <w:b/>
          <w:i w:val="0"/>
          <w:color w:val="FFFFFF"/>
          <w:sz w:val="20"/>
          <w:u w:val="none"/>
        </w:rPr>
        <w:t>🦧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 from the top I will simplify the presentation of my findings for ease of understanding with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table of contents you see below. </w:t>
      </w:r>
    </w:p>
    <w:p>
      <w:pPr>
        <w:keepLines w:val="0"/>
        <w:widowControl w:val="0"/>
        <w:spacing w:before="384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CFTC &amp; SEC --- You Can't Make Old Friends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Credit Suisse --- A Leaky Boat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Gary Gensler --- GG GLHF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LIBOR vs SOFR --- Global Financial Evolution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GREAT TRAP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1 --- CFTC &amp; SEC --- You Can't Make Old Friends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76">
        <w:r>
          <w:rPr>
            <w:rFonts w:ascii="Cambria" w:hAnsi="Cambria"/>
            <w:sz w:val="20"/>
            <w:color w:val="FFFFFF"/>
            <w:u/>
          </w:rPr>
          <w:t xml:space="preserve">As identified in "Chaos Theory - Conflicts of Interest", we were able to find out that the former chairman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CFTC &amp; SEC appear to be in one hell of a conflict of interest.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If you've read my last post, you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probably skim over this and head into Section 2.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Former SEC Chairman Jay Clayton just took a job at </w:t>
      </w:r>
      <w:r>
        <w:rPr>
          <w:rFonts w:ascii="Cambria" w:hAnsi="Cambria"/>
          <w:b/>
          <w:i w:val="0"/>
          <w:color w:val="FFFFFF"/>
          <w:sz w:val="20"/>
          <w:u w:val="none"/>
        </w:rPr>
        <w:t>Apollo Global Management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a newly created role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lead independent director on its board last month. We start digging here and find out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Tiger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Global Management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holds a 14.8% stake in; making them the largest shareholder of Apollo other than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private holdings company from Apollo themselves (BRH) (https://fintel.io/so/us/apo).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relation to this, don't forget that Bill Hwang is an alumni of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Tigers</w:t>
      </w:r>
      <w:hyperlink r:id="rId1077">
        <w:r>
          <w:rPr>
            <w:rFonts w:ascii="Cambria" w:hAnsi="Cambria"/>
            <w:sz w:val="20"/>
            <w:color w:val="FFFFFF"/>
            <w:u/>
          </w:rPr>
          <w:t xml:space="preserve"> and the mess he's been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77">
        <w:r>
          <w:rPr>
            <w:rFonts w:ascii="Cambria" w:hAnsi="Cambria"/>
            <w:sz w:val="20"/>
            <w:color w:val="FFFFFF"/>
            <w:u/>
          </w:rPr>
          <w:t xml:space="preserve">involved in with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Archegos.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This as we know has resulted in a massive hit to </w:t>
      </w:r>
      <w:r>
        <w:rPr>
          <w:rFonts w:ascii="Cambria" w:hAnsi="Cambria"/>
          <w:b/>
          <w:i w:val="0"/>
          <w:color w:val="FFFFFF"/>
          <w:sz w:val="20"/>
          <w:u w:val="none"/>
        </w:rPr>
        <w:t>Credit Suisse's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books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tune of billions (we still don't know the full extent of this).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also found out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Apollo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Tiger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so happen to be in the same building in New York (the Solow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Building) and are doing shady dealings + tax evasions down in the Cayman Islands and Bermuda;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namely the Ugland House (which was labelled by former president Obama as "the biggest tax scam in </w:t>
      </w:r>
    </w:p>
    <w:p>
      <w:bookmarkStart w:id="533" w:name="pg53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3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world"). Even new SEC chairmain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 Gensler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some thoughts on the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78">
        <w:r>
          <w:rPr>
            <w:rFonts w:ascii="Cambria" w:hAnsi="Cambria"/>
            <w:sz w:val="20"/>
            <w:color w:val="FFFFFF"/>
            <w:u/>
          </w:rPr>
          <w:t>matter: https://www.youtube.com/watch?v=b_GcpsIyQFc&amp;t=1259s (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>We also know that</w:t>
      </w:r>
      <w:hyperlink r:id="rId107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079">
        <w:r>
          <w:rPr>
            <w:rFonts w:ascii="Cambria" w:hAnsi="Cambria"/>
            <w:sz w:val="20"/>
            <w:color w:val="FFFFFF"/>
            <w:i/>
            <w:u/>
          </w:rPr>
          <w:t xml:space="preserve">the U.S. is losing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79">
        <w:r>
          <w:rPr>
            <w:rFonts w:ascii="Cambria" w:hAnsi="Cambria"/>
            <w:sz w:val="20"/>
            <w:color w:val="FFFFFF"/>
            <w:i/>
            <w:u/>
          </w:rPr>
          <w:t>$1 trillion annually to tax cheats: courtesy of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/u/vadoge). REMEMBER CITADEL IS DOING THINGS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TOO DIRECTLY THROUGH VARIOUS ENTITES LIKE PALAFOX.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we encounter our first conflict on interest here as we delve into </w:t>
      </w:r>
      <w:r>
        <w:rPr>
          <w:rFonts w:ascii="Cambria" w:hAnsi="Cambria"/>
          <w:b/>
          <w:i w:val="0"/>
          <w:color w:val="FFFFFF"/>
          <w:sz w:val="20"/>
          <w:u w:val="none"/>
        </w:rPr>
        <w:t>Jay Clayton's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employer, </w:t>
      </w:r>
      <w:r>
        <w:rPr>
          <w:rFonts w:ascii="Cambria" w:hAnsi="Cambria"/>
          <w:b/>
          <w:i w:val="0"/>
          <w:color w:val="FFFFFF"/>
          <w:sz w:val="20"/>
          <w:u w:val="none"/>
        </w:rPr>
        <w:t>Apollo Global Management.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it turns out the former CEO of </w:t>
      </w:r>
      <w:r>
        <w:rPr>
          <w:rFonts w:ascii="Cambria" w:hAnsi="Cambria"/>
          <w:b/>
          <w:i w:val="0"/>
          <w:color w:val="FFFFFF"/>
          <w:sz w:val="20"/>
          <w:u w:val="none"/>
        </w:rPr>
        <w:t>Apollo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stepped down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LAST MONTH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because of his ties with </w:t>
      </w:r>
      <w:r>
        <w:rPr>
          <w:rFonts w:ascii="Cambria" w:hAnsi="Cambria"/>
          <w:b/>
          <w:i w:val="0"/>
          <w:color w:val="FFFFFF"/>
          <w:sz w:val="20"/>
          <w:u w:val="none"/>
        </w:rPr>
        <w:t>Jeffery Epstein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Here's the story from a couple weeks ago ago.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6610350"/>
            <wp:docPr id="387" name="Picture 3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10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34" w:name="pg533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534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https://www.theguardian.com/us-news/2021/mar/22/leon-black-quits-apollo-jeffrey-epstein-ties-inquiry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Wait so you're telling me that the former SEC chairman is working for a company that was connected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one of the most infamous criminals of all time? </w:t>
      </w:r>
      <w:r>
        <w:rPr>
          <w:rFonts w:ascii="Cambria" w:hAnsi="Cambria"/>
          <w:b/>
          <w:i w:val="0"/>
          <w:color w:val="FFFFFF"/>
          <w:sz w:val="20"/>
          <w:u w:val="none"/>
        </w:rPr>
        <w:t>YUP.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Well at least the old CEO isn't there anymore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right?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319395"/>
            <wp:docPr id="388" name="Picture 3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19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Yikes, almost like this shouldn't be allowed right?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lets take a step back about two weeks ago or so; recall Mr. Heath Tarbert? Who was the former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chairmen of the CFTC (Commodity Futures Trading Commission). Last we heard he just got hired by 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boy </w:t>
      </w:r>
      <w:r>
        <w:rPr>
          <w:rFonts w:ascii="Cambria" w:hAnsi="Cambria"/>
          <w:b/>
          <w:i w:val="0"/>
          <w:color w:val="FFFFFF"/>
          <w:sz w:val="20"/>
          <w:u w:val="none"/>
        </w:rPr>
        <w:t>Ken Griffin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his </w:t>
      </w:r>
      <w:r>
        <w:rPr>
          <w:rFonts w:ascii="Cambria" w:hAnsi="Cambria"/>
          <w:b/>
          <w:i w:val="0"/>
          <w:color w:val="FFFFFF"/>
          <w:sz w:val="20"/>
          <w:u w:val="none"/>
        </w:rPr>
        <w:t>Chief Legal Officer.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Turns out that Jay Clayton and Heath Tarbert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(brought in during the Trump administration)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know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each other pretty well. In-fact Heath had this to say about his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friend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Jay Clayton.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35" w:name="pg53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35"/>
      <w:r>
        <w:rPr>
          <w:rFonts w:ascii="Cambria" w:hAnsi="Cambria"/>
          <w:b w:val="0"/>
          <w:i/>
          <w:color w:val="FFFFFF"/>
          <w:sz w:val="20"/>
          <w:u w:val="none"/>
        </w:rPr>
        <w:t xml:space="preserve">“It has been an honor to serve alongside Jay Clayton. He is one of the smartest and most capable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transactional attorneys in the country and 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even better colleague and friend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*. As leaders of the SEC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CFTC, we have* </w:t>
      </w:r>
      <w:r>
        <w:rPr>
          <w:rFonts w:ascii="Cambria" w:hAnsi="Cambria"/>
          <w:b/>
          <w:i/>
          <w:color w:val="FFFFFF"/>
          <w:sz w:val="20"/>
          <w:u w:val="none"/>
        </w:rPr>
        <w:t>worked together closely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to harmonize our rules where appropriate and hold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wrongdoers accountable."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82">
        <w:r>
          <w:rPr>
            <w:rFonts w:ascii="Cambria" w:hAnsi="Cambria"/>
            <w:sz w:val="20"/>
            <w:color w:val="FFFFFF"/>
            <w:u/>
          </w:rPr>
          <w:t xml:space="preserve">Directly from the CFTC site: https://cftc.gov/PressRoom/PressReleases/8310-20. So now we have two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former chairman of the organizations meant to control </w:t>
      </w:r>
      <w:r>
        <w:rPr>
          <w:rFonts w:ascii="Cambria" w:hAnsi="Cambria"/>
          <w:b/>
          <w:i w:val="0"/>
          <w:color w:val="FFFFFF"/>
          <w:sz w:val="20"/>
          <w:u w:val="none"/>
        </w:rPr>
        <w:t>Wall Street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are working for the very 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were regulating. The same </w:t>
      </w:r>
      <w:r>
        <w:rPr>
          <w:rFonts w:ascii="Cambria" w:hAnsi="Cambria"/>
          <w:b/>
          <w:i w:val="0"/>
          <w:color w:val="FFFFFF"/>
          <w:sz w:val="20"/>
          <w:u w:val="none"/>
        </w:rPr>
        <w:t>Wall Street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were "harmonizing rules" for --- oh and one of them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working at a Hedge Fund associated with a criminal. Great, totally not a problem.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MY OPINION: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There's nothing from these two from continually working together even now; only a few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 have passed since these two were last collaborating. This begins to lead us into an ordeal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starts to paint a picture of what may have happened in the last few years and how some hedge funds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might have further screwed themselves with super cheap interest rates introduced during the pandemic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loans with these two formerly at the helm stoking the flames.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Wonder how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 Gensler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the new SEC chairman will play into all this now? That will be covered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2 --- Credit Suisse --- A Leaky Boat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how does </w:t>
      </w:r>
      <w:r>
        <w:rPr>
          <w:rFonts w:ascii="Cambria" w:hAnsi="Cambria"/>
          <w:b/>
          <w:i w:val="0"/>
          <w:color w:val="FFFFFF"/>
          <w:sz w:val="20"/>
          <w:u w:val="none"/>
        </w:rPr>
        <w:t>Credit Suisse (CS)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find themselves in this mess? They just can't seem to keep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themselves out of the news. More holes keep getting blown out in their ship that they're desperately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trying to patch. We already mentioned the situation with </w:t>
      </w:r>
      <w:r>
        <w:rPr>
          <w:rFonts w:ascii="Cambria" w:hAnsi="Cambria"/>
          <w:b/>
          <w:i w:val="0"/>
          <w:color w:val="FFFFFF"/>
          <w:sz w:val="20"/>
          <w:u w:val="none"/>
        </w:rPr>
        <w:t>Archegos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but something that hasn't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mentioned as much is their losses associated with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Greensill Capital and their filing for insolvency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on</w:t>
      </w:r>
      <w:hyperlink r:id="rId1083">
        <w:r>
          <w:rPr>
            <w:rFonts w:ascii="Cambria" w:hAnsi="Cambria"/>
            <w:sz w:val="20"/>
            <w:color w:val="FFFFFF"/>
            <w:u/>
          </w:rPr>
          <w:t xml:space="preserve"> March 8th, 2021</w:t>
        </w:r>
      </w:hyperlink>
      <w:hyperlink r:id="rId1083">
        <w:r>
          <w:rPr>
            <w:rFonts w:ascii="Cambria" w:hAnsi="Cambria"/>
            <w:sz w:val="20"/>
            <w:color w:val="FFFFFF"/>
            <w:b/>
            <w:u/>
          </w:rPr>
          <w:t>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36" w:name="pg535"/>
      <w:pPr>
        <w:keepLines w:val="0"/>
        <w:pageBreakBefore/>
        <w:widowControl w:val="0"/>
        <w:spacing w:before="0" w:after="0"/>
        <w:jc w:val="center"/>
      </w:pPr>
      <w:bookmarkEnd w:id="536"/>
      <w:r>
        <w:drawing>
          <wp:inline xmlns:a="http://schemas.openxmlformats.org/drawingml/2006/main" xmlns:pic="http://schemas.openxmlformats.org/drawingml/2006/picture">
            <wp:extent cx="5943600" cy="4927600"/>
            <wp:docPr id="389" name="Picture 3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 result of their bankruptcy, 50,000 people lost their jobs when it became evident that during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courthouse hearing in Sydney, Australia - $4.6 billion was owed and no one was extending out a hand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 anymore to </w:t>
      </w:r>
      <w:r>
        <w:rPr>
          <w:rFonts w:ascii="Cambria" w:hAnsi="Cambria"/>
          <w:b/>
          <w:i w:val="0"/>
          <w:color w:val="FFFFFF"/>
          <w:sz w:val="20"/>
          <w:u w:val="none"/>
        </w:rPr>
        <w:t>Greensill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(THIS IS A BIG PIECE OF THIS STORY, HOLD THIS THOUGHT FOR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THIS IS GOING TO GET CRAZY LATER ON).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 result different parts of </w:t>
      </w:r>
      <w:r>
        <w:rPr>
          <w:rFonts w:ascii="Cambria" w:hAnsi="Cambria"/>
          <w:b/>
          <w:i w:val="0"/>
          <w:color w:val="FFFFFF"/>
          <w:sz w:val="20"/>
          <w:u w:val="none"/>
        </w:rPr>
        <w:t>Greensill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had to be liquidated as a means to recoup costs. One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impacted was </w:t>
      </w:r>
      <w:r>
        <w:rPr>
          <w:rFonts w:ascii="Cambria" w:hAnsi="Cambria"/>
          <w:b/>
          <w:i w:val="0"/>
          <w:color w:val="FFFFFF"/>
          <w:sz w:val="20"/>
          <w:u w:val="none"/>
        </w:rPr>
        <w:t>Greensill's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tech partner </w:t>
      </w:r>
      <w:r>
        <w:rPr>
          <w:rFonts w:ascii="Cambria" w:hAnsi="Cambria"/>
          <w:b/>
          <w:i w:val="0"/>
          <w:color w:val="FFFFFF"/>
          <w:sz w:val="20"/>
          <w:u w:val="none"/>
        </w:rPr>
        <w:t>Taulia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Guess who had plans to acquire them?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37" w:name="pg536"/>
      <w:pPr>
        <w:keepLines w:val="0"/>
        <w:pageBreakBefore/>
        <w:widowControl w:val="0"/>
        <w:spacing w:before="0" w:after="0"/>
        <w:jc w:val="center"/>
      </w:pPr>
      <w:bookmarkEnd w:id="537"/>
      <w:r>
        <w:drawing>
          <wp:inline xmlns:a="http://schemas.openxmlformats.org/drawingml/2006/main" xmlns:pic="http://schemas.openxmlformats.org/drawingml/2006/picture">
            <wp:extent cx="5943600" cy="4509770"/>
            <wp:docPr id="390" name="Picture 3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9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what are they doing here???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YES </w:t>
      </w:r>
      <w:r>
        <w:rPr>
          <w:rFonts w:ascii="Cambria" w:hAnsi="Cambria"/>
          <w:b/>
          <w:i w:val="0"/>
          <w:color w:val="FFFFFF"/>
          <w:sz w:val="20"/>
          <w:u w:val="none"/>
        </w:rPr>
        <w:t>APOLLO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MEDDLING HERE. Now everything was going according to plan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Apollo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seems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they'd be able to get a pretty cheap cost of entry on </w:t>
      </w:r>
      <w:r>
        <w:rPr>
          <w:rFonts w:ascii="Cambria" w:hAnsi="Cambria"/>
          <w:b/>
          <w:i w:val="0"/>
          <w:color w:val="FFFFFF"/>
          <w:sz w:val="20"/>
          <w:u w:val="none"/>
        </w:rPr>
        <w:t>Taulia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from their site: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Taulia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is a financial technology business that provides working capital management, electronic invoicing,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supply chain finance, and dynamic discounting services. The company helps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buyers and suppliers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accelerate payments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*, improve supply chain health, and* </w:t>
      </w:r>
      <w:r>
        <w:rPr>
          <w:rFonts w:ascii="Cambria" w:hAnsi="Cambria"/>
          <w:b/>
          <w:i/>
          <w:color w:val="FFFFFF"/>
          <w:sz w:val="20"/>
          <w:u w:val="none"/>
        </w:rPr>
        <w:t>unlock trapped cash. 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</w:t>
      </w:r>
      <w:r>
        <w:rPr>
          <w:rFonts w:ascii="Cambria" w:hAnsi="Cambria"/>
          <w:b/>
          <w:i w:val="0"/>
          <w:color w:val="FFFFFF"/>
          <w:sz w:val="20"/>
          <w:u w:val="none"/>
        </w:rPr>
        <w:t>SURPRISE!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38" w:name="pg537"/>
      <w:pPr>
        <w:keepLines w:val="0"/>
        <w:pageBreakBefore/>
        <w:widowControl w:val="0"/>
        <w:spacing w:before="0" w:after="0"/>
        <w:jc w:val="center"/>
      </w:pPr>
      <w:bookmarkEnd w:id="538"/>
      <w:r>
        <w:drawing>
          <wp:inline xmlns:a="http://schemas.openxmlformats.org/drawingml/2006/main" xmlns:pic="http://schemas.openxmlformats.org/drawingml/2006/picture">
            <wp:extent cx="5943600" cy="4350384"/>
            <wp:docPr id="391" name="Picture 3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0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https://www.reuters.com/article/us-britain-greensill-apollo-idUSKBN2B4233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YOINK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JPMorgan decides to play the uno reverse card and that they want </w:t>
      </w:r>
      <w:r>
        <w:rPr>
          <w:rFonts w:ascii="Cambria" w:hAnsi="Cambria"/>
          <w:b/>
          <w:i w:val="0"/>
          <w:color w:val="FFFFFF"/>
          <w:sz w:val="20"/>
          <w:u w:val="none"/>
        </w:rPr>
        <w:t>Taulia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their side too. Oh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it turns out </w:t>
      </w:r>
      <w:r>
        <w:rPr>
          <w:rFonts w:ascii="Cambria" w:hAnsi="Cambria"/>
          <w:b/>
          <w:i w:val="0"/>
          <w:color w:val="FFFFFF"/>
          <w:sz w:val="20"/>
          <w:u w:val="none"/>
        </w:rPr>
        <w:t>UniCredit + UBS Group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want a piece of the action as well.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forget who are the two major institutional owners of </w:t>
      </w:r>
      <w:r>
        <w:rPr>
          <w:rFonts w:ascii="Cambria" w:hAnsi="Cambria"/>
          <w:b/>
          <w:i w:val="0"/>
          <w:color w:val="FFFFFF"/>
          <w:sz w:val="20"/>
          <w:u w:val="none"/>
        </w:rPr>
        <w:t>JPMorgan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655320"/>
            <wp:docPr id="392" name="Picture 3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if it isn't our boys BlackRock, and Vanguard. Source: https://fintel.io/so/us/jpm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 side note did I mention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UBS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the direct competitor of </w:t>
      </w:r>
      <w:r>
        <w:rPr>
          <w:rFonts w:ascii="Cambria" w:hAnsi="Cambria"/>
          <w:b/>
          <w:i w:val="0"/>
          <w:color w:val="FFFFFF"/>
          <w:sz w:val="20"/>
          <w:u w:val="none"/>
        </w:rPr>
        <w:t>CreditSuisse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Switzerland and that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088">
        <w:r>
          <w:rPr>
            <w:rFonts w:ascii="Cambria" w:hAnsi="Cambria"/>
            <w:sz w:val="20"/>
            <w:color w:val="FFFFFF"/>
            <w:u/>
          </w:rPr>
          <w:t>the two are planning a merger? https://www.fnlondon.com/articles/ubs-chair-axel-weber-says-a-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088">
        <w:r>
          <w:rPr>
            <w:rFonts w:ascii="Cambria" w:hAnsi="Cambria"/>
            <w:sz w:val="20"/>
            <w:color w:val="FFFFFF"/>
            <w:u/>
          </w:rPr>
          <w:t xml:space="preserve">merger-with-credit-suisse-could-take-years-20201207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add to all this, we now we also know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BlackRock</w:t>
      </w:r>
      <w:hyperlink r:id="rId1089">
        <w:r>
          <w:rPr>
            <w:rFonts w:ascii="Cambria" w:hAnsi="Cambria"/>
            <w:sz w:val="20"/>
            <w:color w:val="FFFFFF"/>
            <w:u/>
          </w:rPr>
          <w:t xml:space="preserve"> is looking to make a move on Credit Suisse in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midst of this storm. This is in addition to their existing relationship with Swiss Re </w:t>
      </w:r>
      <w:r>
        <w:rPr>
          <w:rFonts w:ascii="Cambria" w:hAnsi="Cambria"/>
          <w:b w:val="0"/>
          <w:i w:val="0"/>
          <w:color w:val="FFFFFF"/>
          <w:sz w:val="12"/>
          <w:u w:val="none"/>
        </w:rPr>
        <w:t xml:space="preserve">(scroll down for more information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2"/>
          <w:u w:val="none"/>
        </w:rPr>
        <w:t>that thread to Section 5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.) </w:t>
      </w:r>
    </w:p>
    <w:p>
      <w:bookmarkStart w:id="539" w:name="pg53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39"/>
      <w:r>
        <w:rPr>
          <w:rFonts w:ascii="Cambria" w:hAnsi="Cambria"/>
          <w:b/>
          <w:i w:val="0"/>
          <w:color w:val="FFFFFF"/>
          <w:sz w:val="20"/>
          <w:u w:val="none"/>
        </w:rPr>
        <w:t>MY OPINION: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researching around it seems that for one reason or another, consolidation of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appears to be a focus headed into the near future. </w:t>
      </w:r>
      <w:r>
        <w:rPr>
          <w:rFonts w:ascii="Cambria" w:hAnsi="Cambria"/>
          <w:b/>
          <w:i w:val="0"/>
          <w:color w:val="FFFFFF"/>
          <w:sz w:val="20"/>
          <w:u w:val="none"/>
        </w:rPr>
        <w:t>BlackRock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looking to somehow join the narrative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become further ingrained in the banking world. This becomes especially interesting considering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</w:t>
      </w:r>
      <w:r>
        <w:rPr>
          <w:rFonts w:ascii="Cambria" w:hAnsi="Cambria"/>
          <w:b/>
          <w:i w:val="0"/>
          <w:color w:val="FFFFFF"/>
          <w:sz w:val="20"/>
          <w:u w:val="none"/>
        </w:rPr>
        <w:t>BlackRock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positioning themselves as 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'fourth branch of government'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believe I explain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relationship a bit better in anticipation of what the future is going to bring (Section 4).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BONUS ROUND --- UK EDITION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so our fellow apes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UK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don't feel left out of all the drama, none other than former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Prime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Minister David Cameron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heavily involved with </w:t>
      </w:r>
      <w:r>
        <w:rPr>
          <w:rFonts w:ascii="Cambria" w:hAnsi="Cambria"/>
          <w:b/>
          <w:i w:val="0"/>
          <w:color w:val="FFFFFF"/>
          <w:sz w:val="20"/>
          <w:u w:val="none"/>
        </w:rPr>
        <w:t>Greensill,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lobbying for the company.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some examples of what he's being called out for: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</w:t>
      </w:r>
      <w:hyperlink r:id="rId1090">
        <w:r>
          <w:rPr>
            <w:rFonts w:ascii="Cambria" w:hAnsi="Cambria"/>
            <w:sz w:val="20"/>
            <w:color w:val="FFFFFF"/>
            <w:b/>
            <w:u/>
          </w:rPr>
          <w:t>texted Chancellor Rishi Sunak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>, asking for the company to be included in a Covid-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related government loan scheme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also contacted Treasury ministers Jesse Norman and John Glen about the company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 met Health Secretary Matt Hancock - along with Lex Greensill - for a "private drink"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2019 </w:t>
      </w:r>
      <w:hyperlink r:id="rId1091">
        <w:r>
          <w:rPr>
            <w:rFonts w:ascii="Cambria" w:hAnsi="Cambria"/>
            <w:sz w:val="20"/>
            <w:color w:val="FFFFFF"/>
            <w:b/>
            <w:u/>
          </w:rPr>
          <w:t>to discuss a new payment scheme for NHS staff</w:t>
        </w:r>
      </w:hyperlink>
      <w:hyperlink r:id="rId109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</w:t>
      </w:r>
    </w:p>
    <w:p>
      <w:bookmarkStart w:id="540" w:name="pg539"/>
      <w:pPr>
        <w:keepLines w:val="0"/>
        <w:pageBreakBefore/>
        <w:widowControl w:val="0"/>
        <w:spacing w:before="0" w:after="0"/>
        <w:jc w:val="center"/>
      </w:pPr>
      <w:bookmarkEnd w:id="540"/>
      <w:r>
        <w:drawing>
          <wp:inline xmlns:a="http://schemas.openxmlformats.org/drawingml/2006/main" xmlns:pic="http://schemas.openxmlformats.org/drawingml/2006/picture">
            <wp:extent cx="5943600" cy="5280025"/>
            <wp:docPr id="393" name="Picture 3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0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IT NEVER ENDS DOES IT.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back to our friend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 "GG" GENSLER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how this all potentially plays together.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3 --- Gary Gensler --- GG GLHF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I'm not going to go into too much depth here about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himself; apes have done a TON of research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in this regard. If you're not familiar with him, please have a read of other apes work and then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come back. </w:t>
      </w:r>
    </w:p>
    <w:p>
      <w:bookmarkStart w:id="541" w:name="pg540"/>
      <w:pPr>
        <w:keepLines w:val="0"/>
        <w:pageBreakBefore/>
        <w:widowControl w:val="0"/>
        <w:spacing w:before="0" w:after="0"/>
        <w:jc w:val="center"/>
      </w:pPr>
      <w:bookmarkEnd w:id="541"/>
      <w:r>
        <w:drawing>
          <wp:inline xmlns:a="http://schemas.openxmlformats.org/drawingml/2006/main" xmlns:pic="http://schemas.openxmlformats.org/drawingml/2006/picture">
            <wp:extent cx="5943600" cy="3375659"/>
            <wp:docPr id="394" name="Picture 3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5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 short synopsis from ape /u/AAces_Wild (I totally agree with their statement here):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"Fellow apes, please warmly welcome Professor Gensler to the SEC. If there’s anyone I would trust to wield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 power as SEC chairman while closing loopholes, protecting investors, and policing the largest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center in the world, it’s Gary Gensler.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Key Takeaways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*: Gary has extensive expertise in the prosecution of big banks and has shown support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market transparency. Without hesitation, I believe he's the man for the job. Gary is good.*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As Gary likes to say: "Markets work best when there's a cop on the beat.""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would add to this that he also has a fairly deep background in crypt0-currencies which explain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 movement of </w:t>
      </w:r>
      <w:r>
        <w:rPr>
          <w:rFonts w:ascii="Cambria" w:hAnsi="Cambria"/>
          <w:b/>
          <w:i w:val="0"/>
          <w:color w:val="FFFFFF"/>
          <w:sz w:val="20"/>
          <w:u w:val="none"/>
        </w:rPr>
        <w:t>C0inBase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the currencies associated with it.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very likely to implement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legislation that favors crypt0. He's also fairly knowledgeable about darkpools and their inner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workings.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the major concerns that I have however is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involved with bringing the big banks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light back in 2008. To have him appear now and for such a short period of time (his contract is until June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it'll be renegotiated) raises a bit of a flag.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another point here that is of concern, but before we get into it...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DISCLAIMER DISCLAIMER DISCLAIMER DISCLAIMER DISCLAIMER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POLITICS ARE ALL SCREWED --- THIS ISN'T AN ARGUMENT OF LEFT VERSUS RIGHT. BOTH SIDES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HAVE INVOLVEMENT WITH WALL STREET AND ACCEPTS BRIBES. REMEMBER APES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TOGETHER BECAUSE WE ARE FIGHTING A CLASS WAR REGARDLESS OF RELIGION, GEOGRAPHY,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BELIEFS. WE WANT A BETTER LIFE FOR EACH OTHER.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Fellow ape /u/justoneshyboy, dug into all those who voted 'Nay' against the election of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 Gensler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new chairmain.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what they found: </w:t>
      </w:r>
    </w:p>
    <w:p>
      <w:bookmarkStart w:id="542" w:name="pg541"/>
      <w:pPr>
        <w:keepLines w:val="0"/>
        <w:pageBreakBefore/>
        <w:widowControl w:val="0"/>
        <w:spacing w:before="0" w:after="0"/>
        <w:jc w:val="center"/>
      </w:pPr>
      <w:bookmarkEnd w:id="542"/>
      <w:r>
        <w:drawing>
          <wp:inline xmlns:a="http://schemas.openxmlformats.org/drawingml/2006/main" xmlns:pic="http://schemas.openxmlformats.org/drawingml/2006/picture">
            <wp:extent cx="5943600" cy="6858634"/>
            <wp:docPr id="395" name="Picture 3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8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it turns out, Kenny boy has donated to majority of the 'nay' sayers. Of course, this was bound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 considering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was selected on behalf of the democrats. Where does this lead us to?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one of the major topics of focus come from this clip of </w:t>
      </w:r>
      <w:r>
        <w:rPr>
          <w:rFonts w:ascii="Cambria" w:hAnsi="Cambria"/>
          <w:b/>
          <w:i w:val="0"/>
          <w:color w:val="FFFFFF"/>
          <w:sz w:val="20"/>
          <w:u w:val="none"/>
        </w:rPr>
        <w:t>GG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himself; give this a quick watch for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 minutes: </w:t>
      </w:r>
    </w:p>
    <w:p>
      <w:bookmarkStart w:id="543" w:name="pg542"/>
      <w:pPr>
        <w:keepLines w:val="0"/>
        <w:pageBreakBefore/>
        <w:widowControl w:val="0"/>
        <w:spacing w:before="0" w:after="0"/>
        <w:jc w:val="center"/>
      </w:pPr>
      <w:bookmarkEnd w:id="543"/>
      <w:r>
        <w:drawing>
          <wp:inline xmlns:a="http://schemas.openxmlformats.org/drawingml/2006/main" xmlns:pic="http://schemas.openxmlformats.org/drawingml/2006/picture">
            <wp:extent cx="5943600" cy="3967479"/>
            <wp:docPr id="396" name="Picture 3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74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https://youtu.be/b_GcpsIyQFc?t=1425 from 2014  </w:t>
      </w:r>
    </w:p>
    <w:p>
      <w:pPr>
        <w:keepLines w:val="0"/>
        <w:widowControl w:val="0"/>
        <w:spacing w:before="433" w:after="0" w:lineRule="exact" w:line="246"/>
        <w:ind w:left="0" w:right="-60"/>
      </w:pPr>
      <w:hyperlink r:id="rId1096">
        <w:r>
          <w:rPr>
            <w:rFonts w:ascii="Cambria" w:hAnsi="Cambria"/>
            <w:sz w:val="20"/>
            <w:color w:val="FFFFFF"/>
            <w:u/>
          </w:rPr>
          <w:t xml:space="preserve">https://youtu.be/b_GcpsIyQFc?t=1425; a quote directly from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Gary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the video: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"Today the CFTC announced it's fifth settlement with a bank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pervasive rigging interest rates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[...]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interest rates called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London Inter-Bank Offer Rate (LIBOR)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critical reference rate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U.S. economy.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Student loans are sometimes tied to them, mortgages are tied to them, small business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loans, and yes 70%; </w:t>
      </w:r>
      <w:r>
        <w:rPr>
          <w:rFonts w:ascii="Cambria" w:hAnsi="Cambria"/>
          <w:b/>
          <w:i w:val="0"/>
          <w:color w:val="FFFFFF"/>
          <w:sz w:val="20"/>
          <w:u w:val="none"/>
        </w:rPr>
        <w:t>seven-zero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 international derivatives market, futures, swaps are tied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LIBOR"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REMEMBER THESE TWO THINGS MENTIONED IN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ASSOCIATION WITH EACH OTHER: </w:t>
      </w:r>
    </w:p>
    <w:p>
      <w:pPr>
        <w:keepLines w:val="0"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"PERVASIVE RIGGING INTEREST RATES"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"</w:t>
      </w:r>
      <w:r>
        <w:rPr>
          <w:rFonts w:ascii="Cambria" w:hAnsi="Cambria"/>
          <w:b/>
          <w:i w:val="0"/>
          <w:color w:val="FFFFFF"/>
          <w:sz w:val="20"/>
          <w:u w:val="none"/>
        </w:rPr>
        <w:t>London Inter-Bank Offer Rate (LIBOR)"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MY OPINION: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Look at what's happening with the bond market in the last few days in China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U.S. (more on this in /u/Captain_Omar 's post) --- With so much of the world's loan market tied up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"LIBOR", why is it a big deal now? Well we know that the CFTC is the one establishing settlements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any rigging of game that may be taking place within interest rates.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Oh right, and the former chairman of the CFTC now works at Citadel was in charge of policing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for the last 4 years. In addition, what are the chances he's intertwined with the congress </w:t>
      </w:r>
    </w:p>
    <w:p>
      <w:bookmarkStart w:id="544" w:name="pg54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44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members who've received donations from Citadel do you think? Seems like this LIBOR 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might be a problem for certain parties?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so something's up, what is </w:t>
      </w:r>
      <w:r>
        <w:rPr>
          <w:rFonts w:ascii="Cambria" w:hAnsi="Cambria"/>
          <w:b/>
          <w:i w:val="0"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anyways? This leads us into Section 4.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Section 4 --- LIBOR vs SOFR --- Global Financial Evolution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breather here if you haven't already. This is a lot of information in digest and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LIBOR (London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Inter-Bank Offer Rate)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not a light topic. Thank you /u/RegularJDOE1234 &amp; /u/HCRDR on further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research into this.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is about $350 - 400 trillion (yes that is TRILLIONS with a T, about 4x the size of the global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economy) tied up in it.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explanation of what </w:t>
      </w:r>
      <w:r>
        <w:rPr>
          <w:rFonts w:ascii="Cambria" w:hAnsi="Cambria"/>
          <w:b/>
          <w:i w:val="0"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Libor is an average interest rate calculated through submissions of interest rates by major banks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across the world. "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SPEAK, GRAB YOUR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🖍️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's IT'S TIME GO TO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🏫🎒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Interest is something all of us have dealt with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fashion or another. Credit card payments, mortgages, student loans. The concept is all the same.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 money from the bank, and they tell you that you'll be paying a fee monthly (known 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rate) on top of the money you've loaned out from them. On top of this you get told what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will be ahead of time (forward looking interest rate) so you know what to expect your bill to be.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the reason </w:t>
      </w:r>
      <w:r>
        <w:rPr>
          <w:rFonts w:ascii="Cambria" w:hAnsi="Cambria"/>
          <w:b/>
          <w:i w:val="0"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a problem is that it can easily be gamed and has been for quite some time.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doesn't adjust for another crazy shit that might happen until the next payment period. If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 crashes in that time frame and you're still paying a super low interest rate because of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contractual agreement, the banks lose BIG TIME. Directly from Wikipedia on the "LIBOR Scandal":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" The scandal arose when it was discovered that banks were falsely inflating or deflating their rates so as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profit from trades, or to give the impression that they were more creditworthy than they were.[3]</w:t>
      </w:r>
      <w:hyperlink r:id="rId109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 xml:space="preserve">Libor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underpins approximately $350 trillion in</w:t>
      </w:r>
      <w:hyperlink r:id="rId109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098">
        <w:r>
          <w:rPr>
            <w:rFonts w:ascii="Cambria" w:hAnsi="Cambria"/>
            <w:sz w:val="20"/>
            <w:color w:val="FFFFFF"/>
            <w:i/>
            <w:u/>
          </w:rPr>
          <w:t>derivatives</w:t>
        </w:r>
      </w:hyperlink>
      <w:hyperlink r:id="rId109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The banks are supposed to submit the actual</w:t>
      </w:r>
      <w:hyperlink r:id="rId109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099">
        <w:r>
          <w:rPr>
            <w:rFonts w:ascii="Cambria" w:hAnsi="Cambria"/>
            <w:sz w:val="20"/>
            <w:color w:val="FFFFFF"/>
            <w:i/>
            <w:u/>
          </w:rPr>
          <w:t>interest rates</w:t>
        </w:r>
      </w:hyperlink>
      <w:hyperlink r:id="rId109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they are paying, or would expect to pay,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borrowing from other banks. The Libor is supposed to be the total assessment of the health of the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system because if the banks being polled feel confident about the state of things, they report a low number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and if the member banks feel a low degree of confidence in the financial system, they report a higher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interest rate number."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THIS, the interest rate drops to low percentages when the market is confident or is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inject growth (like how it is now); the inverse happens when the market is fearful (higher rate =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higher cost of borrowing money usually). This is like letting your buddy Good Guy Greg borrow 20 bucks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versus your half-cousin twice removed, Scumbag Steve.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banks here would deliberately rig the interest rates between each other in order to get massive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loans to profit from (they basically are making themselves appear like Good Guy Greg to everyone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them, when in reality they're stealing your wallet out your back pocket).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LIBOR SYSTEM IS </w:t>
      </w:r>
    </w:p>
    <w:p>
      <w:bookmarkStart w:id="545" w:name="pg54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45"/>
      <w:r>
        <w:rPr>
          <w:rFonts w:ascii="Cambria" w:hAnsi="Cambria"/>
          <w:b/>
          <w:i w:val="0"/>
          <w:color w:val="FFFFFF"/>
          <w:sz w:val="20"/>
          <w:u w:val="none"/>
        </w:rPr>
        <w:t>WHAT ALLOWS FOR THIS TO HAPPEN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As it turns out, a lot of people are fed up with this and want see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changed for good reason as seen below...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WORTH NOTING: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LIBOR was a massive playing piece involved in the 2008 financial crises, this quote is directly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from the congressional hearing on the matter: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The LIBOR’s self-reporting structure has created opportunities for individuals or institutions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manipulate or falsify data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*. In the wake of the 2008 financial crisis, upon discovering a widespread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culture of LIBOR manipulation built around industry relationships, U.S. and U.K. regulators settled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various banking institutions, including some of the world’s largest banks such as Barclays,* 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JP Morgan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Chase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*, Citigroup, and* </w:t>
      </w:r>
      <w:r>
        <w:rPr>
          <w:rFonts w:ascii="Cambria" w:hAnsi="Cambria"/>
          <w:b/>
          <w:i/>
          <w:color w:val="FFFFFF"/>
          <w:sz w:val="20"/>
          <w:u w:val="none"/>
        </w:rPr>
        <w:t>UBS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over allegations that these institutions manipulated the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by</w:t>
      </w:r>
      <w:r>
        <w:rPr>
          <w:rFonts w:ascii="Cambria" w:hAnsi="Cambria"/>
          <w:b/>
          <w:i/>
          <w:color w:val="FFFFFF"/>
          <w:sz w:val="20"/>
          <w:u w:val="none"/>
        </w:rPr>
        <w:t xml:space="preserve">pressuring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 xml:space="preserve">their colleagues to report artificially low or artificially high interest rates in order to manufacture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trading opportunities. 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Talk about the timing of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 Gensler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coming back into the picture right? One of the few people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SEC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directly dealt with this type of scenario before.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FEAR NOT, HERE COMES THE EVOLUTION OF THIS SYSTEM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Introducing </w:t>
      </w:r>
      <w:r>
        <w:rPr>
          <w:rFonts w:ascii="Cambria" w:hAnsi="Cambria"/>
          <w:b/>
          <w:i w:val="0"/>
          <w:color w:val="FFFFFF"/>
          <w:sz w:val="20"/>
          <w:u w:val="none"/>
        </w:rPr>
        <w:t>SOFR (Secured Overnight Financing Rate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)!!!!! This is a MASSIVE 200 trillion dollar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transition that will take place over the next few years.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OH and it almost imploded the entire fucking market the first time it was attempted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implemented back in 2019</w:t>
      </w:r>
      <w:hyperlink r:id="rId1100">
        <w:r>
          <w:rPr>
            <w:rFonts w:ascii="Cambria" w:hAnsi="Cambria"/>
            <w:sz w:val="20"/>
            <w:color w:val="FFFFFF"/>
            <w:u/>
          </w:rPr>
          <w:t xml:space="preserve"> https://www.federalreserve.gov/econres/notes/feds-notes/what-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00">
        <w:r>
          <w:rPr>
            <w:rFonts w:ascii="Cambria" w:hAnsi="Cambria"/>
            <w:sz w:val="20"/>
            <w:color w:val="FFFFFF"/>
            <w:u/>
          </w:rPr>
          <w:t xml:space="preserve">happened-in-money-markets-in-september-2019-20200227.htm </w:t>
        </w:r>
      </w:hyperlink>
    </w:p>
    <w:p>
      <w:bookmarkStart w:id="546" w:name="pg545"/>
      <w:pPr>
        <w:keepLines w:val="0"/>
        <w:pageBreakBefore/>
        <w:widowControl w:val="0"/>
        <w:spacing w:before="0" w:after="0"/>
        <w:jc w:val="center"/>
      </w:pPr>
      <w:bookmarkEnd w:id="546"/>
      <w:r>
        <w:drawing>
          <wp:inline xmlns:a="http://schemas.openxmlformats.org/drawingml/2006/main" xmlns:pic="http://schemas.openxmlformats.org/drawingml/2006/picture">
            <wp:extent cx="5943600" cy="3844290"/>
            <wp:docPr id="397" name="Picture 3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it looks like they just had a hearing on this evolution just YESTERDAY.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233420"/>
            <wp:docPr id="398" name="Picture 3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3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https://www.youtube.com/watch?v=igmJ-SFvyRU two hours worth of content, watch at your own risk </w:t>
      </w:r>
    </w:p>
    <w:p>
      <w:bookmarkStart w:id="547" w:name="pg54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4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watched them talking about it live, I would be lying if I told you it was a thrilling piece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entertainment. Watch it if you're really curious and want to get a deeper understanding of what's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stake.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this means is SOFR will change how interest rates are calculated.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Yet again in a very simple explanation: if </w:t>
      </w:r>
      <w:r>
        <w:rPr>
          <w:rFonts w:ascii="Cambria" w:hAnsi="Cambria"/>
          <w:b/>
          <w:i w:val="0"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"forward-looking" meaning you get an interest rate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ahead of time (you know exactly what your payment will be) - </w:t>
      </w:r>
      <w:r>
        <w:rPr>
          <w:rFonts w:ascii="Cambria" w:hAnsi="Cambria"/>
          <w:b/>
          <w:i w:val="0"/>
          <w:color w:val="FFFFFF"/>
          <w:sz w:val="20"/>
          <w:u w:val="none"/>
        </w:rPr>
        <w:t>SOFR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is the inverse, meaning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"backward-looking".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WHAT THIS MEANS IS THAT BANKS AND OTHER PARTICIPANTS WILL NOT KNOW WHAT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MONTHLY PAYMENT FOR THEIR LOAN WILL BE(for example) UNTIL THE DAY OF PAYMENT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(From reading I believe it's about 5 days prior, I could be wrong). THIS IMPLIES THAT THE RATE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 WILL HAVE TO PAY FLUCTUATES ON A DAILY BASIS. THIS DAILY FLUCTUATION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BASED OFF THE</w:t>
      </w:r>
      <w:hyperlink r:id="rId1103">
        <w:r>
          <w:rPr>
            <w:rFonts w:ascii="Cambria" w:hAnsi="Cambria"/>
            <w:sz w:val="20"/>
            <w:color w:val="FFFFFF"/>
            <w:u/>
          </w:rPr>
          <w:t xml:space="preserve"> DAILY TRESURY YIELD RATE. This transition is expected to be completed by 2023,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 no new contracts can be written under Libor as of... MARCH 31ST, 2021.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illustrate this point, the image below shows how much more "variable" (dynamic) the rate (in blue)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be, versus the fixed variant (in red) of it we see today.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356100"/>
            <wp:docPr id="399" name="Picture 3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solves two things: </w:t>
      </w:r>
    </w:p>
    <w:p>
      <w:bookmarkStart w:id="548" w:name="pg547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548"/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market fluctuates in the time that a loan was given, the banks will not be put into a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vulnerable position nor profit from it. Think of this as a "we ride together, we die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together" type of scenario. They'll be impacted as much as any of us should the market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down turn or rise.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The rates can no longer be gamed as easily because they're no longer based off self-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report data, but rather the rate of the daily treasury yield on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here's the thing, we should've already started transitioning to this new system over quite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time. The fed wanted all the new loans being given out in the last year to be already implemented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SOFR, but instead the banks chose to STILL tie them to </w:t>
      </w:r>
      <w:r>
        <w:rPr>
          <w:rFonts w:ascii="Cambria" w:hAnsi="Cambria"/>
          <w:b/>
          <w:i w:val="0"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But wait a minute some of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3-year, 5-year loans; but </w:t>
      </w:r>
      <w:r>
        <w:rPr>
          <w:rFonts w:ascii="Cambria" w:hAnsi="Cambria"/>
          <w:b/>
          <w:i w:val="0"/>
          <w:color w:val="FFFFFF"/>
          <w:sz w:val="20"/>
          <w:u w:val="none"/>
        </w:rPr>
        <w:t>Libor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will only be around for another 2 years. Sounds like it can be another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 in the making and the banks don't want to face reality yet.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Knowing this it's not surprising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they posted such great earnings right? Easy to make the picture look pretty when it's full of shit.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Watch about 45 seconds of this clip for concerns coming straight 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Grant Thornton UK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matter.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05">
        <w:r>
          <w:rPr>
            <w:rFonts w:ascii="Cambria" w:hAnsi="Cambria"/>
            <w:sz w:val="20"/>
            <w:color w:val="FFFFFF"/>
            <w:u/>
          </w:rPr>
          <w:t xml:space="preserve">https://www.youtube.com/watch?v=HAf6Bk5szIk&amp;t=1245s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THE REASON MANY ARE TERRIFIED AT WHAT THIS WILL MEAN FOR THE MARKET: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"I think it's fair to say that people like myself are getting a bit of an odd feeling in the gut about what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going on about some of these books - so to drive transparency there, the cyclical quarterly testing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impairments and cogence the data will be out in June, and I think the views we have are that some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borrowers will fail." --- Grant Thornton UK Advisor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[Source:</w:t>
      </w:r>
      <w:hyperlink r:id="rId110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106">
        <w:r>
          <w:rPr>
            <w:rFonts w:ascii="Cambria" w:hAnsi="Cambria"/>
            <w:sz w:val="20"/>
            <w:color w:val="FFFFFF"/>
            <w:i/>
            <w:u/>
          </w:rPr>
          <w:t>https://www.youtube.com/watch?v=HAf6Bk5szIk&amp;t=1553s]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LONG STORY SHORT; THEY'RE WORRIED THAT WHEN BANKS AND BUSINESSES ARE FORCED TO PAY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ACTUAL RATES OF THE MARKET (and not their made up ones) BECAUSE OF THE LIBOR -&gt; SOFR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TRANSITION, THAT THEY WILL NOT HAVE THE CASH ON HAND TO MEET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SOFR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REQUIREMENTS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RUN INTO SERIOUS FUCKING TROUBLE. THIS IS SIMILAR TO WHAT HAPPENED ALREADY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2019.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NOT ONLY THIS, THE PEOPLE WHO BORROWED MONEY WILL BE STRESS TESTED ON A REGULAR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BASIS (think monthly/quarterly) TO SEE IF THEY ACTUALLY CAN SUPPORT A HIGHER INTEREST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RATE SHOULD THE MARKET GO TO SHIT. Once again no new contracts can be written under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Libor as of...</w:t>
      </w:r>
      <w:hyperlink r:id="rId1107">
        <w:r>
          <w:rPr>
            <w:rFonts w:ascii="Cambria" w:hAnsi="Cambria"/>
            <w:sz w:val="20"/>
            <w:color w:val="FFFFFF"/>
            <w:u/>
          </w:rPr>
          <w:t xml:space="preserve"> MARCH 31ST, 2021.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 WILL NOW SEE THE MARKET STARTING TO DELEVERAGE THEIR LOANS IN ORDER TO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MORE CASH ON HANDS TO MEET THESE SOFR REQUIREMENTS AS QUICKLY AS POSSIBLE.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EXPLAINS WHY</w:t>
      </w:r>
      <w:hyperlink r:id="rId1108">
        <w:r>
          <w:rPr>
            <w:rFonts w:ascii="Cambria" w:hAnsi="Cambria"/>
            <w:sz w:val="20"/>
            <w:color w:val="FFFFFF"/>
            <w:u/>
          </w:rPr>
          <w:t xml:space="preserve"> JPMORGAN AND OTHERS ARE SELLING BONDS AFTER 'STELLAR' EARNINGS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(once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again still in a Libor system). This would also explain why BlackRock is the heaviest in cash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they've ever been. The reintroduction of Gary Gensler during this timeframe, is a concerning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as he dealt with the 2008 crash once before which involved LIBOR.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49" w:name="pg54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4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Bank of America just posted a 15 billion dollar sale of bonds couple of hours ago; the dominos are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743">
        <w:r>
          <w:rPr>
            <w:rFonts w:ascii="Cambria" w:hAnsi="Cambria"/>
            <w:sz w:val="20"/>
            <w:color w:val="FFFFFF"/>
            <w:u/>
          </w:rPr>
          <w:t>starting to fall https://www.bloomberg.com/news/articles/2021-04-16/bofa-to-set-record-for-largest-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743">
        <w:r>
          <w:rPr>
            <w:rFonts w:ascii="Cambria" w:hAnsi="Cambria"/>
            <w:sz w:val="20"/>
            <w:color w:val="FFFFFF"/>
            <w:u/>
          </w:rPr>
          <w:t xml:space="preserve">bank-bond-sale-at-15-billion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Now the question becomes, who's already caught in the web?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FINAL SECTION --- THE GREAT TRAP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My Opinion: I believe that many of the "bad" hedge funds, took on massive risks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expectations that the 7rump administration would get re-elected and prolong the need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transitioning to SOFR and others (involving the former SEC + CFTC chairmen). This would give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them ample amount of time to make profits on the companies (and banks?) they bankrupt.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appears to me that they didn't properly hedge their risk for any other outcome.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lets have a look at who might have abused the low interest rates fabricated by banks, and provided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collateral with rehypothecated assets?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a good place to start looking is to see who's grown the most in the last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have a pretty good starting point as we've seen in /u/yosaso's post about the war to control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DTCC: (I'm just renaming these teams for the sake of vulgarity, and adding some names)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TEAM Good Guys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JP Morgan, BOA, Morgan Stanley, State Street, Vanguard, BlackRock, Goldman Sachs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TEAM Bad Guys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Citadel, Virtu, Citi, Susquehanna, Melvin, Apollo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TEAM UNKNOWN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BNY Mellon - 2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are the good guys, seems like pretty stable growth since last year right roughly returning to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were before </w:t>
      </w:r>
    </w:p>
    <w:p>
      <w:bookmarkStart w:id="550" w:name="pg549"/>
      <w:pPr>
        <w:keepLines w:val="0"/>
        <w:pageBreakBefore/>
        <w:widowControl w:val="0"/>
        <w:spacing w:before="0" w:after="0"/>
        <w:jc w:val="center"/>
      </w:pPr>
      <w:bookmarkEnd w:id="550"/>
      <w:r>
        <w:drawing>
          <wp:inline xmlns:a="http://schemas.openxmlformats.org/drawingml/2006/main" xmlns:pic="http://schemas.openxmlformats.org/drawingml/2006/picture">
            <wp:extent cx="5943600" cy="5078095"/>
            <wp:docPr id="400" name="Picture 4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78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1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NOW HERE ARE THE BAD GUYS. WHOA THEY JUST RIPPED OVER THE LAST YEAR.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51" w:name="pg550"/>
      <w:pPr>
        <w:keepLines w:val="0"/>
        <w:pageBreakBefore/>
        <w:widowControl w:val="0"/>
        <w:spacing w:before="0" w:after="0"/>
        <w:jc w:val="center"/>
      </w:pPr>
      <w:bookmarkEnd w:id="551"/>
      <w:r>
        <w:drawing>
          <wp:inline xmlns:a="http://schemas.openxmlformats.org/drawingml/2006/main" xmlns:pic="http://schemas.openxmlformats.org/drawingml/2006/picture">
            <wp:extent cx="5943600" cy="5084445"/>
            <wp:docPr id="401" name="Picture 4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4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WOW WHAT GROWTH!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Growth over the last 4 quarters: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Guys: </w:t>
      </w:r>
    </w:p>
    <w:p>
      <w:pPr>
        <w:keepLines w:val="0"/>
        <w:widowControl w:val="0"/>
        <w:tabs>
          <w:tab w:pos="205" w:val="left"/>
          <w:tab w:pos="1552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Company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Growth Since Q1 2020 </w:t>
      </w:r>
    </w:p>
    <w:p>
      <w:pPr>
        <w:keepLines w:val="0"/>
        <w:widowControl w:val="0"/>
        <w:spacing w:before="139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>State Street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42.8% </w:t>
      </w:r>
    </w:p>
    <w:p>
      <w:pPr>
        <w:keepLines w:val="0"/>
        <w:widowControl w:val="0"/>
        <w:tabs>
          <w:tab w:pos="130" w:val="left"/>
          <w:tab w:pos="155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Vanguard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46.9% </w:t>
      </w:r>
    </w:p>
    <w:p>
      <w:pPr>
        <w:keepLines w:val="0"/>
        <w:widowControl w:val="0"/>
        <w:tabs>
          <w:tab w:pos="130" w:val="left"/>
          <w:tab w:pos="155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BlackRock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53.3% </w:t>
      </w:r>
    </w:p>
    <w:p>
      <w:pPr>
        <w:keepLines w:val="0"/>
        <w:widowControl w:val="0"/>
        <w:spacing w:before="46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Bad Guys: </w:t>
      </w:r>
    </w:p>
    <w:p>
      <w:pPr>
        <w:keepLines w:val="0"/>
        <w:widowControl w:val="0"/>
        <w:tabs>
          <w:tab w:pos="300" w:val="left"/>
          <w:tab w:pos="1742" w:val="left"/>
        </w:tabs>
        <w:spacing w:before="70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Company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Growth Since Q1 2020 </w:t>
      </w:r>
    </w:p>
    <w:p>
      <w:pPr>
        <w:keepLines w:val="0"/>
        <w:widowControl w:val="0"/>
        <w:tabs>
          <w:tab w:pos="130" w:val="left"/>
          <w:tab w:pos="174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Apollo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78.4% </w:t>
      </w:r>
    </w:p>
    <w:p>
      <w:pPr>
        <w:keepLines w:val="0"/>
        <w:widowControl w:val="0"/>
        <w:tabs>
          <w:tab w:pos="130" w:val="left"/>
          <w:tab w:pos="174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Melvin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80.5% </w:t>
      </w:r>
    </w:p>
    <w:p>
      <w:bookmarkStart w:id="552" w:name="pg551"/>
      <w:pPr>
        <w:keepLines w:val="0"/>
        <w:pageBreakBefore/>
        <w:widowControl w:val="0"/>
        <w:tabs>
          <w:tab w:pos="300" w:val="left"/>
          <w:tab w:pos="1742" w:val="left"/>
        </w:tabs>
        <w:spacing w:before="73" w:after="0" w:lineRule="exact" w:line="281"/>
        <w:ind w:left="0" w:right="-60"/>
      </w:pPr>
      <w:bookmarkEnd w:id="552"/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Company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Growth Since Q1 2020 </w:t>
      </w:r>
    </w:p>
    <w:p>
      <w:pPr>
        <w:keepLines w:val="0"/>
        <w:widowControl w:val="0"/>
        <w:spacing w:before="134" w:after="0" w:lineRule="exact" w:line="281"/>
        <w:ind w:left="130" w:right="-60"/>
      </w:pPr>
      <w:r>
        <w:rPr>
          <w:rFonts w:ascii="Cambria" w:hAnsi="Cambria"/>
          <w:b w:val="0"/>
          <w:i w:val="0"/>
          <w:color w:val="FFFFFF"/>
          <w:sz w:val="23"/>
          <w:u w:val="none"/>
        </w:rPr>
        <w:t>Susquehanna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94.8% </w:t>
      </w:r>
    </w:p>
    <w:p>
      <w:pPr>
        <w:keepLines w:val="0"/>
        <w:widowControl w:val="0"/>
        <w:spacing w:before="4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we plug in /u/atobitt 's "Everything Short" thesis here. I believe Hedge Funds have been taking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advantage of the low interest rates that are being gamed. They decide they're going to take this to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whole new extreme through rehypothecation and the repo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OPINION: THIS IS MONEY THEY'RE NEVER GOING TO BE ABLE TO PAY BACK. CITADEL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FRIENDS ASPIRED TO REACH THE GRAND SIZE THAT THE LIKES OF BLACKROCK AND VANGUARD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ANY MEANS NECESSARY. I BELIEVE THEY'VE TAKEN ON MASSIVE RISK AND ARE 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CLOSED IN ON BY THE DTCC + THE SEC WITH THE SOFR ADJUSTMENT.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THEY'VE PUT MULTIPLE BANKS AT HUGE RISK A BLOWING UP ON FAKE BONDS --- IT'S ONLY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MATTER OF TIME BEFORE SOFR DROPS THE BOMB ON THEM. I believe this is the reason why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BlackRock and Co have been pushing for "max pain" each week; this is so that it makes it impossible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up with SOFR interest rate requirements.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------------------------------------------------------------------------------------------------------------------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time progresses I believe we will see more evidence of multiple parties attempting to deleverage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positions before 2023. Coincidentally </w:t>
      </w:r>
      <w:r>
        <w:rPr>
          <w:rFonts w:ascii="Cambria" w:hAnsi="Cambria"/>
          <w:b/>
          <w:i w:val="0"/>
          <w:color w:val="FFFFFF"/>
          <w:sz w:val="20"/>
          <w:u w:val="none"/>
        </w:rPr>
        <w:t>GameStop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just paid off all their debt that was due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exact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this becomes a two pronged problem;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are being rehypothecated which are being used as collateral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are providing absurd interest rates off the old LIBOR system instead of SOFR; this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resulted in the taking on a position that will be extremely difficult to get out of.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 can see they're fighting against these changes through politics, but it appears they've brought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</w:t>
      </w:r>
      <w:r>
        <w:rPr>
          <w:rFonts w:ascii="Cambria" w:hAnsi="Cambria"/>
          <w:b/>
          <w:i w:val="0"/>
          <w:color w:val="FFFFFF"/>
          <w:sz w:val="20"/>
          <w:u w:val="none"/>
        </w:rPr>
        <w:t>Gary Gensler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kick some ass. </w:t>
      </w:r>
    </w:p>
    <w:p>
      <w:pPr>
        <w:keepLines w:val="0"/>
        <w:widowControl w:val="0"/>
        <w:spacing w:before="69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DIAMOND HANDS APES.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💎✋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NOT FINANCIAL ADVICE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3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553" w:name="pg552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553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SEC Filing: Merger with brokarage, detailing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lawssuit, mentions 30 brokerages engaging in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coordinated conspiracy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Filing for Northen Star and Apex merger link:  S-4 (sec.gov)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Addendum— these lawsuits are mentioned in an upcoming merger- lawsuits related to the debacle fall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 from GME in January - the reason I think it’s a positive thing is the merging brokerage must disclose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they state an increase of awareness of market manipulation and this makes them more liable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more apt to regard Sec laws. Also it provides more info to help us know the bigger picture. I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all GOOD- there will be more eyes and more regulation. I personally am not changing my broker.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Just personal opinion and absolutely not financial advice. I’m a silly ape who doesn’t know anything.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*Note I only had time to start perusing it-- I think this document is a great filing that can help gather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info. Just putting it out there for all the other ape nerds like myself that like to research--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appreciate you all as all of us that play by the rules need to see the bigger picture to stop allowing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bigger parties to make their own rules.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of merger goes into detail about APEX lawsuits and "conspiracy"--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Plaintiffs allege that Apex, along with over 30 other brokerages, trading firms and/or clearing firms,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including Morgan Stanley, E*Trade, Interactive Brokers, Charles Schwab, Robinhood, Barclays, 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DTCC engaged in a coordinated conspiracy in violation of anti-trust laws to prevent retail customers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operating and trading freely in a conspiracy to allow certain of the other defendants, primarily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funds, to stop losing money on short sale positions in GameStop, AMC and certain other securities.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Engaging in unfair competition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" Apex Pro, ETC Processing Technologies LLC and ETC Global Holdings, Inc. (collectively, the “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ETC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Defendants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”) are defendants in the matter captioned as InteliClear, LLC v ETC Global Holdings, Inc., et al.,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filed in the United States District Court for the Central District of California (the “</w:t>
      </w:r>
      <w:r>
        <w:rPr>
          <w:rFonts w:ascii="Cambria" w:hAnsi="Cambria"/>
          <w:b w:val="0"/>
          <w:i/>
          <w:color w:val="FFFFFF"/>
          <w:sz w:val="20"/>
          <w:u w:val="none"/>
        </w:rPr>
        <w:t>District Court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”) in 2018.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plaintiff in this matter alleges that the ETC Defendants misappropriated trade secrets under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Defend Trade Secrets Act and California Uniform Trade Secrets Act, breached a contract with plaintiff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engaged in unfair competition. 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disregard my spelling errors in title- my iPad wasn’t the ideal typing platform and I’m horrified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cannot edit it. </w:t>
      </w:r>
      <w:r>
        <w:rPr>
          <w:rFonts w:ascii="Cambria" w:hAnsi="Cambria"/>
          <w:b w:val="0"/>
          <w:i/>
          <w:color w:val="FFFFFF"/>
          <w:sz w:val="20"/>
          <w:u w:val="none"/>
        </w:rPr>
        <w:t>ashamed ape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*cheers my beautiful apes* </w:t>
      </w:r>
    </w:p>
    <w:p>
      <w:pPr>
        <w:keepLines w:val="0"/>
        <w:widowControl w:val="0"/>
        <w:spacing w:before="33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554" w:name="pg553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554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a followup to the HoC DD- the "everything" in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Everything Short. I present, RAGNAROK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Atobitt made some great DD. House of Cards 1-3. Everything Short. Classics. However, part 2 and 3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HoC felt </w:t>
      </w:r>
      <w:r>
        <w:rPr>
          <w:rFonts w:ascii="Cambria" w:hAnsi="Cambria"/>
          <w:b w:val="0"/>
          <w:i/>
          <w:color w:val="FFFFFF"/>
          <w:sz w:val="20"/>
          <w:u w:val="none"/>
        </w:rPr>
        <w:t>incomplete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No offense to the man, no offense to the data. I think it is spot on, i think we all know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to do. HODL.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But, I am here to add this, somewhat controversial, somewhat illuminating piece of information.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hesitate to post this because I don't want to insinuate there are other plays. There are not. i want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clear- this is in no way intended to diminish, nor will it, your desire to do nothing more but BUY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HODL. Ready for it? it's not even much of a surprise...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its not just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Several Hedge Funds like Citadel, Melvin, Highfields, etc... develop a significant position in certain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companies they like. The big boys. Now, when Atobitt said it was the Everything Short he fucking meant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the EVERYTHING SHORT. So for the sake or brevity, i will only focus on a select few. namely,we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to be discussing some rather interesting connections between amazon, netflix, target and GME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like. This is going to be a bit of a swim, so please bear with me. let us dive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Recently, Netflix has been rumored to be entering the video game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1">
        <w:r>
          <w:rPr>
            <w:rFonts w:ascii="Cambria" w:hAnsi="Cambria"/>
            <w:sz w:val="20"/>
            <w:color w:val="FFFFFF"/>
            <w:u/>
          </w:rPr>
          <w:t>industry. https://www.polygon.com/22447410/netflix-executive-games-expansion-the-information-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11">
        <w:r>
          <w:rPr>
            <w:rFonts w:ascii="Cambria" w:hAnsi="Cambria"/>
            <w:sz w:val="20"/>
            <w:color w:val="FFFFFF"/>
            <w:u/>
          </w:rPr>
          <w:t xml:space="preserve">report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And, as you know, Amazon recently purchased MGM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2">
        <w:r>
          <w:rPr>
            <w:rFonts w:ascii="Cambria" w:hAnsi="Cambria"/>
            <w:sz w:val="20"/>
            <w:color w:val="FFFFFF"/>
            <w:u/>
          </w:rPr>
          <w:t xml:space="preserve">studios. https://www.cnbc.com/2021/05/26/amazon-to-buy-mgm-studios-for-8point45-billion.html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 am sure it doesn't take a few crayons to see our big boy GME is in the video game industry,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little brother AMC, is in the movie biz. Okay. I see that connection. Let's divert a bit and look into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connections. i turn your attention to Kevin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3">
        <w:r>
          <w:rPr>
            <w:rFonts w:ascii="Cambria" w:hAnsi="Cambria"/>
            <w:sz w:val="20"/>
            <w:color w:val="FFFFFF"/>
            <w:u/>
          </w:rPr>
          <w:t xml:space="preserve">Turner https://en.wikipedia.org/wiki/B._Kevin_Turner: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"Kevin Turner is an American businessman and investor who is currently the chairman of Zayo Group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vice chairman of Albertsons/Safeway .He previously served as the COO of Microsoft from 2005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2016. Prior to joining Microsoft, Turner was the CEO of Sam's Club and the CIO of Walmart. He is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former Vice Chairman of Citadel LLC and CEO of Citadel Securities 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wow okay, citadel connection, sure. but what's Zayo Group?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4">
        <w:r>
          <w:rPr>
            <w:rFonts w:ascii="Cambria" w:hAnsi="Cambria"/>
            <w:sz w:val="20"/>
            <w:color w:val="FFFFFF"/>
            <w:u/>
          </w:rPr>
          <w:t xml:space="preserve">From: https://finance.yahoo.com/news/were-hedge-funds-flocking-zayo-190533381.html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"The largest stake in Zayo Group Holdings Inc (NYSE:ZAYO) was held by Senator Investment Group,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reported holding $205.5 million worth of stock at the end of September. It was followed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Investment Group with a $162.9 million position. Other investors bullish on the company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included Kensico Capital, Zimmer Partners, and Hunt Lane Capital.... [most] stocks had an average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21.25 hedge funds with bullish positions and the average amount invested in these stocks was $365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million. That figure was $1248 million in ZAYO's case." </w:t>
      </w:r>
    </w:p>
    <w:p>
      <w:bookmarkStart w:id="555" w:name="pg55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5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Okay! that's a fine connection there. Who is Senator Investment Group, though?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5">
        <w:r>
          <w:rPr>
            <w:rFonts w:ascii="Cambria" w:hAnsi="Cambria"/>
            <w:sz w:val="20"/>
            <w:color w:val="FFFFFF"/>
            <w:u/>
          </w:rPr>
          <w:t xml:space="preserve">https://finance.yahoo.com/news/hedge-funds-aren-t-crazy-234734875.html.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</w:t>
      </w:r>
      <w:hyperlink r:id="rId1116">
        <w:r>
          <w:rPr>
            <w:rFonts w:ascii="Cambria" w:hAnsi="Cambria"/>
            <w:sz w:val="20"/>
            <w:color w:val="FFFFFF"/>
            <w:b/>
            <w:u/>
          </w:rPr>
          <w:t>VICI Properties Inc. (NYSE:VICI)[https://viciproperties.com/about-us/].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Q3's end, a total of 37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hedge funds tracked by Insider Monkey held long positions in this stock, a change of -37%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previous quarter. .Soros Fund Management with a $419.8 million position. Other investors bullish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company included Senator Investment Group, Citadel Investment Group, and Point72 Asset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Management. total hedge fund interest was cut by 22 funds in the third quarter."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im going off the rails a bit. My point is, all of these Hedge funds are obviously connected. And all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them, have their fingers in a few different pots. Now lets get back on track. Now senator Investment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7">
        <w:r>
          <w:rPr>
            <w:rFonts w:ascii="Cambria" w:hAnsi="Cambria"/>
            <w:sz w:val="20"/>
            <w:color w:val="FFFFFF"/>
            <w:u/>
          </w:rPr>
          <w:t>group has large holdings in Amazon and Five Below. https://whalewisdom.com/filer/senator-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investment-group-lp, among many others. I started looking into their competition and found something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odd.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 apologize, i will be referencing a lot of charts, so please google them yourself. Look at the chart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FIVE stock- it has had significant growth year after year but has followed GME chart inversely, every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spike for GME correlates with a dip. This will be true for many, many other stocks. I started looking into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 Brick and Mortar Companies and comparing charts. i found quite a few. Again, for sake of brevity,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be focusing on a few.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FIVE, AMAZON, Walmart, Dollar Tree- their competition is other retail brick and mortar stores. CVS, Rite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Aid- their competition is pharmacies. however, target recently partnered with CVS pharmacy in 2015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own stores. Amazon recently wants to enter into brick and mortar pharmacy or add them to whole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8">
        <w:r>
          <w:rPr>
            <w:rFonts w:ascii="Cambria" w:hAnsi="Cambria"/>
            <w:sz w:val="20"/>
            <w:color w:val="FFFFFF"/>
            <w:u/>
          </w:rPr>
          <w:t>foods. https://www.cnbc.com/2021/05/26/cvs-walgreens-shares-fall-on-report-that-amazon-may-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18">
        <w:r>
          <w:rPr>
            <w:rFonts w:ascii="Cambria" w:hAnsi="Cambria"/>
            <w:sz w:val="20"/>
            <w:color w:val="FFFFFF"/>
            <w:u/>
          </w:rPr>
          <w:t xml:space="preserve">open-pharmacies.html.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target and CVS was interesting to me, because check Citadel's institutional ownership of CVS over the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19">
        <w:r>
          <w:rPr>
            <w:rFonts w:ascii="Cambria" w:hAnsi="Cambria"/>
            <w:sz w:val="20"/>
            <w:color w:val="FFFFFF"/>
            <w:u/>
          </w:rPr>
          <w:t>years-. https://formthirteen.com/filers/0001423053-citadel-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19">
        <w:r>
          <w:rPr>
            <w:rFonts w:ascii="Cambria" w:hAnsi="Cambria"/>
            <w:sz w:val="20"/>
            <w:color w:val="FFFFFF"/>
            <w:u/>
          </w:rPr>
          <w:t xml:space="preserve">advisors/holdings/126650100?quarter=2020-12-31. Notice the spike in 2015 prior to Target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announcing CVS agreement?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has also created a bunch of call/put LEAPS throughout the years on Rite Aid- CVS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20">
        <w:r>
          <w:rPr>
            <w:rFonts w:ascii="Cambria" w:hAnsi="Cambria"/>
            <w:sz w:val="20"/>
            <w:color w:val="FFFFFF"/>
            <w:u/>
          </w:rPr>
          <w:t xml:space="preserve">competition. https://fintel.io/so/us/rad/citadel-advisors-llc. Citadel is also very bullish on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21">
        <w:r>
          <w:rPr>
            <w:rFonts w:ascii="Cambria" w:hAnsi="Cambria"/>
            <w:sz w:val="20"/>
            <w:color w:val="FFFFFF"/>
            <w:u/>
          </w:rPr>
          <w:t xml:space="preserve">Amazon. https://finance.yahoo.com/news/billionaire-ken-griffin-bumps-stake-123655840.html. Griffin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stated at one point he was considering moving Citadel's headquarter's because of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22">
        <w:r>
          <w:rPr>
            <w:rFonts w:ascii="Cambria" w:hAnsi="Cambria"/>
            <w:sz w:val="20"/>
            <w:color w:val="FFFFFF"/>
            <w:u/>
          </w:rPr>
          <w:t>Amazon https://www.cnbc.com/2019/03/14/ken-griffin-says-hes-less-likely-to-move-citadel-to-nyc-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22">
        <w:r>
          <w:rPr>
            <w:rFonts w:ascii="Cambria" w:hAnsi="Cambria"/>
            <w:sz w:val="20"/>
            <w:color w:val="FFFFFF"/>
            <w:u/>
          </w:rPr>
          <w:t xml:space="preserve">after-amazons-heartbreaking-exit.html.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**********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edit- further info i forgot to add from CVS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23">
        <w:r>
          <w:rPr>
            <w:rFonts w:ascii="Cambria" w:hAnsi="Cambria"/>
            <w:sz w:val="20"/>
            <w:color w:val="FFFFFF"/>
            <w:u/>
          </w:rPr>
          <w:t xml:space="preserve">https://www.hstong.com/news/detail/20090104245156133 " Of the funds tracked by Insider Monkey,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D. E. Shaw's D E Shaw has the number one position in CVS Health Corporation (NYSE:CVS), worth close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$218.8 million, comprising 0.3% of its total 13F portfolio. Sitting at the No. 2 spot is Cliff Asness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AQR Capital Management, with a $218.6 million position; the fund has 0.4% of its 13F portfolio invested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stock. Some other professional money managers that are bullish encompass Ken Griffin's 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Investment Group, Phill Gross and Robert Atchinson's Adage Capital Management and Ken Griffin's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Investment Group. " </w:t>
      </w:r>
    </w:p>
    <w:p>
      <w:bookmarkStart w:id="556" w:name="pg55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56"/>
      <w:hyperlink r:id="rId1124">
        <w:r>
          <w:rPr>
            <w:rFonts w:ascii="Cambria" w:hAnsi="Cambria"/>
            <w:sz w:val="20"/>
            <w:color w:val="FFFFFF"/>
            <w:u/>
          </w:rPr>
          <w:t xml:space="preserve">https://www.fi-desk.com/chang-reported-to-leave-aqr-for-citadel/ " Citadel has confirmed that Isaac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Chang, the head of trading at AQR Capital Management since 2016, will join the Citadel hedge fund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September as the firm’s first head of execution trading for fixed income. Chang’s work history combines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on the buy-side, sell-side and high frequency trader (HFT) market making, via his position prior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AQR as global head of fixed income, currency and commodities (FICC) at HFT firm KCG, now Virtu,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in US interest rates electronic trading at Goldman Sachs..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VIRTU Financial is a marker maker similar to citadel. if you google virtu and "fined" you will find many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25">
        <w:r>
          <w:rPr>
            <w:rFonts w:ascii="Cambria" w:hAnsi="Cambria"/>
            <w:sz w:val="20"/>
            <w:color w:val="FFFFFF"/>
            <w:u/>
          </w:rPr>
          <w:t>violations, one for this in particular- https://www.financemagnates.com/institutional-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25">
        <w:r>
          <w:rPr>
            <w:rFonts w:ascii="Cambria" w:hAnsi="Cambria"/>
            <w:sz w:val="20"/>
            <w:color w:val="FFFFFF"/>
            <w:u/>
          </w:rPr>
          <w:t xml:space="preserve">forex/brokerage/finra-slaps-175000-fine-at-virtu-for-not-offering-best-execution/, something our good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26">
        <w:r>
          <w:rPr>
            <w:rFonts w:ascii="Cambria" w:hAnsi="Cambria"/>
            <w:sz w:val="20"/>
            <w:color w:val="FFFFFF"/>
            <w:u/>
          </w:rPr>
          <w:t xml:space="preserve">friend Robinhood recently got in trouble for https://www.sec.gov/news/press-release/2020-321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**********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Amazon bought Whole Foods a few years back. Whole Foods largest competition is Albertson's.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interesting is Albertson's was going to merge with Rite Aid until the deal was killed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immense pressure from a certain hedge fund, Highfields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27">
        <w:r>
          <w:rPr>
            <w:rFonts w:ascii="Cambria" w:hAnsi="Cambria"/>
            <w:sz w:val="20"/>
            <w:color w:val="FFFFFF"/>
            <w:u/>
          </w:rPr>
          <w:t>Capital. https://www.forbes.com/sites/brucejapsen/2018/06/27/a-big-investor-opposes-rite-aids-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27">
        <w:r>
          <w:rPr>
            <w:rFonts w:ascii="Cambria" w:hAnsi="Cambria"/>
            <w:sz w:val="20"/>
            <w:color w:val="FFFFFF"/>
            <w:u/>
          </w:rPr>
          <w:t xml:space="preserve">albertsons-deal-amid-flat-pharmacy-growth/?sh=55f37f9c37fe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128">
        <w:r>
          <w:rPr>
            <w:rFonts w:ascii="Cambria" w:hAnsi="Cambria"/>
            <w:sz w:val="20"/>
            <w:color w:val="FFFFFF"/>
            <w:u/>
          </w:rPr>
          <w:t>Some more connections here: https://www.businessinsider.com/amazon-deal-for-whole-foods-true-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genius-hedge-fund-2017-7. "genius move" they called the acquisition. Remember when They killed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Rite Aid deal, and Target bought CVS?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29">
        <w:r>
          <w:rPr>
            <w:rFonts w:ascii="Cambria" w:hAnsi="Cambria"/>
            <w:sz w:val="20"/>
            <w:color w:val="FFFFFF"/>
            <w:u/>
          </w:rPr>
          <w:t>[https://www.wallstreetoasis.com/forums/7-best-long-term-stock-picks-by-morgan-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stanley](Currently, Target's shares are trading at $51.70 and are expected to reach $64 by the end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2012....Jonathan Jacobson's Highfields Capital Management doubled its stake in TGT during the third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quarter to nearly $300 million.) TGT is in the top 50 of Citadel's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30">
        <w:r>
          <w:rPr>
            <w:rFonts w:ascii="Cambria" w:hAnsi="Cambria"/>
            <w:sz w:val="20"/>
            <w:color w:val="FFFFFF"/>
            <w:u/>
          </w:rPr>
          <w:t xml:space="preserve">holdings. https://docoh.com/company/1423053/citadel-advisors-llc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Look at the stock charts for Rite Aid (RAD), and compare it to GME. Interesting.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more digging led me to find these same connections with Lowes/Home Depot. As well as BBBY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Walmart. DLTR. All of these charts, and dozens and dozens of others have the same chart patterns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or inverse if they are insider owned by hedges. Look at 5 yr charts and see the changes over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Also, Circuit city was acquired and tanked by Highfields. And many, many others are currently involved.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Literally, EVERYTHING that stands in the way of a long bet by these hedges are SHORTED.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Wanna know what's even scarier? All of the money maker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stocks connected to these hedges only started printing cash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AFTER the 2008 crash- almost as if they pivoted their strategy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to this. </w:t>
      </w:r>
    </w:p>
    <w:p>
      <w:pPr>
        <w:keepLines w:val="0"/>
        <w:widowControl w:val="0"/>
        <w:spacing w:before="386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THIS MEANS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What appears to me, is that several hedge funds have placed large bets on their precious money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making stocks, and have over the years been systematically bankrupting, manipulating, and sabotaging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competition of the acquisitions being made for their babies. Target wants a pharmacy? destroy rite </w:t>
      </w:r>
    </w:p>
    <w:p>
      <w:bookmarkStart w:id="557" w:name="pg55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5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aid, place calls on CVS. Netflix wants gaming? Short GME. Amazon wants to buy movie studio? short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movies. Amazon bought a grocery chain? prevent their competition from ever growing. Rinse, repeat.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is the one that stood against them and is fucking them up royally. However, what this means is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not one bomb. There are dozens of mini-GME's littered around the market. If GME goes off,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systematic margin calling will cause mini-short squeezes all over on these stocks. If you check recent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ownership filings, these hedges have been reducing or closing their positions in these shorted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like Rite Aid and Lowes (and many, many others). They are disarming these mini-bombs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big one goes. The longer we hold, the more we buy, the closer they get a cluster bomb. We have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Asteroid called GME heading to the Earth, but a meteor shower of smaller rocks following quickly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behind.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will not have an entire market implosion. if the GME squeeze is an event that occurs over weeks,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have the long-manipulated stocks experiencing a sudden boon with these squeezes like GME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AMC have and have benefitted from, breathing new life into these failing companies through the expense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banks, hedges, and the US Federal govt.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their destruction, we shall have creation.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Ragnarok is upon us.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Audio reading thanks to </w:t>
      </w:r>
      <w:hyperlink r:id="rId1131">
        <w:r>
          <w:rPr>
            <w:rFonts w:ascii="Cambria" w:hAnsi="Cambria"/>
            <w:sz w:val="20"/>
            <w:color w:val="FFFFFF"/>
            <w:u/>
          </w:rPr>
          <w:t>/u/tyrant_tyra</w:t>
        </w:r>
      </w:hyperlink>
      <w:r>
        <w:rPr>
          <w:rFonts w:ascii="Cambria" w:hAnsi="Cambria"/>
          <w:b w:val="0"/>
          <w:i/>
          <w:color w:val="FFFFFF"/>
          <w:sz w:val="20"/>
          <w:u w:val="none"/>
        </w:rPr>
        <w:t xml:space="preserve"> for those that don't want to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32">
        <w:r>
          <w:rPr>
            <w:rFonts w:ascii="Cambria" w:hAnsi="Cambria"/>
            <w:sz w:val="20"/>
            <w:color w:val="FFFFFF"/>
            <w:i/>
            <w:u/>
          </w:rPr>
          <w:t>read. https://youtu.be/0Az%5C_91MJh-4</w:t>
        </w:r>
      </w:hyperlink>
      <w:hyperlink r:id="rId113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3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I've been scraping data used by hedge funds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for over a year now to make it freely available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to everyone. I think I might start doing regular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data reports on $GME on here if there's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interest, let me know if you have any feedback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on the report below.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899">
        <w:r>
          <w:rPr>
            <w:rFonts w:ascii="Cambria" w:hAnsi="Cambria"/>
            <w:sz w:val="17"/>
            <w:color w:val="FFFFFF"/>
            <w:u/>
          </w:rPr>
          <w:t xml:space="preserve">Serious DD </w:t>
        </w:r>
      </w:hyperlink>
      <w:hyperlink r:id="rId899">
        <w:r>
          <w:rPr>
            <w:rFonts w:ascii="Segoe UI Emoji" w:hAnsi="Segoe UI Emoji"/>
            <w:sz w:val="17"/>
            <w:color w:val="FFFFFF"/>
            <w:u/>
          </w:rPr>
          <w:t>👨‍🔬🔬</w:t>
        </w:r>
      </w:hyperlink>
      <w:hyperlink r:id="rId899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guys pdwp90 here, founder of Quiver Quantitative for those of you who don't know me by Reddit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report is primarily comprised of "alternative data" which can be loosely thought of as data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comes from outside of traditional sources like earnings reports. The reason this type of data gets me so </w:t>
      </w:r>
    </w:p>
    <w:p>
      <w:bookmarkStart w:id="558" w:name="pg55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5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jacked is because it's data that retail investors (you guys) often have an edge over Wall Street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interpreting.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Sadly, it has also been largely inaccessible to normal people in the past as providers usually charge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thousands of dollars a month for any sort of access to their data, making it only available to hedge funds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other institutional investors. That's what motivated me to start collecting this data myself, to make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available to those who can't afford to another $10k a year bill.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without further ado, here's the inaugural u/pdwp90 alternative data report </w:t>
      </w:r>
    </w:p>
    <w:p>
      <w:pPr>
        <w:keepLines w:val="0"/>
        <w:widowControl w:val="0"/>
        <w:spacing w:before="0" w:after="0" w:lineRule="exact" w:line="387"/>
        <w:ind w:left="0" w:right="-60"/>
      </w:pPr>
      <w:hyperlink r:id="rId1133">
        <w:r>
          <w:rPr>
            <w:rFonts w:ascii="Cambria" w:hAnsi="Cambria"/>
            <w:sz w:val="33"/>
            <w:color w:val="FFFFFF"/>
            <w:u/>
          </w:rPr>
          <w:t>Twitter</w:t>
        </w:r>
      </w:hyperlink>
      <w:hyperlink r:id="rId1133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GameStop's corporate twitter account has had a .17% gain in followers in the last day (#14 of 842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companies tracked), a 2.06% gain over the last week (#6 of 842), and a 6.69% gain over the last month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(#11 of 182)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graph of the twitter following of GameStop Corporate (@gamestopcorp) over time: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551940"/>
            <wp:docPr id="402" name="Picture 4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1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GameStop Corporate Twitter following over time </w:t>
      </w:r>
    </w:p>
    <w:p>
      <w:pPr>
        <w:keepLines w:val="0"/>
        <w:widowControl w:val="0"/>
        <w:spacing w:before="364" w:after="0" w:lineRule="exact" w:line="387"/>
        <w:ind w:left="0" w:right="-60"/>
      </w:pPr>
      <w:hyperlink r:id="rId1135">
        <w:r>
          <w:rPr>
            <w:rFonts w:ascii="Cambria" w:hAnsi="Cambria"/>
            <w:sz w:val="33"/>
            <w:color w:val="FFFFFF"/>
            <w:u/>
          </w:rPr>
          <w:t>Off-Exchange Activity</w:t>
        </w:r>
      </w:hyperlink>
      <w:hyperlink r:id="rId1135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Yesterday, 5.13 million shares of GME were traded off-exchange and 2.48 million of those shares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sold short, giving GME a DPI of approximately .48. Below is a graph of the cumulative net off-exchange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volume since 2010: </w:t>
      </w:r>
    </w:p>
    <w:p>
      <w:bookmarkStart w:id="559" w:name="pg558"/>
      <w:pPr>
        <w:keepLines w:val="0"/>
        <w:pageBreakBefore/>
        <w:widowControl w:val="0"/>
        <w:spacing w:before="0" w:after="0"/>
        <w:jc w:val="center"/>
      </w:pPr>
      <w:bookmarkEnd w:id="559"/>
      <w:r>
        <w:drawing>
          <wp:inline xmlns:a="http://schemas.openxmlformats.org/drawingml/2006/main" xmlns:pic="http://schemas.openxmlformats.org/drawingml/2006/picture">
            <wp:extent cx="5943600" cy="3265170"/>
            <wp:docPr id="403" name="Picture 4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5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$GME cumulative net OTC short volume </w:t>
      </w:r>
    </w:p>
    <w:p>
      <w:pPr>
        <w:keepLines w:val="0"/>
        <w:widowControl w:val="0"/>
        <w:spacing w:before="364" w:after="0" w:lineRule="exact" w:line="387"/>
        <w:ind w:left="0" w:right="-60"/>
      </w:pPr>
      <w:hyperlink r:id="rId1137">
        <w:r>
          <w:rPr>
            <w:rFonts w:ascii="Cambria" w:hAnsi="Cambria"/>
            <w:sz w:val="33"/>
            <w:color w:val="FFFFFF"/>
            <w:u/>
          </w:rPr>
          <w:t>Wikipedia</w:t>
        </w:r>
      </w:hyperlink>
      <w:hyperlink r:id="rId1137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GameStop's wikipedia page has been viewed 37.6k times this week, making it the 11th most viewed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page out of the 1342 that I track. </w:t>
      </w:r>
    </w:p>
    <w:p>
      <w:pPr>
        <w:keepLines w:val="0"/>
        <w:widowControl w:val="0"/>
        <w:spacing w:before="0" w:after="0" w:lineRule="exact" w:line="387"/>
        <w:ind w:left="0" w:right="-60"/>
      </w:pPr>
      <w:hyperlink r:id="rId1138">
        <w:r>
          <w:rPr>
            <w:rFonts w:ascii="Cambria" w:hAnsi="Cambria"/>
            <w:sz w:val="33"/>
            <w:color w:val="FFFFFF"/>
            <w:u/>
          </w:rPr>
          <w:t>WSB Discussion</w:t>
        </w:r>
      </w:hyperlink>
      <w:hyperlink r:id="rId1138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that this might ruffle some feathers in this community, but I put a lot of precaution into ensuring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data is protected from the effects of manipulation and moderation. The reason for using WSB is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has years of historical data which allow for better analysis and modeling.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Yesterday, GME was mentioned 895 times on WallStreetBets daily discussion threads, making it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talked about stock on the sub.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discussion around $GME has a sentiment score of .576, which is the highest it's been since late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January. </w:t>
      </w:r>
    </w:p>
    <w:p>
      <w:pPr>
        <w:keepLines w:val="0"/>
        <w:widowControl w:val="0"/>
        <w:spacing w:before="0" w:after="0" w:lineRule="exact" w:line="387"/>
        <w:ind w:left="0" w:right="-60"/>
      </w:pPr>
      <w:hyperlink r:id="rId1139">
        <w:r>
          <w:rPr>
            <w:rFonts w:ascii="Cambria" w:hAnsi="Cambria"/>
            <w:sz w:val="33"/>
            <w:color w:val="FFFFFF"/>
            <w:u/>
          </w:rPr>
          <w:t>Insider Trading</w:t>
        </w:r>
      </w:hyperlink>
      <w:hyperlink r:id="rId1139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"Insider trading" used in this context just means trading reported by company insiders, not the illegal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trading. Over the last 6 months, GameStop's directors and management have bought 2.79M shares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$GME and sold 226k. </w:t>
      </w:r>
    </w:p>
    <w:p>
      <w:pPr>
        <w:keepLines w:val="0"/>
        <w:widowControl w:val="0"/>
        <w:spacing w:before="0" w:after="0" w:lineRule="exact" w:line="387"/>
        <w:ind w:left="0" w:right="-60"/>
      </w:pPr>
      <w:hyperlink r:id="rId1140">
        <w:r>
          <w:rPr>
            <w:rFonts w:ascii="Cambria" w:hAnsi="Cambria"/>
            <w:sz w:val="33"/>
            <w:color w:val="FFFFFF"/>
            <w:u/>
          </w:rPr>
          <w:t>Trading by US Congressmen</w:t>
        </w:r>
      </w:hyperlink>
      <w:hyperlink r:id="rId1140">
        <w:r>
          <w:rPr>
            <w:rFonts w:ascii="Arial" w:hAnsi="Arial"/>
            <w:sz w:val="3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haven't been any trades of $GME in the last week by congressmen.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Disclaimer: This is not financial advice.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560" w:name="pg559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560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[UPDATED] DD: I did the math, there is literally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NO DOUBT that we own &gt;100% of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remaining float. [including updated remaining </w:t>
      </w:r>
    </w:p>
    <w:p>
      <w:pPr>
        <w:keepLines w:val="0"/>
        <w:widowControl w:val="0"/>
        <w:spacing w:before="97" w:after="0" w:lineRule="exact" w:line="493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float from GME's proxy statement] </w:t>
      </w:r>
      <w:r>
        <w:rPr>
          <w:rFonts w:ascii="Segoe UI Emoji" w:hAnsi="Segoe UI Emoji"/>
          <w:b w:val="0"/>
          <w:i w:val="0"/>
          <w:color w:val="FFFFFF"/>
          <w:sz w:val="48"/>
          <w:u w:val="none"/>
        </w:rPr>
        <w:t xml:space="preserve">   </w:t>
      </w:r>
      <w:r>
        <w:rPr>
          <w:rFonts w:ascii="Calibri" w:hAnsi="Calibri"/>
          <w:b/>
          <w:i w:val="0"/>
          <w:color w:val="FFFFFF"/>
          <w:sz w:val="48"/>
          <w:u w:val="none"/>
        </w:rPr>
        <w:t xml:space="preserve"> </w:t>
      </w:r>
    </w:p>
    <w:p>
      <w:pPr>
        <w:keepLines w:val="0"/>
        <w:widowControl w:val="0"/>
        <w:spacing w:before="503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(clears throat) "ehem !"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of all: Many thanks for all the great feedback you freaking apes gave me on my </w:t>
      </w:r>
      <w:hyperlink r:id="rId1141">
        <w:r>
          <w:rPr>
            <w:rFonts w:ascii="Calibri" w:hAnsi="Calibri"/>
            <w:sz w:val="20"/>
            <w:color w:val="00B0F0"/>
            <w:u/>
          </w:rPr>
          <w:t>initial DD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</w:t>
      </w:r>
      <w:hyperlink r:id="rId1142">
        <w:r>
          <w:rPr>
            <w:rFonts w:ascii="Calibri" w:hAnsi="Calibri"/>
            <w:sz w:val="20"/>
            <w:color w:val="00B0F0"/>
            <w:u/>
          </w:rPr>
          <w:t>r/GME</w:t>
        </w:r>
      </w:hyperlink>
      <w:hyperlink r:id="rId1142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some time </w:t>
      </w:r>
      <w:r>
        <w:rPr>
          <w:rFonts w:ascii="Cambria" w:hAnsi="Cambria"/>
          <w:b w:val="0"/>
          <w:i/>
          <w:color w:val="FFFFFF"/>
          <w:sz w:val="20"/>
          <w:u w:val="none"/>
        </w:rPr>
        <w:t>(around 1 month)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has passed and we have some new apes and apettes on board and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new information around my initial assumptions has been updated and revealed, I have decided to work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an updated version of my initial DD. So let's start right away, main changes are as follows: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UPDATE 24th April: </w:t>
      </w:r>
    </w:p>
    <w:p>
      <w:pPr>
        <w:keepLines w:val="0"/>
        <w:widowControl w:val="0"/>
        <w:spacing w:before="62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release of </w:t>
      </w:r>
      <w:hyperlink r:id="rId1143">
        <w:r>
          <w:rPr>
            <w:rFonts w:ascii="Calibri" w:hAnsi="Calibri"/>
            <w:sz w:val="20"/>
            <w:color w:val="00B0F0"/>
            <w:u/>
          </w:rPr>
          <w:t>GME's proxy statement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revealed some new figures around the floating shares. Using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figures from their 14A, we end up with around </w:t>
      </w:r>
      <w:r>
        <w:rPr>
          <w:rFonts w:ascii="Cambria" w:hAnsi="Cambria"/>
          <w:b/>
          <w:i w:val="0"/>
          <w:color w:val="FFFFFF"/>
          <w:sz w:val="20"/>
          <w:u w:val="none"/>
        </w:rPr>
        <w:t>26.6m remaining floating shares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(Please note that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</w:t>
      </w:r>
      <w:hyperlink r:id="rId1144">
        <w:r>
          <w:rPr>
            <w:rFonts w:ascii="Calibri" w:hAnsi="Calibri"/>
            <w:sz w:val="20"/>
            <w:color w:val="00B0F0"/>
            <w:u/>
          </w:rPr>
          <w:t>some approaches that calculate with an even lower number of floating shares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but lets stay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conservative here). Credits to </w:t>
      </w:r>
      <w:hyperlink r:id="rId1145">
        <w:r>
          <w:rPr>
            <w:rFonts w:ascii="Calibri" w:hAnsi="Calibri"/>
            <w:sz w:val="20"/>
            <w:color w:val="00B0F0"/>
            <w:u/>
          </w:rPr>
          <w:t>u/thr0wthis4ccount4way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putting this all together in a great </w:t>
      </w:r>
      <w:hyperlink r:id="rId1146">
        <w:r>
          <w:rPr>
            <w:rFonts w:ascii="Calibri" w:hAnsi="Calibri"/>
            <w:sz w:val="20"/>
            <w:color w:val="00B0F0"/>
            <w:u/>
          </w:rPr>
          <w:t xml:space="preserve">overview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46">
        <w:r>
          <w:rPr>
            <w:rFonts w:ascii="Calibri" w:hAnsi="Calibri"/>
            <w:sz w:val="20"/>
            <w:color w:val="00B0F0"/>
            <w:u/>
          </w:rPr>
          <w:t>post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Also check out the subreddit this is posted in for some high-quality DD.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addition to number of floating shares I have updated and added a lot of brokers to get a more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precise picture of the total retail situation. I dont trust Bloomberg terminal in any way regarding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individual ownership as numbers are heavily distored due to this fuckload of synthetic shares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Following brokers have been added since my first post: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Saxo Bank,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Lynx,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Freedom 24,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Hatch,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Nordnet,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Avanza,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FP Markets,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Questrade,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Sharesies,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Stake.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Following brokers have been identified as missing in my DD, but do not provide public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information about user numbers: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OnVista, </w:t>
      </w:r>
    </w:p>
    <w:p>
      <w:bookmarkStart w:id="561" w:name="pg560"/>
      <w:pPr>
        <w:keepLines w:val="0"/>
        <w:pageBreakBefore/>
        <w:widowControl w:val="0"/>
        <w:tabs>
          <w:tab w:pos="721" w:val="left"/>
          <w:tab w:pos="1081" w:val="left"/>
        </w:tabs>
        <w:spacing w:before="70" w:after="0" w:lineRule="exact" w:line="248"/>
        <w:ind w:left="0" w:right="-60"/>
      </w:pPr>
      <w:bookmarkEnd w:id="561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Consorsbank,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TD Canade Trust,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CashApp,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RBC,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Passfolio,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Firstrade,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TradeStation, </w:t>
      </w:r>
    </w:p>
    <w:p>
      <w:pPr>
        <w:keepLines w:val="0"/>
        <w:widowControl w:val="0"/>
        <w:tabs>
          <w:tab w:pos="721" w:val="left"/>
          <w:tab w:pos="108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Citibank Brokerage </w:t>
      </w:r>
    </w:p>
    <w:p>
      <w:pPr>
        <w:keepLines w:val="0"/>
        <w:widowControl w:val="0"/>
        <w:tabs>
          <w:tab w:pos="1802" w:val="left"/>
          <w:tab w:pos="216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 all major 'banks' that offer investment accounts.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Important: If you are investing with on of the abovementioned brokers, please reach out to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 ask about the total number of investment accounts (or even better about total number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users investing in $GME).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35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Enough blah blah, lets dive into the (updated) DD: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 fellow apes, listen up, here is some fresh </w:t>
      </w:r>
      <w:r>
        <w:rPr>
          <w:rFonts w:ascii="Cambria" w:hAnsi="Cambria"/>
          <w:b/>
          <w:i w:val="0"/>
          <w:color w:val="FFFFFF"/>
          <w:sz w:val="20"/>
          <w:u w:val="none"/>
        </w:rPr>
        <w:t>updated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DD straight out of the oven to feed your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confirmation bias.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791200" cy="4241800"/>
            <wp:docPr id="404" name="Picture 4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4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24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tell me more about how you covered your shorts... </w:t>
      </w:r>
    </w:p>
    <w:p>
      <w:bookmarkStart w:id="562" w:name="pg561"/>
      <w:pPr>
        <w:keepLines w:val="0"/>
        <w:pageBreakBefore/>
        <w:widowControl w:val="0"/>
        <w:spacing w:before="386" w:after="0" w:lineRule="exact" w:line="246"/>
        <w:ind w:left="0" w:right="-60"/>
      </w:pPr>
      <w:bookmarkEnd w:id="56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screenshot taken today (24th April) from </w:t>
      </w:r>
      <w:r>
        <w:rPr>
          <w:rFonts w:ascii="Cambria" w:hAnsi="Cambria"/>
          <w:b/>
          <w:i w:val="0"/>
          <w:color w:val="FFFFFF"/>
          <w:sz w:val="20"/>
          <w:u w:val="none"/>
        </w:rPr>
        <w:t>eToro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</w:t>
      </w:r>
    </w:p>
    <w:p>
      <w:pPr>
        <w:keepLines w:val="0"/>
        <w:widowControl w:val="0"/>
        <w:spacing w:before="0" w:after="0"/>
        <w:ind w:left="0"/>
      </w:pPr>
      <w:r>
        <w:drawing>
          <wp:inline xmlns:a="http://schemas.openxmlformats.org/drawingml/2006/main" xmlns:pic="http://schemas.openxmlformats.org/drawingml/2006/picture">
            <wp:extent cx="3782695" cy="1438275"/>
            <wp:docPr id="405" name="Picture 4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8"/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143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Seems like we like stock, huh?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to mention all the posts and screenshots from other investment brokers reporting GME as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 top traded stock for the past month(s):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46350"/>
            <wp:docPr id="406" name="Picture 4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RBC statement for the month of March </w:t>
      </w:r>
    </w:p>
    <w:p>
      <w:bookmarkStart w:id="563" w:name="pg562"/>
      <w:pPr>
        <w:keepLines w:val="0"/>
        <w:pageBreakBefore/>
        <w:widowControl w:val="0"/>
        <w:spacing w:before="0" w:after="0"/>
        <w:ind w:left="0"/>
      </w:pPr>
      <w:bookmarkEnd w:id="563"/>
      <w:r>
        <w:drawing>
          <wp:inline xmlns:a="http://schemas.openxmlformats.org/drawingml/2006/main" xmlns:pic="http://schemas.openxmlformats.org/drawingml/2006/picture">
            <wp:extent cx="4634229" cy="8229600"/>
            <wp:docPr id="407" name="Picture 4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50"/>
                    <a:stretch>
                      <a:fillRect/>
                    </a:stretch>
                  </pic:blipFill>
                  <pic:spPr>
                    <a:xfrm>
                      <a:off x="0" y="0"/>
                      <a:ext cx="4634229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64" w:name="pg563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564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selfwealth community checking in ! Thanks u/Chabkraken for sending this screenshot !  </w:t>
      </w:r>
    </w:p>
    <w:p>
      <w:pPr>
        <w:keepLines w:val="0"/>
        <w:widowControl w:val="0"/>
        <w:spacing w:before="677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6099809"/>
            <wp:docPr id="408" name="Picture 4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9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Europoors doing our part over here ! </w:t>
      </w:r>
    </w:p>
    <w:p>
      <w:bookmarkStart w:id="565" w:name="pg564"/>
      <w:pPr>
        <w:keepLines w:val="0"/>
        <w:pageBreakBefore/>
        <w:widowControl w:val="0"/>
        <w:spacing w:before="0" w:after="0"/>
        <w:jc w:val="center"/>
      </w:pPr>
      <w:bookmarkEnd w:id="565"/>
      <w:r>
        <w:drawing>
          <wp:inline xmlns:a="http://schemas.openxmlformats.org/drawingml/2006/main" xmlns:pic="http://schemas.openxmlformats.org/drawingml/2006/picture">
            <wp:extent cx="5943600" cy="1904364"/>
            <wp:docPr id="409" name="Picture 4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4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Fidelity checking in 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 thought to myself, why don't we take this percentage from eToro and try to get an estimation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many apes in total are holding GME right now and see where some variables regarding shares per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get us. Are you exicted? Because </w:t>
      </w:r>
      <w:r>
        <w:rPr>
          <w:rFonts w:ascii="Cambria" w:hAnsi="Cambria"/>
          <w:b/>
          <w:i w:val="0"/>
          <w:color w:val="FFFFFF"/>
          <w:sz w:val="20"/>
          <w:u w:val="none"/>
        </w:rPr>
        <w:t>I AM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LETS GO!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spent the last hour(s) weeks or so researching the largest broker firms and gathered their total user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numbers. This list is </w:t>
      </w:r>
      <w:r>
        <w:rPr>
          <w:rFonts w:ascii="Cambria" w:hAnsi="Cambria"/>
          <w:b/>
          <w:i w:val="0"/>
          <w:color w:val="FFFFFF"/>
          <w:sz w:val="20"/>
          <w:u w:val="none"/>
        </w:rPr>
        <w:t>by far not complete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which means that the % held by retail investors could be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way (!)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higher than my estimates. Please let me know if you have access to more brokers data and i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 my list.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friendly ape posted a statement from neo-broker Wealthsimple, thats states a GME-ownership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</w:t>
      </w:r>
      <w:hyperlink r:id="rId1153">
        <w:r>
          <w:rPr>
            <w:rFonts w:ascii="Calibri" w:hAnsi="Calibri"/>
            <w:sz w:val="20"/>
            <w:color w:val="00B0F0"/>
            <w:u/>
          </w:rPr>
          <w:t>up to 14%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(!) of their total users. Therefore I made assumptions regarding the share of users that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invested in GME for each broker. For neo-brokers like eToro, Robinhood, Revolut and WeBull I went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with an average of 10% GME ownership of all users. (</w:t>
      </w:r>
      <w:r>
        <w:rPr>
          <w:rFonts w:ascii="Cambria" w:hAnsi="Cambria"/>
          <w:b w:val="0"/>
          <w:i/>
          <w:color w:val="FFFFFF"/>
          <w:sz w:val="20"/>
          <w:u w:val="none"/>
        </w:rPr>
        <w:t>Also included a scenario for only 5% GME-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ownership for neo-broker, as some apes raised concerns that my 10% assumption may be too far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optimistic side. Considering eToro stats i am more likely to lean on my 10% assumption, but in order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deliver a differentiated view, have your 5% scenario)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course we have to consider that the average eToro/neo-broker user might have a higher risk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tolerance and is more likely to invest in GME compared to the average boomer investor. So for 'classic'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brokers that are more known for "passive investing" like Vanguard or Schwab I went with a lower share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users that are invested in GameStop. Some brokers from the Nordics report an ownership of </w:t>
      </w:r>
      <w:hyperlink r:id="rId1154">
        <w:r>
          <w:rPr>
            <w:rFonts w:ascii="Calibri" w:hAnsi="Calibri"/>
            <w:sz w:val="20"/>
            <w:color w:val="00B0F0"/>
            <w:u/>
          </w:rPr>
          <w:t xml:space="preserve">around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54">
        <w:r>
          <w:rPr>
            <w:rFonts w:ascii="Calibri" w:hAnsi="Calibri"/>
            <w:sz w:val="20"/>
            <w:color w:val="00B0F0"/>
            <w:u/>
          </w:rPr>
          <w:t>1.5% - 2.0%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their users, so lets go with 1.5% for the classic brokerages.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Okay, now that we have a vague feeling of how many GME retail investors we are, lets play with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scenarios.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Scenario 1: GME-ownership of 5% for neo-brokers and 1.5% for classic investment platforms: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66" w:name="pg565"/>
      <w:pPr>
        <w:keepLines w:val="0"/>
        <w:pageBreakBefore/>
        <w:widowControl w:val="0"/>
        <w:spacing w:before="0" w:after="0"/>
        <w:jc w:val="center"/>
      </w:pPr>
      <w:bookmarkEnd w:id="566"/>
      <w:r>
        <w:drawing>
          <wp:inline xmlns:a="http://schemas.openxmlformats.org/drawingml/2006/main" xmlns:pic="http://schemas.openxmlformats.org/drawingml/2006/picture">
            <wp:extent cx="5943600" cy="3580765"/>
            <wp:docPr id="410" name="Picture 4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0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% of remaining float that is held by retail (Scenario 1) </w:t>
      </w:r>
    </w:p>
    <w:p>
      <w:pPr>
        <w:keepLines w:val="0"/>
        <w:widowControl w:val="0"/>
        <w:spacing w:before="748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Scenario 2: GME-ownership of 10% for neo-brokers and 1.5% for classic investment platforms: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580765"/>
            <wp:docPr id="411" name="Picture 4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0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% of remaining float that is held by retail (Scenario 2) </w:t>
      </w:r>
    </w:p>
    <w:p>
      <w:bookmarkStart w:id="567" w:name="pg56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6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you guys can see, even with our lowest assumptions we easily land in the +100% ballpark.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consider that this list does not contain all of the existing stock brokers or banks that offer investment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accounts! Real numbers should be way way higher!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814694" cy="3267075"/>
            <wp:docPr id="412" name="Picture 4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57"/>
                    <a:stretch>
                      <a:fillRect/>
                    </a:stretch>
                  </pic:blipFill>
                  <pic:spPr>
                    <a:xfrm>
                      <a:off x="0" y="0"/>
                      <a:ext cx="5814694" cy="3267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keep in mind that we have some huge individual whales among us, talking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</w:t>
      </w:r>
      <w:hyperlink r:id="rId167">
        <w:r>
          <w:rPr>
            <w:rFonts w:ascii="Calibri" w:hAnsi="Calibri"/>
            <w:sz w:val="20"/>
            <w:color w:val="00B0F0"/>
            <w:u/>
          </w:rPr>
          <w:t>u/DeepFuckingValue</w:t>
        </w:r>
      </w:hyperlink>
      <w:hyperlink r:id="rId1158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58">
        <w:r>
          <w:rPr>
            <w:rFonts w:ascii="Calibri" w:hAnsi="Calibri"/>
            <w:sz w:val="20"/>
            <w:color w:val="00B0F0"/>
            <w:u/>
          </w:rPr>
          <w:t>u/HeyItsPixel</w:t>
        </w:r>
      </w:hyperlink>
      <w:hyperlink r:id="rId1159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59">
        <w:r>
          <w:rPr>
            <w:rFonts w:ascii="Calibri" w:hAnsi="Calibri"/>
            <w:sz w:val="20"/>
            <w:color w:val="00B0F0"/>
            <w:u/>
          </w:rPr>
          <w:t>u/xeisu</w:t>
        </w:r>
      </w:hyperlink>
      <w:hyperlink r:id="rId1160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60">
        <w:r>
          <w:rPr>
            <w:rFonts w:ascii="Calibri" w:hAnsi="Calibri"/>
            <w:sz w:val="20"/>
            <w:color w:val="00B0F0"/>
            <w:u/>
          </w:rPr>
          <w:t>u/Spielporn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many many more who hold xxxx </w:t>
      </w:r>
    </w:p>
    <w:p>
      <w:pPr>
        <w:keepLines w:val="0"/>
        <w:widowControl w:val="0"/>
        <w:spacing w:before="7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Oh no ! Looks like poor Kenny has to buy back our shares </w:t>
      </w:r>
      <w:r>
        <w:rPr>
          <w:rFonts w:ascii="Cambria" w:hAnsi="Cambria"/>
          <w:b/>
          <w:i w:val="0"/>
          <w:color w:val="FFFFFF"/>
          <w:sz w:val="20"/>
          <w:u w:val="none"/>
        </w:rPr>
        <w:t>multiple times now.... Anyway!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68" w:name="pg567"/>
      <w:pPr>
        <w:keepLines w:val="0"/>
        <w:pageBreakBefore/>
        <w:widowControl w:val="0"/>
        <w:spacing w:before="0" w:after="0"/>
        <w:jc w:val="center"/>
      </w:pPr>
      <w:bookmarkEnd w:id="568"/>
      <w:r>
        <w:drawing>
          <wp:inline xmlns:a="http://schemas.openxmlformats.org/drawingml/2006/main" xmlns:pic="http://schemas.openxmlformats.org/drawingml/2006/picture">
            <wp:extent cx="5753100" cy="4229100"/>
            <wp:docPr id="413" name="Picture 4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61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229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>retail whale has entered the chat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IMPORTANT: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you have access to more detailed data regarding number of users or even GME-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ownership for a specific broker, please let me know via dm. There are too many comments here and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hard to keep track of all of them. And please add your source (link or screenshot) so I can publish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 as well.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OVERVIEW WILL BE UPDATED ON A REGULAR BASIS, SO MAKE SURE TO FOLLOW!!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(no financial advice in any way)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1 (25th April):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wave of comments and suggestions came in over night. Fixing some typos, updating numbers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adding brokers: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Thanks </w:t>
      </w:r>
      <w:hyperlink r:id="rId1162">
        <w:r>
          <w:rPr>
            <w:rFonts w:ascii="Calibri" w:hAnsi="Calibri"/>
            <w:sz w:val="20"/>
            <w:color w:val="00B0F0"/>
            <w:u/>
          </w:rPr>
          <w:t>u/InferiorMonkeyRobot</w:t>
        </w:r>
      </w:hyperlink>
      <w:hyperlink r:id="rId1163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63">
        <w:r>
          <w:rPr>
            <w:rFonts w:ascii="Calibri" w:hAnsi="Calibri"/>
            <w:sz w:val="20"/>
            <w:color w:val="00B0F0"/>
            <w:u/>
          </w:rPr>
          <w:t>u/MAD_broker</w:t>
        </w:r>
      </w:hyperlink>
      <w:hyperlink r:id="rId1164">
        <w:r>
          <w:rPr>
            <w:rFonts w:ascii="Cambria" w:hAnsi="Cambria"/>
            <w:sz w:val="20"/>
            <w:color w:val="FFFFFF"/>
            <w:u/>
          </w:rPr>
          <w:t xml:space="preserve">, </w:t>
        </w:r>
      </w:hyperlink>
      <w:hyperlink r:id="rId1164">
        <w:r>
          <w:rPr>
            <w:rFonts w:ascii="Calibri" w:hAnsi="Calibri"/>
            <w:sz w:val="20"/>
            <w:color w:val="00B0F0"/>
            <w:u/>
          </w:rPr>
          <w:t>u/AdministrativeTurn84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an update on Avanza GME-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Investors, checking in with </w:t>
      </w:r>
      <w:hyperlink r:id="rId1165">
        <w:r>
          <w:rPr>
            <w:rFonts w:ascii="Calibri" w:hAnsi="Calibri"/>
            <w:sz w:val="20"/>
            <w:color w:val="00B0F0"/>
            <w:u/>
          </w:rPr>
          <w:t>22,202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(+500 since last post).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Thanks </w:t>
      </w:r>
      <w:hyperlink r:id="rId1166">
        <w:r>
          <w:rPr>
            <w:rFonts w:ascii="Calibri" w:hAnsi="Calibri"/>
            <w:sz w:val="20"/>
            <w:color w:val="00B0F0"/>
            <w:u/>
          </w:rPr>
          <w:t>u/binge360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pointing out missing broker Hargreaves Landsdown. Added to the list. </w:t>
      </w:r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Thanks, </w:t>
      </w:r>
      <w:hyperlink r:id="rId1167">
        <w:r>
          <w:rPr>
            <w:rFonts w:ascii="Calibri" w:hAnsi="Calibri"/>
            <w:sz w:val="20"/>
            <w:color w:val="00B0F0"/>
            <w:u/>
          </w:rPr>
          <w:t>u/Icy_Rhubarb2857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sharing most traded stocks from </w:t>
      </w:r>
      <w:hyperlink r:id="rId1168">
        <w:r>
          <w:rPr>
            <w:rFonts w:ascii="Calibri" w:hAnsi="Calibri"/>
            <w:sz w:val="20"/>
            <w:color w:val="00B0F0"/>
            <w:u/>
          </w:rPr>
          <w:t>RBC statement for month of March</w:t>
        </w:r>
      </w:hyperlink>
      <w:hyperlink r:id="rId1168">
        <w:r>
          <w:rPr>
            <w:rFonts w:ascii="Cambria" w:hAnsi="Cambria"/>
            <w:sz w:val="20"/>
            <w:color w:val="FFFFFF"/>
            <w:u/>
          </w:rPr>
          <w:t xml:space="preserve">.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Thanks, </w:t>
      </w:r>
      <w:hyperlink r:id="rId1169">
        <w:r>
          <w:rPr>
            <w:rFonts w:ascii="Calibri" w:hAnsi="Calibri"/>
            <w:sz w:val="20"/>
            <w:color w:val="00B0F0"/>
            <w:u/>
          </w:rPr>
          <w:t>u/Chabkraken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pointing out missing broker Selfwealth and sending through a screenshot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about GME being traded as #1 stock.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TA;DR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</w:t>
      </w:r>
    </w:p>
    <w:p>
      <w:bookmarkStart w:id="569" w:name="pg56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6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is no way that retail holds less than 100% of the remaining float, the actuals number might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(!!!) higher, maybe even in the 1000%+. Buckle up, because this rocket is about to enter fucking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lightspeed!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costs you nothing to hold, it costs them everything to cover.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1170">
        <w:r>
          <w:rPr>
            <w:rFonts w:ascii="Calibri" w:hAnsi="Calibri"/>
            <w:sz w:val="20"/>
            <w:color w:val="00B0F0"/>
            <w:u/>
          </w:rPr>
          <w:t>u/InForTheSqueeze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2021, lelz </w:t>
      </w:r>
    </w:p>
    <w:p>
      <w:pPr>
        <w:keepLines w:val="0"/>
        <w:widowControl w:val="0"/>
        <w:spacing w:before="24" w:after="0" w:lineRule="exact" w:line="373"/>
        <w:ind w:left="0" w:right="-60"/>
      </w:pP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</w:t>
      </w:r>
    </w:p>
    <w:p>
      <w:pPr>
        <w:keepLines w:val="0"/>
        <w:widowControl w:val="0"/>
        <w:spacing w:before="382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Sources: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59" w:after="0" w:lineRule="exact" w:line="252"/>
        <w:ind w:left="0" w:right="-60"/>
      </w:pPr>
      <w:hyperlink r:id="rId1171">
        <w:r>
          <w:rPr>
            <w:rFonts w:ascii="Calibri" w:hAnsi="Calibri"/>
            <w:sz w:val="20"/>
            <w:color w:val="00B0F0"/>
            <w:u/>
          </w:rPr>
          <w:t>https://www.fidelity.com/about-fidelity/our-company</w:t>
        </w:r>
      </w:hyperlink>
      <w:hyperlink r:id="rId117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2">
        <w:r>
          <w:rPr>
            <w:rFonts w:ascii="Calibri" w:hAnsi="Calibri"/>
            <w:sz w:val="20"/>
            <w:color w:val="00B0F0"/>
            <w:u/>
          </w:rPr>
          <w:t>https://about.vanguard.com/who-we-are/fast-facts/</w:t>
        </w:r>
      </w:hyperlink>
      <w:hyperlink r:id="rId117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3">
        <w:r>
          <w:rPr>
            <w:rFonts w:ascii="Calibri" w:hAnsi="Calibri"/>
            <w:sz w:val="20"/>
            <w:color w:val="00B0F0"/>
            <w:u/>
          </w:rPr>
          <w:t>https://www.brokerage-review.com/online-brokers/largest-online-brokers-by-size.aspx</w:t>
        </w:r>
      </w:hyperlink>
      <w:hyperlink r:id="rId117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4" w:after="0" w:lineRule="exact" w:line="252"/>
        <w:ind w:left="0" w:right="-60"/>
      </w:pPr>
      <w:hyperlink r:id="rId1174">
        <w:r>
          <w:rPr>
            <w:rFonts w:ascii="Calibri" w:hAnsi="Calibri"/>
            <w:sz w:val="20"/>
            <w:color w:val="00B0F0"/>
            <w:u/>
          </w:rPr>
          <w:t>https://fortune.com/2021/02/02/robinhood-stock-trader-revolt-webull-alternative-china-app/</w:t>
        </w:r>
      </w:hyperlink>
      <w:hyperlink r:id="rId117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5">
        <w:r>
          <w:rPr>
            <w:rFonts w:ascii="Calibri" w:hAnsi="Calibri"/>
            <w:sz w:val="20"/>
            <w:color w:val="00B0F0"/>
            <w:u/>
          </w:rPr>
          <w:t>https://www.businessofapps.com/data/revolut-statistics/</w:t>
        </w:r>
      </w:hyperlink>
      <w:hyperlink r:id="rId117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05" w:after="0" w:lineRule="exact" w:line="210"/>
        <w:ind w:left="0" w:right="-60"/>
      </w:pPr>
      <w:hyperlink r:id="rId1176">
        <w:r>
          <w:rPr>
            <w:rFonts w:ascii="Calibri" w:hAnsi="Calibri"/>
            <w:sz w:val="20"/>
            <w:color w:val="00B0F0"/>
            <w:u/>
          </w:rPr>
          <w:t>https://www.businesswire.com/news/home/20180911005141/en/Merrill-Edge-Hits-200-Billion-in-Assets-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6">
        <w:r>
          <w:rPr>
            <w:rFonts w:ascii="Calibri" w:hAnsi="Calibri"/>
            <w:sz w:val="20"/>
            <w:color w:val="00B0F0"/>
            <w:u/>
          </w:rPr>
          <w:t>Under-Management</w:t>
        </w:r>
      </w:hyperlink>
      <w:hyperlink r:id="rId117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7">
        <w:r>
          <w:rPr>
            <w:rFonts w:ascii="Calibri" w:hAnsi="Calibri"/>
            <w:sz w:val="20"/>
            <w:color w:val="00B0F0"/>
            <w:u/>
          </w:rPr>
          <w:t>https://www.comdirect.de/cms/ueberuns/de/presse/monatszahlen-april-2020.html</w:t>
        </w:r>
      </w:hyperlink>
      <w:hyperlink r:id="rId117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8">
        <w:r>
          <w:rPr>
            <w:rFonts w:ascii="Calibri" w:hAnsi="Calibri"/>
            <w:sz w:val="20"/>
            <w:color w:val="00B0F0"/>
            <w:u/>
          </w:rPr>
          <w:t>https://www.interactivebrokers.eu/de/?f=564</w:t>
        </w:r>
      </w:hyperlink>
      <w:hyperlink r:id="rId117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79">
        <w:r>
          <w:rPr>
            <w:rFonts w:ascii="Calibri" w:hAnsi="Calibri"/>
            <w:sz w:val="20"/>
            <w:color w:val="00B0F0"/>
            <w:u/>
          </w:rPr>
          <w:t>https://flatexdegiro.com/en/company/who-we-are</w:t>
        </w:r>
      </w:hyperlink>
      <w:hyperlink r:id="rId1179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0">
        <w:r>
          <w:rPr>
            <w:rFonts w:ascii="Calibri" w:hAnsi="Calibri"/>
            <w:sz w:val="20"/>
            <w:color w:val="00B0F0"/>
            <w:u/>
          </w:rPr>
          <w:t>https://finanz-szene.de/digital-banking/trade-republic-duerfte-schon-um-die-500-000-kunden-haben/</w:t>
        </w:r>
      </w:hyperlink>
      <w:hyperlink r:id="rId1180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1">
        <w:r>
          <w:rPr>
            <w:rFonts w:ascii="Calibri" w:hAnsi="Calibri"/>
            <w:sz w:val="20"/>
            <w:color w:val="00B0F0"/>
            <w:u/>
          </w:rPr>
          <w:t>https://en.wikipedia.org/wiki/Freetrade</w:t>
        </w:r>
      </w:hyperlink>
      <w:hyperlink r:id="rId118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53">
        <w:r>
          <w:rPr>
            <w:rFonts w:ascii="Calibri" w:hAnsi="Calibri"/>
            <w:sz w:val="20"/>
            <w:color w:val="00B0F0"/>
            <w:u/>
          </w:rPr>
          <w:t>https://www.wealthsimple.com/en-ca/magazine/gme-data</w:t>
        </w:r>
      </w:hyperlink>
      <w:hyperlink r:id="rId115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06" w:after="0" w:lineRule="exact" w:line="210"/>
        <w:ind w:left="0" w:right="-60"/>
      </w:pPr>
      <w:hyperlink r:id="rId1182">
        <w:r>
          <w:rPr>
            <w:rFonts w:ascii="Calibri" w:hAnsi="Calibri"/>
            <w:sz w:val="20"/>
            <w:color w:val="00B0F0"/>
            <w:u/>
          </w:rPr>
          <w:t>https://www.interest.co.nz/personal-finance/108826/thousands-nzers-partake-gamestop-movement-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2">
        <w:r>
          <w:rPr>
            <w:rFonts w:ascii="Calibri" w:hAnsi="Calibri"/>
            <w:sz w:val="20"/>
            <w:color w:val="00B0F0"/>
            <w:u/>
          </w:rPr>
          <w:t>sharesies-users-alone-make-20</w:t>
        </w:r>
      </w:hyperlink>
      <w:hyperlink r:id="rId1182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3">
        <w:r>
          <w:rPr>
            <w:rFonts w:ascii="Calibri" w:hAnsi="Calibri"/>
            <w:sz w:val="20"/>
            <w:color w:val="00B0F0"/>
            <w:u/>
          </w:rPr>
          <w:t>https://www.home.saxo/about-us</w:t>
        </w:r>
      </w:hyperlink>
      <w:hyperlink r:id="rId1183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4">
        <w:r>
          <w:rPr>
            <w:rFonts w:ascii="Calibri" w:hAnsi="Calibri"/>
            <w:sz w:val="20"/>
            <w:color w:val="00B0F0"/>
            <w:u/>
          </w:rPr>
          <w:t>https://www.lynxbroker.de/</w:t>
        </w:r>
      </w:hyperlink>
      <w:hyperlink r:id="rId1184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5">
        <w:r>
          <w:rPr>
            <w:rFonts w:ascii="Calibri" w:hAnsi="Calibri"/>
            <w:sz w:val="20"/>
            <w:color w:val="00B0F0"/>
            <w:u/>
          </w:rPr>
          <w:t>https://de.freedom24.com/about</w:t>
        </w:r>
      </w:hyperlink>
      <w:hyperlink r:id="rId1185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6">
        <w:r>
          <w:rPr>
            <w:rFonts w:ascii="Calibri" w:hAnsi="Calibri"/>
            <w:sz w:val="20"/>
            <w:color w:val="00B0F0"/>
            <w:u/>
          </w:rPr>
          <w:t>https://www.hl.co.uk/investor-relations/key-financial-data</w:t>
        </w:r>
      </w:hyperlink>
      <w:hyperlink r:id="rId1186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05" w:after="0" w:lineRule="exact" w:line="210"/>
        <w:ind w:left="0" w:right="-60"/>
      </w:pPr>
      <w:hyperlink r:id="rId1187">
        <w:r>
          <w:rPr>
            <w:rFonts w:ascii="Calibri" w:hAnsi="Calibri"/>
            <w:sz w:val="20"/>
            <w:color w:val="00B0F0"/>
            <w:u/>
          </w:rPr>
          <w:t>https://inspiredinvestor.rbcdirectinvesting.com/en/di/hubs/investing-academy/article/top-10-traded-stocks-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7">
        <w:r>
          <w:rPr>
            <w:rFonts w:ascii="Calibri" w:hAnsi="Calibri"/>
            <w:sz w:val="20"/>
            <w:color w:val="00B0F0"/>
            <w:u/>
          </w:rPr>
          <w:t>in-march/kkr40d4p</w:t>
        </w:r>
      </w:hyperlink>
      <w:hyperlink r:id="rId118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05" w:after="0" w:lineRule="exact" w:line="210"/>
        <w:ind w:left="0" w:right="-60"/>
      </w:pPr>
      <w:hyperlink r:id="rId1188">
        <w:r>
          <w:rPr>
            <w:rFonts w:ascii="Calibri" w:hAnsi="Calibri"/>
            <w:sz w:val="20"/>
            <w:color w:val="00B0F0"/>
            <w:u/>
          </w:rPr>
          <w:t>https://themarketherald.com.au/selfwealth-asxswf-finishes-december-quarter-with-yoy-revenue-growth-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hyperlink r:id="rId1188">
        <w:r>
          <w:rPr>
            <w:rFonts w:ascii="Calibri" w:hAnsi="Calibri"/>
            <w:sz w:val="20"/>
            <w:color w:val="00B0F0"/>
            <w:u/>
          </w:rPr>
          <w:t>2021-01-12/</w:t>
        </w:r>
      </w:hyperlink>
      <w:hyperlink r:id="rId118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23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PROOF of Artificial Price Movement: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Spreadsheets with Statistics to Soothe the Soul </w:t>
      </w:r>
    </w:p>
    <w:p>
      <w:bookmarkStart w:id="570" w:name="pg569"/>
      <w:pPr>
        <w:keepLines w:val="0"/>
        <w:pageBreakBefore/>
        <w:widowControl w:val="0"/>
        <w:spacing w:before="223" w:after="0" w:lineRule="exact" w:line="281"/>
        <w:ind w:left="0" w:right="-60"/>
      </w:pPr>
      <w:bookmarkEnd w:id="570"/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Edit/Update: Thank you for the love and awards!!! I have posted a question about this to Dr. Timbrath’s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AMA, here, if anyone else is interested on her opinion of this.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our primate community has gone through a lot in the last 4 months. We’ve been called names, lied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to, and manipulated through the same PsyOps techniques typically used on extremist groups.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Throughout everything you beautiful people have remained stubborn and hyper-rational while never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losing your love of crayons, and I have never been more proud to be an ape. Therefore, before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completely undress GME time and sales data, I would like to dedicate this research to: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Shills. Thank you shills everywhere, for making this research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possible.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You’ve made sure I stay good and motivated (pissed off) by harassing my online friends, name-calling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people for no reason, and attacking my computer with malware after every stats-based post I’ve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made public. (I may an idiot, but after the third time this happened, I was fairly sure it wasn’t random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bad luck.) Thanks for the 100s of subscriptions to random-ass pron sites, much appreciated. You’ve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provided LITERALLY the best peer-review system I’ve ever experienced. Never has someone caught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tiny mistakes SO quickly- your hard work and diligence has enabled me to very quickly correct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refine my research, drastically improving the quality of the final product.  </w:t>
      </w:r>
      <w:r>
        <w:rPr>
          <w:rFonts w:ascii="Cambria" w:hAnsi="Cambria"/>
          <w:b/>
          <w:i w:val="0"/>
          <w:color w:val="FFFFFF"/>
          <w:sz w:val="20"/>
          <w:u w:val="none"/>
        </w:rPr>
        <w:t>THANKS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time to strip </w:t>
      </w:r>
      <w:r>
        <w:rPr>
          <w:rFonts w:ascii="Cambria" w:hAnsi="Cambria"/>
          <w:b/>
          <w:i w:val="0"/>
          <w:color w:val="FFFFFF"/>
          <w:sz w:val="20"/>
          <w:u w:val="none"/>
        </w:rPr>
        <w:t>time and sales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data down to nothing but binary code and statistics. All methods, raw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189">
        <w:r>
          <w:rPr>
            <w:rFonts w:ascii="Cambria" w:hAnsi="Cambria"/>
            <w:sz w:val="20"/>
            <w:color w:val="FFFFFF"/>
            <w:u/>
          </w:rPr>
          <w:t xml:space="preserve">datasets, and completed analyses can be found here: Materials, Methods, and Madness. Briefly: I have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created a spreadsheet analysis that runs on only one source of data, </w:t>
      </w:r>
      <w:r>
        <w:rPr>
          <w:rFonts w:ascii="Cambria" w:hAnsi="Cambria"/>
          <w:b/>
          <w:i w:val="0"/>
          <w:color w:val="FFFFFF"/>
          <w:sz w:val="20"/>
          <w:u w:val="none"/>
        </w:rPr>
        <w:t>time and sales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exported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Fidelity Active Trader Pro. The spreadsheet reports whether each trade had a POSITIVE or NEGATIVE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effect on the price, and thus designates the trade a “</w:t>
      </w:r>
      <w:r>
        <w:rPr>
          <w:rFonts w:ascii="Cambria" w:hAnsi="Cambria"/>
          <w:b/>
          <w:i w:val="0"/>
          <w:color w:val="FFFFFF"/>
          <w:sz w:val="20"/>
          <w:u w:val="none"/>
        </w:rPr>
        <w:t>BUY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” or a “</w:t>
      </w:r>
      <w:r>
        <w:rPr>
          <w:rFonts w:ascii="Cambria" w:hAnsi="Cambria"/>
          <w:b/>
          <w:i w:val="0"/>
          <w:color w:val="FFFFFF"/>
          <w:sz w:val="20"/>
          <w:u w:val="none"/>
        </w:rPr>
        <w:t>SELL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.” Many trades have no effect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price: these shares have been included in the total counts but not towards any buy or sell total. This is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imperfect method to calculating total buy and sell volume, but as you will see, correlates well to overall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movement of the stock and therefore provides a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statistically significant buy:sell ratio that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can use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opening and closing prices are summed, and if the overall price movement does not match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net buy/sell pressure, the spreadsheed tells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IN REALLY BIG LETTERS.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spreadsheet also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flags </w:t>
      </w:r>
      <w:r>
        <w:rPr>
          <w:rFonts w:ascii="Cambria" w:hAnsi="Cambria"/>
          <w:b/>
          <w:i w:val="0"/>
          <w:color w:val="FFFFFF"/>
          <w:sz w:val="20"/>
          <w:u w:val="none"/>
        </w:rPr>
        <w:t>trades priced outside the bid-ask range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with a special check for prices that are </w:t>
      </w:r>
      <w:r>
        <w:rPr>
          <w:rFonts w:ascii="Cambria" w:hAnsi="Cambria"/>
          <w:b/>
          <w:i w:val="0"/>
          <w:color w:val="FFFFFF"/>
          <w:sz w:val="20"/>
          <w:u w:val="none"/>
        </w:rPr>
        <w:t>crazy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high (to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catch odd price spikes as I did in my first rant with statistics here). I also have it check for “odd lots“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options-based exchanges- if a trade comes from a </w:t>
      </w:r>
      <w:r>
        <w:rPr>
          <w:rFonts w:ascii="Cambria" w:hAnsi="Cambria"/>
          <w:b/>
          <w:i w:val="0"/>
          <w:color w:val="FFFFFF"/>
          <w:sz w:val="20"/>
          <w:u w:val="none"/>
        </w:rPr>
        <w:t>bid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</w:t>
      </w:r>
      <w:r>
        <w:rPr>
          <w:rFonts w:ascii="Cambria" w:hAnsi="Cambria"/>
          <w:b/>
          <w:i w:val="0"/>
          <w:color w:val="FFFFFF"/>
          <w:sz w:val="20"/>
          <w:u w:val="none"/>
        </w:rPr>
        <w:t>ask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exchange that specializes in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only, it should really be </w:t>
      </w:r>
      <w:r>
        <w:rPr>
          <w:rFonts w:ascii="Cambria" w:hAnsi="Cambria"/>
          <w:b/>
          <w:i w:val="0"/>
          <w:color w:val="FFFFFF"/>
          <w:sz w:val="20"/>
          <w:u w:val="none"/>
        </w:rPr>
        <w:t>100 shares traded or a multiple (1 options contract = 100 shares)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I’ve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relaxed the tolerance a bit, and the check is only for </w:t>
      </w:r>
      <w:r>
        <w:rPr>
          <w:rFonts w:ascii="Cambria" w:hAnsi="Cambria"/>
          <w:b/>
          <w:i w:val="0"/>
          <w:color w:val="FFFFFF"/>
          <w:sz w:val="20"/>
          <w:u w:val="none"/>
        </w:rPr>
        <w:t>things that are non-divisible by 10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originating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an options-based trade. </w:t>
      </w:r>
    </w:p>
    <w:p>
      <w:bookmarkStart w:id="571" w:name="pg570"/>
      <w:pPr>
        <w:keepLines w:val="0"/>
        <w:pageBreakBefore/>
        <w:widowControl w:val="0"/>
        <w:spacing w:before="0" w:after="0"/>
        <w:ind w:left="0"/>
      </w:pPr>
      <w:bookmarkEnd w:id="571"/>
      <w:r>
        <w:drawing>
          <wp:inline xmlns:a="http://schemas.openxmlformats.org/drawingml/2006/main" xmlns:pic="http://schemas.openxmlformats.org/drawingml/2006/picture">
            <wp:extent cx="3149600" cy="6769100"/>
            <wp:docPr id="414" name="Picture 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0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6769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fidelity loves acronyms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let me show you some “controls;” aka super “boring” stocks that we are assuming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manipulated and therefore do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have artificial price movement: their price movement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natural and expected based on buy and sell volumes. And the most boring stock prize goes to.... </w:t>
      </w:r>
    </w:p>
    <w:p>
      <w:bookmarkStart w:id="572" w:name="pg571"/>
      <w:pPr>
        <w:keepLines w:val="0"/>
        <w:pageBreakBefore/>
        <w:widowControl w:val="0"/>
        <w:spacing w:before="0" w:after="0"/>
        <w:jc w:val="center"/>
      </w:pPr>
      <w:bookmarkEnd w:id="572"/>
      <w:r>
        <w:drawing>
          <wp:inline xmlns:a="http://schemas.openxmlformats.org/drawingml/2006/main" xmlns:pic="http://schemas.openxmlformats.org/drawingml/2006/picture">
            <wp:extent cx="5943600" cy="5327650"/>
            <wp:docPr id="415" name="Picture 4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27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Nokia of course!!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“summary sheet” that gets printed with all the nifty info. This is what “normal” looks like-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more buy volume than sell volume detected matches with the closing price going up. Pathetically small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 of trades were flagged as unusual, all having to do with odd lots being traded by options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exchanges. Looks good. Next control, the SPY- </w:t>
      </w:r>
    </w:p>
    <w:p>
      <w:bookmarkStart w:id="573" w:name="pg572"/>
      <w:pPr>
        <w:keepLines w:val="0"/>
        <w:pageBreakBefore/>
        <w:widowControl w:val="0"/>
        <w:spacing w:before="0" w:after="0"/>
        <w:jc w:val="center"/>
      </w:pPr>
      <w:bookmarkEnd w:id="573"/>
      <w:r>
        <w:drawing>
          <wp:inline xmlns:a="http://schemas.openxmlformats.org/drawingml/2006/main" xmlns:pic="http://schemas.openxmlformats.org/drawingml/2006/picture">
            <wp:extent cx="5943600" cy="5041265"/>
            <wp:docPr id="416" name="Picture 4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1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wait what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Everything looks great, happy spreadsheet, except for four really weird trades I totally did not expect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find. Here's the full mind-fuck analysis on this data: </w:t>
      </w:r>
    </w:p>
    <w:p>
      <w:bookmarkStart w:id="574" w:name="pg573"/>
      <w:pPr>
        <w:keepLines w:val="0"/>
        <w:pageBreakBefore/>
        <w:widowControl w:val="0"/>
        <w:spacing w:before="0" w:after="0"/>
        <w:jc w:val="center"/>
      </w:pPr>
      <w:bookmarkEnd w:id="574"/>
      <w:r>
        <w:drawing>
          <wp:inline xmlns:a="http://schemas.openxmlformats.org/drawingml/2006/main" xmlns:pic="http://schemas.openxmlformats.org/drawingml/2006/picture">
            <wp:extent cx="5943600" cy="3707765"/>
            <wp:docPr id="417" name="Picture 4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77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color-coded fuckery!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"main offenders" are listed at the bottom- Options and dark pools. This is my surprised face. Let's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 at those crazy prices up close: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29970"/>
            <wp:docPr id="418" name="Picture 4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9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some ETF action </w:t>
      </w:r>
    </w:p>
    <w:p>
      <w:pPr>
        <w:keepLines w:val="0"/>
        <w:widowControl w:val="0"/>
        <w:spacing w:before="36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049655"/>
            <wp:docPr id="419" name="Picture 4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9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dark pools and options </w:t>
      </w:r>
    </w:p>
    <w:p>
      <w:bookmarkStart w:id="575" w:name="pg574"/>
      <w:pPr>
        <w:keepLines w:val="0"/>
        <w:pageBreakBefore/>
        <w:widowControl w:val="0"/>
        <w:spacing w:before="0" w:after="0"/>
        <w:jc w:val="center"/>
      </w:pPr>
      <w:bookmarkEnd w:id="575"/>
      <w:r>
        <w:drawing>
          <wp:inline xmlns:a="http://schemas.openxmlformats.org/drawingml/2006/main" xmlns:pic="http://schemas.openxmlformats.org/drawingml/2006/picture">
            <wp:extent cx="5943600" cy="1007110"/>
            <wp:docPr id="420" name="Picture 4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7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dark pool party </w:t>
      </w:r>
    </w:p>
    <w:p>
      <w:pPr>
        <w:keepLines w:val="0"/>
        <w:widowControl w:val="0"/>
        <w:spacing w:before="36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977264"/>
            <wp:docPr id="421" name="Picture 4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Can I please have shares for $20 under the going price?? I said please.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Except for those crazy trades, pretty normal. Here's another SPY, this time from 4/26: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041265"/>
            <wp:docPr id="422" name="Picture 4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1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76" w:name="pg575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576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happy spreadsheet!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 wacky trades on this day for the SPY. How about one more control analysis: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161915"/>
            <wp:docPr id="423" name="Picture 4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1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Overall, more shares detected were sold than bought, and the price for the day went down. Lovely! Now,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to the main event. Let's plug and chug some GME! We start with 4/12. Why? Because I was pissed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day. </w:t>
      </w:r>
    </w:p>
    <w:p>
      <w:bookmarkStart w:id="577" w:name="pg576"/>
      <w:pPr>
        <w:keepLines w:val="0"/>
        <w:pageBreakBefore/>
        <w:widowControl w:val="0"/>
        <w:spacing w:before="0" w:after="0"/>
        <w:jc w:val="center"/>
      </w:pPr>
      <w:bookmarkEnd w:id="577"/>
      <w:r>
        <w:drawing>
          <wp:inline xmlns:a="http://schemas.openxmlformats.org/drawingml/2006/main" xmlns:pic="http://schemas.openxmlformats.org/drawingml/2006/picture">
            <wp:extent cx="5943600" cy="8081644"/>
            <wp:docPr id="424" name="Picture 4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1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78" w:name="pg577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578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 ate a lot of crayons later that night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 was very interested in looking at this dataset. Lo and behold....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041265"/>
            <wp:docPr id="425" name="Picture 4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12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more surprise face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beautiful spreadsheet telling me exactly what my eyes saw that day. There were more shares bought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 sold, yet somehow the price drops $17. Queue mind-fuck: </w:t>
      </w:r>
    </w:p>
    <w:p>
      <w:bookmarkStart w:id="579" w:name="pg578"/>
      <w:pPr>
        <w:keepLines w:val="0"/>
        <w:pageBreakBefore/>
        <w:widowControl w:val="0"/>
        <w:spacing w:before="0" w:after="0"/>
        <w:jc w:val="center"/>
      </w:pPr>
      <w:bookmarkEnd w:id="579"/>
      <w:r>
        <w:drawing>
          <wp:inline xmlns:a="http://schemas.openxmlformats.org/drawingml/2006/main" xmlns:pic="http://schemas.openxmlformats.org/drawingml/2006/picture">
            <wp:extent cx="5943600" cy="3590925"/>
            <wp:docPr id="426" name="Picture 4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0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EDGX and dark pool buddies. But of course. These high numbers make me giggle, which offsets some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freshly pissed-off I am at this concentrated fuckery. I know your brains are tender, but how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last GME analysis- 4/21 because dyslexia: </w:t>
      </w:r>
    </w:p>
    <w:p>
      <w:bookmarkStart w:id="580" w:name="pg579"/>
      <w:pPr>
        <w:keepLines w:val="0"/>
        <w:pageBreakBefore/>
        <w:widowControl w:val="0"/>
        <w:spacing w:before="0" w:after="0"/>
        <w:jc w:val="center"/>
      </w:pPr>
      <w:bookmarkEnd w:id="580"/>
      <w:r>
        <w:drawing>
          <wp:inline xmlns:a="http://schemas.openxmlformats.org/drawingml/2006/main" xmlns:pic="http://schemas.openxmlformats.org/drawingml/2006/picture">
            <wp:extent cx="5943600" cy="5161915"/>
            <wp:docPr id="427" name="Picture 4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1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omfg?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$28 outside the bid-ask range seems..... excessive? That's like if some dude said "I'll sell this 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$158," everyone agrees, and then somehow he gets $186. Why doesn't my life work like that? Let's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all of these crazy trades up close: </w:t>
      </w:r>
    </w:p>
    <w:p>
      <w:bookmarkStart w:id="581" w:name="pg580"/>
      <w:pPr>
        <w:keepLines w:val="0"/>
        <w:pageBreakBefore/>
        <w:widowControl w:val="0"/>
        <w:spacing w:before="0" w:after="0"/>
        <w:jc w:val="center"/>
      </w:pPr>
      <w:bookmarkEnd w:id="581"/>
      <w:r>
        <w:drawing>
          <wp:inline xmlns:a="http://schemas.openxmlformats.org/drawingml/2006/main" xmlns:pic="http://schemas.openxmlformats.org/drawingml/2006/picture">
            <wp:extent cx="5943600" cy="4048759"/>
            <wp:docPr id="428" name="Picture 4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8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82" w:name="pg581"/>
      <w:pPr>
        <w:keepLines w:val="0"/>
        <w:pageBreakBefore/>
        <w:widowControl w:val="0"/>
        <w:spacing w:before="0" w:after="0"/>
        <w:jc w:val="center"/>
      </w:pPr>
      <w:bookmarkEnd w:id="582"/>
      <w:r>
        <w:drawing>
          <wp:inline xmlns:a="http://schemas.openxmlformats.org/drawingml/2006/main" xmlns:pic="http://schemas.openxmlformats.org/drawingml/2006/picture">
            <wp:extent cx="5943600" cy="5783579"/>
            <wp:docPr id="429" name="Picture 4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3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nothing to see here?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all I've got for today. But now that I've got my spreadsheets all set up, I think I will continue to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 revealing statistics until GME blasts off to the moon. Seems like a good way to pass the time??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😈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19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TLDR: Either the matrix is glitching out or there's some really </w:t>
      </w:r>
    </w:p>
    <w:p>
      <w:pPr>
        <w:keepLines w:val="0"/>
        <w:widowControl w:val="0"/>
        <w:spacing w:before="22" w:after="0" w:lineRule="exact" w:line="373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>fucky shit going on.</w:t>
      </w:r>
      <w:r>
        <w:rPr>
          <w:rFonts w:ascii="Segoe UI Emoji" w:hAnsi="Segoe UI Emoji"/>
          <w:b w:val="0"/>
          <w:i w:val="0"/>
          <w:color w:val="FFFFFF"/>
          <w:sz w:val="33"/>
          <w:u w:val="none"/>
        </w:rPr>
        <w:t>🚀🚀🚀</w:t>
      </w: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 </w:t>
      </w:r>
    </w:p>
    <w:p>
      <w:pPr>
        <w:keepLines w:val="0"/>
        <w:widowControl w:val="0"/>
        <w:spacing w:before="6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Selling puts on my computer's CPU. </w:t>
      </w:r>
    </w:p>
    <w:p>
      <w:pPr>
        <w:keepLines w:val="0"/>
        <w:widowControl w:val="0"/>
        <w:spacing w:before="314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583" w:name="pg582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583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It's Just a Pyramid Scheme Part 1: The Missing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Cornerstone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Everyone!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 fucking few days hey? GME closes almost 15% up, streamers that are more interested in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weird tarot card readings than actual data, FUD that we can barely even spot anymore, and an IV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that is being hidden by a hidden company none of us have even talked about. Wait... what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last part? Oh yeah haha, another fucking DTCC that we have all neglected or overlooked or just got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buried somewhere. Here it is, another banker filled board that oversees ALL OPTION CLEARING DATA.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No, I am not fucking around - it is stated on their website: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06">
        <w:r>
          <w:rPr>
            <w:rFonts w:ascii="Cambria" w:hAnsi="Cambria"/>
            <w:sz w:val="20"/>
            <w:color w:val="FFFFFF"/>
            <w:u/>
          </w:rPr>
          <w:t xml:space="preserve">https://www.theocc.com/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mother fucking OCC.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07">
        <w:r>
          <w:rPr>
            <w:rFonts w:ascii="Cambria" w:hAnsi="Cambria"/>
            <w:sz w:val="20"/>
            <w:color w:val="FFFFFF"/>
            <w:u/>
          </w:rPr>
          <w:t>https://preview.redd.it/n2mh2lwgkrz61.png?width=1035&amp;format=png&amp;auto=webp&amp;s=1505e0d8779a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07">
        <w:r>
          <w:rPr>
            <w:rFonts w:ascii="Cambria" w:hAnsi="Cambria"/>
            <w:sz w:val="20"/>
            <w:color w:val="FFFFFF"/>
            <w:u/>
          </w:rPr>
          <w:t xml:space="preserve">48ceeaa9797df719a8f203b2200e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largest derivatives clearing organization. Stability. Integrity. Overseen by the SEC and CFTC. Major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OTC clearing for options.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 might want to clear options OTC to maintain a free market that doesn't drown them?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about banks and institutions who accepted these giant fucking pile of dog shit option contracts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market makers who are hedging bets and cut off buying/selling in Jan?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Chairman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One of the most influential people in finance (knows Chicago trade and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mergers origins).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Managing Director, Head of Americas Asset Management Services, Bank of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America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Literally still works for BoA, previously Morgan Stanley. What a fucking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conflict considering what is currently going on between apes and the fact that BoA holds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and puts on GME, and we have successfully proved the data is being manipulated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(Ill come back to more on manipulation through these guys).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Founding Member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Literally has worked for BoA, Goldmans, Morgan Stanley. Probably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the geniuses behind this since he's the tech guy.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Partner and Head of Market Structure, Wolverine Trading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DONT THESE GUYS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HOLD A VERY LARGE, UNHEDGED PUT POSITION ON GME?!?! WHAT IN THE FLYING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 IS GOING ON?!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Executive Vice President &amp; CIO, Interactive Brokers, LLC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DIDNT THESE GUYS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HALT FUCKING TRADING TO GME IN JAN???? WE FUCKING KNOW THEY DID.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Managing Director, General Counsel Department at Credit Suisse Securities (USA)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LLC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Oh another banker overseeing the largest derivatives clearing corp, when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are currently going through a liquidity crisis. </w:t>
      </w:r>
    </w:p>
    <w:p>
      <w:bookmarkStart w:id="584" w:name="pg583"/>
      <w:pPr>
        <w:keepLines w:val="0"/>
        <w:pageBreakBefore/>
        <w:widowControl w:val="0"/>
        <w:spacing w:before="71" w:after="0" w:lineRule="exact" w:line="246"/>
        <w:ind w:left="841" w:right="-60"/>
      </w:pPr>
      <w:bookmarkEnd w:id="584"/>
      <w:r>
        <w:rPr>
          <w:rFonts w:ascii="Cambria" w:hAnsi="Cambria"/>
          <w:b w:val="0"/>
          <w:i w:val="0"/>
          <w:color w:val="FFFFFF"/>
          <w:sz w:val="20"/>
          <w:u w:val="none"/>
        </w:rPr>
        <w:t>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Vice Chairman, NASDAQ Inc.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actually think the NASDAQ is probably the free and fair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we are looking for. I have no comment.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Chief Strategy Officer, Intercontinental Exchange, Inc.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Seriously. This is getting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tedious. CSO. ICE which owns NYSE. Oh, and represents them on the DTCC board. Lol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 me, right? But retail is definitely the problem.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/>
          <w:i w:val="0"/>
          <w:color w:val="FFFFFF"/>
          <w:sz w:val="20"/>
          <w:u w:val="none"/>
        </w:rPr>
        <w:t>Executive Vice President, Chief Operating Officer, Cboe Global Markets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No issue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this guy. I actually think the CBOE Bats thing might be beneficial to us. But that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 DD.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10.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Senior Vice President - Head of Product Management for North American Market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Services, NASDAQ Inc.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Ex Goldman-Sachs guy. Obviously.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Senior Vice President - Head of Product Management for North American Market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Services, NASDAQ Inc.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Just another individual investor exchange board member. TD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Ameritrade (didn't they do some shady shit?). Anyway.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Chief Regulatory Officer, Intercontinental Exchange &amp; General Counsel, NYSE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>Group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Oh look, another ICE/NYSE lawyer, which has let Citadel and friends run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 on the NYSE, especially GME.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Former Financial Executive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Meh no issues she seems to have been just a hard nosed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finance person. Unless someone wants to dig in more, no complaints, just a derivative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guru.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Managing Partner, Windham Capital Management Inc.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Oh look, an ex Bear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Sterns </w:t>
      </w:r>
      <w:r>
        <w:rPr>
          <w:rFonts w:ascii="Cambria" w:hAnsi="Cambria"/>
          <w:b/>
          <w:i w:val="0"/>
          <w:color w:val="FFFFFF"/>
          <w:sz w:val="20"/>
          <w:u w:val="none"/>
        </w:rPr>
        <w:t>PRESIDENT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Curious how he made out after the crash and I would be even more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curious about his insider trading reports for Bear.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Chairman, Risk Committee, Kepos Capital LP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Oh look, an ex Goldman Sachs partner.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Again...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General Counsel, Citadel Securities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My fucking favorite board member on the list.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pretty much self explanatory. Oh, and a FINRA grad.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17.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Co-founder and Chief Executive Officer of DASH Financial Technologies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Meh.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Nothing crazy. Has a vested interest in OTC markets for large institutions.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18.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Managing Director and Global Head of CCP Strategy and Resource Optimization,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Morgan Stanley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Literally works at Morgan Stanley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19.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Economist 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Ex Federal Reserve person. Regulated OTC derivatives market.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08">
        <w:r>
          <w:rPr>
            <w:rFonts w:ascii="Cambria" w:hAnsi="Cambria"/>
            <w:sz w:val="20"/>
            <w:color w:val="FFFFFF"/>
            <w:u/>
          </w:rPr>
          <w:t xml:space="preserve">https://www.theocc.com/Company-Information/Board-of-Directors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you go. That is the start of how the system has be built to keep the wealthy, well, wealthy.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am going to conclude from the next bit should really show how they're bending the fucking rules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make sure this doesn't cause too much of a ripple (in my opinion - this is how I cope in case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decide to fuck it all over again and say "well retards it went to $x is that not enough? Greedy apes").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said once, derivatives and options surrounding GME have become the main issue. This is how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balancing their books to avoid margin calls through their lenders (I.E. Goldmans, Morgan, BoA, get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 here of </w:t>
      </w:r>
      <w:r>
        <w:rPr>
          <w:rFonts w:ascii="Cambria" w:hAnsi="Cambria"/>
          <w:b w:val="0"/>
          <w:i/>
          <w:color w:val="FFFFFF"/>
          <w:sz w:val="20"/>
          <w:u w:val="none"/>
        </w:rPr>
        <w:t>how and why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?) They are purposefully changing the math, and I think I can prove it, right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NYSE OPTIONS CONTRACTS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585" w:name="pg58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8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found the mapping data for the NYSEArca contracts and it has some interesting data. They don't even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consolidate the option data until 5pm the next business day. Which means it is 100% probable that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OTC trades take over for deals to settle option contracts for large financial institutions the next day.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lights are most likely on because they are making phone call after phone call trying to run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quants and figure out what they can trade for some moon tickets. This means that these guys are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back end, in bulk, being overseen by our new favorite board of bankers and lawyers.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09">
        <w:r>
          <w:rPr>
            <w:rFonts w:ascii="Cambria" w:hAnsi="Cambria"/>
            <w:sz w:val="20"/>
            <w:color w:val="FFFFFF"/>
            <w:u/>
          </w:rPr>
          <w:t xml:space="preserve">https://ftp.nyse.com/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1210">
        <w:r>
          <w:rPr>
            <w:rFonts w:ascii="Cambria" w:hAnsi="Cambria"/>
            <w:sz w:val="20"/>
            <w:color w:val="FFFFFF"/>
            <w:u/>
          </w:rPr>
          <w:t>https://preview.redd.it/r0c51cybxrz61.png?width=651&amp;format=png&amp;auto=webp&amp;s=09ed8102c962ab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0">
        <w:r>
          <w:rPr>
            <w:rFonts w:ascii="Cambria" w:hAnsi="Cambria"/>
            <w:sz w:val="20"/>
            <w:color w:val="FFFFFF"/>
            <w:u/>
          </w:rPr>
          <w:t xml:space="preserve">2f04b243d4244b6ec5fa76e35d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Ive been cross referencing the ArcaAmex data with the OCC data, because on OCC you can actually check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 data (which seems awesome because you would think the main derivative clearing corp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up to date info). And there is definitely some weird data coming from the OCC.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211">
        <w:r>
          <w:rPr>
            <w:rFonts w:ascii="Cambria" w:hAnsi="Cambria"/>
            <w:sz w:val="20"/>
            <w:color w:val="FFFFFF"/>
            <w:u/>
          </w:rPr>
          <w:t>https://preview.redd.it/6hkc2jbfyrz61.png?width=297&amp;format=png&amp;auto=webp&amp;s=c437168f9d1cad8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1">
        <w:r>
          <w:rPr>
            <w:rFonts w:ascii="Cambria" w:hAnsi="Cambria"/>
            <w:sz w:val="20"/>
            <w:color w:val="FFFFFF"/>
            <w:u/>
          </w:rPr>
          <w:t xml:space="preserve">b2663d52847586eda0a97db92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0 OI for GME May 14 Calls (all in the money in this case).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0 OI for GME May 14 Puts (all in the money).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 but ok. Maybe they dont update it. But the May 21 Calls are there...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212">
        <w:r>
          <w:rPr>
            <w:rFonts w:ascii="Cambria" w:hAnsi="Cambria"/>
            <w:sz w:val="20"/>
            <w:color w:val="FFFFFF"/>
            <w:u/>
          </w:rPr>
          <w:t>https://preview.redd.it/mat2h8ltyrz61.png?width=307&amp;format=png&amp;auto=webp&amp;s=52f3d526485cd1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2">
        <w:r>
          <w:rPr>
            <w:rFonts w:ascii="Cambria" w:hAnsi="Cambria"/>
            <w:sz w:val="20"/>
            <w:color w:val="FFFFFF"/>
            <w:u/>
          </w:rPr>
          <w:t xml:space="preserve">9469ff1d87056c56309f5df70c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Ok... And before you say these arent sourced from everywhere: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213">
        <w:r>
          <w:rPr>
            <w:rFonts w:ascii="Cambria" w:hAnsi="Cambria"/>
            <w:sz w:val="20"/>
            <w:color w:val="FFFFFF"/>
            <w:u/>
          </w:rPr>
          <w:t>https://preview.redd.it/qqluvrv2zrz61.png?width=954&amp;format=png&amp;auto=webp&amp;s=65e87312e800ff7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3">
        <w:r>
          <w:rPr>
            <w:rFonts w:ascii="Cambria" w:hAnsi="Cambria"/>
            <w:sz w:val="20"/>
            <w:color w:val="FFFFFF"/>
            <w:u/>
          </w:rPr>
          <w:t xml:space="preserve">3309689899b93f3efaed9cd71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4">
        <w:r>
          <w:rPr>
            <w:rFonts w:ascii="Cambria" w:hAnsi="Cambria"/>
            <w:sz w:val="20"/>
            <w:color w:val="FFFFFF"/>
            <w:u/>
          </w:rPr>
          <w:t>The info is here https://www.theocc.com/Market-Data/Market-Data-Reports/Series-and-Trading-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4">
        <w:r>
          <w:rPr>
            <w:rFonts w:ascii="Cambria" w:hAnsi="Cambria"/>
            <w:sz w:val="20"/>
            <w:color w:val="FFFFFF"/>
            <w:u/>
          </w:rPr>
          <w:t xml:space="preserve">Data/Series-Search?symbol=gme&amp;symbolType=Options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should literally be updated daily. And depending on who's buying and paying attention,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definitely be some movement. But anyway, lets go look at TODAYS data for May 21 GME options,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the company that OCC links all their derivative data through.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15">
        <w:r>
          <w:rPr>
            <w:rFonts w:ascii="Cambria" w:hAnsi="Cambria"/>
            <w:sz w:val="20"/>
            <w:color w:val="FFFFFF"/>
            <w:u/>
          </w:rPr>
          <w:t xml:space="preserve">https://oic.ivolatility.com/oic_adv_options.j;jsessionid=a-dh_HwzV6lh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1216">
        <w:r>
          <w:rPr>
            <w:rFonts w:ascii="Cambria" w:hAnsi="Cambria"/>
            <w:sz w:val="20"/>
            <w:color w:val="FFFFFF"/>
            <w:u/>
          </w:rPr>
          <w:t>https://preview.redd.it/iwi1zukvzrz61.png?width=1905&amp;format=png&amp;auto=webp&amp;s=a5d5a158b26d1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6">
        <w:r>
          <w:rPr>
            <w:rFonts w:ascii="Cambria" w:hAnsi="Cambria"/>
            <w:sz w:val="20"/>
            <w:color w:val="FFFFFF"/>
            <w:u/>
          </w:rPr>
          <w:t xml:space="preserve">831c2170a8ecc8fb48fa8a2db88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anything weird about the IV? And the cost of the option vs the strike price? Literally the Deep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Money calls mean worth is the exact same cost as a share. And we know that everything about "free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fair market" in the last little while has been about "taking the best average cost at market value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our clients" (my broker touts this - I assume most do). </w:t>
      </w:r>
    </w:p>
    <w:p>
      <w:bookmarkStart w:id="586" w:name="pg58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8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 IV is significantly lower than what other sources are saying. Barchart has $10 calls at 1600% IV,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yahoo same thing. Odd that this data is almost purposefully deflating the IV of GME, considering after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 massive increase in IV was Jan. No, seriously: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217">
        <w:r>
          <w:rPr>
            <w:rFonts w:ascii="Cambria" w:hAnsi="Cambria"/>
            <w:sz w:val="20"/>
            <w:color w:val="FFFFFF"/>
            <w:u/>
          </w:rPr>
          <w:t>https://preview.redd.it/6ro04put0sz61.png?width=547&amp;format=png&amp;auto=webp&amp;s=5a1e601fc6c657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7">
        <w:r>
          <w:rPr>
            <w:rFonts w:ascii="Cambria" w:hAnsi="Cambria"/>
            <w:sz w:val="20"/>
            <w:color w:val="FFFFFF"/>
            <w:u/>
          </w:rPr>
          <w:t xml:space="preserve">a49ec675ced38e8852f81917ed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if we go back to the NYSE Arca data, the consolidated short interest changes with how many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short as well. Check this out, I am only going to go to the end of Jan because there is a ton of data,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maybe Ill do the rest after to prove their algo is betting against retail. Because they only changed it once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WSB reallyyy started to get into GME mid January. And they didn't expect the upward buy pressure,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manipulated the market through the OCC to make this work in their favor.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218">
        <w:r>
          <w:rPr>
            <w:rFonts w:ascii="Cambria" w:hAnsi="Cambria"/>
            <w:sz w:val="20"/>
            <w:color w:val="FFFFFF"/>
            <w:u/>
          </w:rPr>
          <w:t>https://preview.redd.it/cjoc7rzc4sz61.png?width=562&amp;format=png&amp;auto=webp&amp;s=2b3635a3b7388c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8">
        <w:r>
          <w:rPr>
            <w:rFonts w:ascii="Cambria" w:hAnsi="Cambria"/>
            <w:sz w:val="20"/>
            <w:color w:val="FFFFFF"/>
            <w:u/>
          </w:rPr>
          <w:t xml:space="preserve">689b51820f2ec251819e3b6380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 short volume literally started to MIMIC THE FUCKING BUY VOLUME AFTER MID JAN. HOLY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FUCKING PYRAMID SCHEME BATMAN.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said it before, and I personally think this definitively concludes that the banks, shitadel and other hedge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funds, and the regulatory bodies like the OCC are working against us through algos, reddit scraping,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OTC. Thanks for attending the fucking TedTalk. I hope we can all buy and hold more. Not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advice. Just an ape who wants tendies from these people who have made a fortune off our hard work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lower class lifestyle. Buckle up hodl, and dont forget your hellmits.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219">
        <w:r>
          <w:rPr>
            <w:rFonts w:ascii="Cambria" w:hAnsi="Cambria"/>
            <w:sz w:val="20"/>
            <w:color w:val="FFFFFF"/>
            <w:u/>
          </w:rPr>
          <w:t>https://preview.redd.it/suvwgwjq5sz61.png?width=487&amp;format=png&amp;auto=webp&amp;s=35219ddfceb08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19">
        <w:r>
          <w:rPr>
            <w:rFonts w:ascii="Cambria" w:hAnsi="Cambria"/>
            <w:sz w:val="20"/>
            <w:color w:val="FFFFFF"/>
            <w:u/>
          </w:rPr>
          <w:t xml:space="preserve">0e409f2bf4cd0790476d237d3ca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References: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09">
        <w:r>
          <w:rPr>
            <w:rFonts w:ascii="Cambria" w:hAnsi="Cambria"/>
            <w:sz w:val="20"/>
            <w:color w:val="FFFFFF"/>
            <w:u/>
          </w:rPr>
          <w:t xml:space="preserve">https://ftp.nyse.com/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06">
        <w:r>
          <w:rPr>
            <w:rFonts w:ascii="Cambria" w:hAnsi="Cambria"/>
            <w:sz w:val="20"/>
            <w:color w:val="FFFFFF"/>
            <w:u/>
          </w:rPr>
          <w:t xml:space="preserve">https://www.theocc.com/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08">
        <w:r>
          <w:rPr>
            <w:rFonts w:ascii="Cambria" w:hAnsi="Cambria"/>
            <w:sz w:val="20"/>
            <w:color w:val="FFFFFF"/>
            <w:u/>
          </w:rPr>
          <w:t xml:space="preserve">https://www.theocc.com/Company-Information/Board-of-Directors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15">
        <w:r>
          <w:rPr>
            <w:rFonts w:ascii="Cambria" w:hAnsi="Cambria"/>
            <w:sz w:val="20"/>
            <w:color w:val="FFFFFF"/>
            <w:u/>
          </w:rPr>
          <w:t xml:space="preserve">https://oic.ivolatility.com/oic_adv_options.j;jsessionid=a-dh_HwzV6lh </w:t>
        </w:r>
      </w:hyperlink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5.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hyperlink r:id="rId1220">
        <w:r>
          <w:rPr>
            <w:rFonts w:ascii="Cambria" w:hAnsi="Cambria"/>
            <w:sz w:val="20"/>
            <w:color w:val="FFFFFF"/>
            <w:u/>
          </w:rPr>
          <w:t xml:space="preserve">https://www.barchart.com/stocks/quotes/GME/options?moneyness=allRows </w:t>
        </w:r>
      </w:hyperlink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6.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Oh and the fucking terminal drops.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587" w:name="pg586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587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Dance of Darkness: The SEC and Dark Pools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13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Dance of Darkness: The SEC and Dark Pools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everyone, as requested I am trying again to get this on r/Superstonk so this stays documented,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allows the light of transparency to be shone upon Darkpools, hopefully this time it uploads, and if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does, enjoy: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everyone, thank you in advance for your patience and for reading this thesis on dark pools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SEC. First, please note that this is strictly not financial advice and just research I have compiled over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weeks for entertainment purposes—it's all-public information and not intended to affect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action of any stock in any way, shape, or form.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article will be divided into 3 major parts: SEC and the financial derivatives market, dark pools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credit swaps and synthetic shares today, FUD dispersal, and legal ramifications of naked shorting. I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motivated to write this article as a result of two conditions: the ongoing process of appointing Gary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Gensler as the SEC chairman, and the revelation of the existence of massive dark pool trading certain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meme stocks, in an effort, to bamboozle the retail investor.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---THE SEC SECTION---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Gary Gensler, the former chairman of the CTFC (Commodities Trading Futures Commission) is currently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process of being appointed the SEC chairman. Currently, the senate banking committee has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1">
        <w:r>
          <w:rPr>
            <w:rFonts w:ascii="Cambria" w:hAnsi="Cambria"/>
            <w:sz w:val="20"/>
            <w:color w:val="FFFFFF"/>
            <w:u/>
          </w:rPr>
          <w:t>approved Gensler at a 14-10 vote (https://www.investmentnews.com/senate-banking-committee-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22">
        <w:r>
          <w:rPr>
            <w:rFonts w:ascii="Cambria" w:hAnsi="Cambria"/>
            <w:sz w:val="20"/>
            <w:color w:val="FFFFFF"/>
            <w:u/>
          </w:rPr>
          <w:t>approves-gensler-nomination-203813 , https://www.c-span.org/video/?509429-1/sec-chair-cfpb-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director-confirmation-hearing ), and he will be voted on by the Senate proper in a weeks time on April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3">
        <w:r>
          <w:rPr>
            <w:rFonts w:ascii="Cambria" w:hAnsi="Cambria"/>
            <w:sz w:val="20"/>
            <w:color w:val="FFFFFF"/>
            <w:u/>
          </w:rPr>
          <w:t>12th (https://www.thinkadvisor.com/2021/03/31/schwab-expects-activist-sec-under-gensler-senate-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sets-confirmation-vote-date/) . He is expected to have bipartisan support and to be sworn in as the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chairman. Gary Gensler is extraordinarily hated by Wall Street for a couple of reasons, the primary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that he is a hard-nosed regulator interested in the transparency of the marketplace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democratizing the information within it in favor of the little guy. This fundamentally goes against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closed country club nature of Wall Street, which is shown by the enforcement of the Dodd-Frank Act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4">
        <w:r>
          <w:rPr>
            <w:rFonts w:ascii="Cambria" w:hAnsi="Cambria"/>
            <w:sz w:val="20"/>
            <w:color w:val="FFFFFF"/>
            <w:u/>
          </w:rPr>
          <w:t>(https://en.wikipedia.org/wiki/Dodd%E2%80%93Frank_Wall_Street_Reform_and_Consumer_Protectio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25">
        <w:r>
          <w:rPr>
            <w:rFonts w:ascii="Cambria" w:hAnsi="Cambria"/>
            <w:sz w:val="20"/>
            <w:color w:val="FFFFFF"/>
            <w:u/>
          </w:rPr>
          <w:t xml:space="preserve">n_Act , https://www.investopedia.com/terms/d/dodd-frank-financial-regulatory-reform-bill.asp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last time Wall Street made a grievous market error was in 2008. This was due to the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derivatives market and credit default swaps market having a massive correction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6">
        <w:r>
          <w:rPr>
            <w:rFonts w:ascii="Cambria" w:hAnsi="Cambria"/>
            <w:sz w:val="20"/>
            <w:color w:val="FFFFFF"/>
            <w:u/>
          </w:rPr>
          <w:t>(https://www.investopedia.com/ask/answers/052715/how-big-derivatives-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27">
        <w:r>
          <w:rPr>
            <w:rFonts w:ascii="Cambria" w:hAnsi="Cambria"/>
            <w:sz w:val="20"/>
            <w:color w:val="FFFFFF"/>
            <w:u/>
          </w:rPr>
          <w:t xml:space="preserve">market.asp, https://www.investopedia.com/terms/d/derivative.asp ). The financial derivatives market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(futures, in particular) was designed by markets to allow farmers, ranchers, manufacturers,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industrialists, producers, etc., to lock in prices and mitigate risk in the production and operation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businesses. Thus, the core of what these markets are about is to lock in prices for commodities and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 risk for the supply chain. Thus, the derivatives market is quite essential to the supply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management side of the real economy (the part of the economy where you and I work), as such any </w:t>
      </w:r>
    </w:p>
    <w:p>
      <w:bookmarkStart w:id="588" w:name="pg58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8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meltdowns in the derivatives market further deteriorate our economy; in 2008, this spilled over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real market—which combined are gigantic markets, estimated at 640 trillion dollars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6">
        <w:r>
          <w:rPr>
            <w:rFonts w:ascii="Cambria" w:hAnsi="Cambria"/>
            <w:sz w:val="20"/>
            <w:color w:val="FFFFFF"/>
            <w:u/>
          </w:rPr>
          <w:t xml:space="preserve">(https://www.investopedia.com/ask/answers/052715/how-big-derivatives-market.asp ) in market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capitalization. According to Gary Gensler that represents roughly $22 of hedging for every dollar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8">
        <w:r>
          <w:rPr>
            <w:rFonts w:ascii="Cambria" w:hAnsi="Cambria"/>
            <w:sz w:val="20"/>
            <w:color w:val="FFFFFF"/>
            <w:u/>
          </w:rPr>
          <w:t>exchanged in the real economy (https://www.c-span.org/video/?304711-1/financial-regulations-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consumer-protection ); this is from 2010 though, so it could be a lot higher right now. Such futures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swaps are invested in almost every aspect of our lives (food, fuel, mortgages, credit rates, interest rates,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etc.). So, given the importance of the derivatives market, it must stay transparent and competitive;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not the case in 2008.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to two things being in play in 2008, dark pools and credit default swaps, specifically CDSs insuring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against CDOs composed of collapsing mortgage bonds. As a result of the underlying assets (mortgages)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defaulting at a rapid rate, causing the collapse of the bonds, causing the CDOs composed of the bonds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collapse/default in price; causing the CDSs to kick in and insure against the original value of the bond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upon inception of the CDSs. This transaction occurred, you guessed it, in dark pools. dark pools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covered highly in-depth so bear with me, Gary Gensler’s response needs to be analyzed first. First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definitions: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CDOs; collateralized debt obligations, think of these as financial products composed of multiple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products backed by assets like bonds, collateralized loans, etc.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9">
        <w:r>
          <w:rPr>
            <w:rFonts w:ascii="Cambria" w:hAnsi="Cambria"/>
            <w:sz w:val="20"/>
            <w:color w:val="FFFFFF"/>
            <w:u/>
          </w:rPr>
          <w:t>(https://www.investopedia.com/terms/c/cdo.asp#:~:text=A%20collateralized%20debt%20obligation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29">
        <w:r>
          <w:rPr>
            <w:rFonts w:ascii="Cambria" w:hAnsi="Cambria"/>
            <w:sz w:val="20"/>
            <w:color w:val="FFFFFF"/>
            <w:u/>
          </w:rPr>
          <w:t>%20(CDO)%20is%20a%20complex%20structured%20finance,derived%20from%20another%20under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29">
        <w:r>
          <w:rPr>
            <w:rFonts w:ascii="Cambria" w:hAnsi="Cambria"/>
            <w:sz w:val="20"/>
            <w:color w:val="FFFFFF"/>
            <w:u/>
          </w:rPr>
          <w:t xml:space="preserve">lying%20asset )).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CDS: Credit Default Swap; in short, it's insurance against a value of a security in case its value drops.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works by taking out a policy against a security and paying somebody else to take the risk of its valuation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falling. This risk is taken off your shoulders, by you paying the other party a premium to maintain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insurance policy (i.e. you hedge against your securities dropping in value). As such, the value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security you are insuring is safe if you keep up your premium payments, insuring you against risk.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if you choose to exercise your insurance, as the value of the security falls, you are paid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insured amount; if the value of the security rises and you choose to close out/exercise, you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that loss + premiums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0">
        <w:r>
          <w:rPr>
            <w:rFonts w:ascii="Cambria" w:hAnsi="Cambria"/>
            <w:sz w:val="20"/>
            <w:color w:val="FFFFFF"/>
            <w:u/>
          </w:rPr>
          <w:t>(https://www.investopedia.com/terms/c/creditdefaultswap.asp#:~:text=A%20credit%20default%20s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0">
        <w:r>
          <w:rPr>
            <w:rFonts w:ascii="Cambria" w:hAnsi="Cambria"/>
            <w:sz w:val="20"/>
            <w:color w:val="FFFFFF"/>
            <w:u/>
          </w:rPr>
          <w:t>wap%20(CDS)%20is%20a%20financial%20derivative%20or,with%20that%20of%20another%20inve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0">
        <w:r>
          <w:rPr>
            <w:rFonts w:ascii="Cambria" w:hAnsi="Cambria"/>
            <w:sz w:val="20"/>
            <w:color w:val="FFFFFF"/>
            <w:u/>
          </w:rPr>
          <w:t xml:space="preserve">stor.&amp;text=To%20swap%20the%20risk%20of,the%20case%20the%20borrower%20defaults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pools: Dark pools are exchange forums that replicate open stock exchanges, closed off to the public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designed to hide institutional trading intent. In other words, by Gary Gensler himself, dark pools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designed to lack regulation, transparency and the light of transparency must be shone upon them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1">
        <w:r>
          <w:rPr>
            <w:rFonts w:ascii="Cambria" w:hAnsi="Cambria"/>
            <w:sz w:val="20"/>
            <w:color w:val="FFFFFF"/>
            <w:u/>
          </w:rPr>
          <w:t xml:space="preserve">(https://www.investopedia.com/terms/d/dark-pool.asp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definitions have been established let us quickly reiterate the chain of events in 2008, and Gary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Gensler's response as the CFTC chairman; and how he dealt with dark pools before (meme stock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synthetic shares are in dark pools I would speculate):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relax loan requirements to make cash of interest and mortgages-&gt; package those into bonds --&gt;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package those into CDO's --&gt; market them as a great investment, while the underlying bonds are </w:t>
      </w:r>
    </w:p>
    <w:p>
      <w:bookmarkStart w:id="589" w:name="pg58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8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absolute garbage (this became garbage around 2006) --&gt; Michael Burry and co notice this and take CDS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them --&gt; wait 2 years, 08 roles around --&gt; the market corrects itself violently where CDS are basically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used to wipe out mortgage CDO's; these transactions occur in dark pools, away from the public eye;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while like right now the media say everything is absolutely fine, you should totally hold onto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mortgage and get it refinanced (sell your meme stocks today, the squeeze is definitely over, you should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totally believe us).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Thus, the unregulated swaps market split over into the real economy and exposed everyday Americans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real risk (with meme stocks it’s reversed, the shorter are at real risk right now).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2">
        <w:r>
          <w:rPr>
            <w:rFonts w:ascii="Cambria" w:hAnsi="Cambria"/>
            <w:sz w:val="20"/>
            <w:color w:val="FFFFFF"/>
            <w:u/>
          </w:rPr>
          <w:t xml:space="preserve">In comes Gary Gensler and the Dodd-Frank Act: https://en.wikipedia.org/wiki/Gary_Gensler 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Due to the crash, the Dodd-Frank Act was designed to curb excessive market abuses and speculation due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the lack of transparency from dark pools—it had 3 main goals according to the prospective SEC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8">
        <w:r>
          <w:rPr>
            <w:rFonts w:ascii="Cambria" w:hAnsi="Cambria"/>
            <w:sz w:val="20"/>
            <w:color w:val="FFFFFF"/>
            <w:u/>
          </w:rPr>
          <w:t>chairman (https://www.c-span.org/video/?304711-1/financial-regulations-consumer-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25">
        <w:r>
          <w:rPr>
            <w:rFonts w:ascii="Cambria" w:hAnsi="Cambria"/>
            <w:sz w:val="20"/>
            <w:color w:val="FFFFFF"/>
            <w:u/>
          </w:rPr>
          <w:t xml:space="preserve">protection , https://www.investopedia.com/terms/d/dodd-frank-financial-regulatory-reform-bill.asp ):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i) Bring transparency and competition to swap dark pools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ii) Lower risk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iii) Increase market integrity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such, according to Gensler, 90% of unregulated swaps and futures were brought from dark pools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mandated to use clearinghouses, so position data could be marked real-time for the public to view.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the Dodd-Frank Act established several other protections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25">
        <w:r>
          <w:rPr>
            <w:rFonts w:ascii="Cambria" w:hAnsi="Cambria"/>
            <w:sz w:val="20"/>
            <w:color w:val="FFFFFF"/>
            <w:u/>
          </w:rPr>
          <w:t xml:space="preserve">(https://www.investopedia.com/terms/d/dodd-frank-financial-regulatory-reform-bill.asp ), these are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follows: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i) Protections against the formation of too big to fail institutions (so Citadel can fail, and everybody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fine hypothetically), as a failure of any one of them, could negatively affect the US economy.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ii) The Consumer Financial Protection Bureau (CFPB), established under Dodd-Frank also worked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curb predatory mortgage lending, deterring high commission mortgage brokers from closing high-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interest loans with high fees; stopping the feedback loop of bad loans being dished out in exchange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high commissions, fees, and interest. It also protects consumers from excessive credit and debit card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3">
        <w:r>
          <w:rPr>
            <w:rFonts w:ascii="Cambria" w:hAnsi="Cambria"/>
            <w:sz w:val="20"/>
            <w:color w:val="FFFFFF"/>
            <w:u/>
          </w:rPr>
          <w:t>fees and interest, by my understanding (https://www.govinfo.gov/content/pkg/PLAW-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3">
        <w:r>
          <w:rPr>
            <w:rFonts w:ascii="Cambria" w:hAnsi="Cambria"/>
            <w:sz w:val="20"/>
            <w:color w:val="FFFFFF"/>
            <w:u/>
          </w:rPr>
          <w:t xml:space="preserve">111publ203/pdf/PLAW-111publ203.pdf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iii) Volcker Rule: It restricts banks investing in speculative trading and eliminates proprietary trading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4">
        <w:r>
          <w:rPr>
            <w:rFonts w:ascii="Cambria" w:hAnsi="Cambria"/>
            <w:sz w:val="20"/>
            <w:color w:val="FFFFFF"/>
            <w:u/>
          </w:rPr>
          <w:t xml:space="preserve">(https://www.investopedia.com/terms/p/proprietarytrading.asp); moreover, banks are not allowed to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involved with hedge funds or private equity firms considered to be too risky; lastly, to minimize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possible conflicts of interest, financial firms aren't allowed to trade proprietarily without sufficient "skin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in-game". Furthermore, the Volcker Rule: "regulates financial firms' use of derivatives to prevent "too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big to fail" institutions from taking large risks that might wreak havoc on the broader economy" (Citadel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be intimately familiar with this).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iv) Whistle-blower Program: The Dodd-Frank Act also goes ahead and strengthened and expanded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whistleblower program. As such it specifically established a mandatory bounty program (you heard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right, if you hunt down a shill spreading "insider information", that alludes to collusion or any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illegal activities, you get a big fat reward). I'll let the text from Investopedia take this one here: </w:t>
      </w:r>
    </w:p>
    <w:p>
      <w:bookmarkStart w:id="590" w:name="pg58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"Specifically, it established a mandatory bounty program under which whistleblowers can receive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10% to 30% of the proceeds from a litigation settlement, broadened the scope of a covered employee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including employees of a company's subsidiaries and affiliates, and extended the statute of limitations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which whistleblowers can bring forward a claim against their employer from 90 to 180 days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violation is discovered".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Meaning, you as a whistleblower can receive up to 30% of the litigation settlement amount if you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provide concrete evidence of collusion (we'll expand on naked short fines in a bit after the in-depth dive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dark pools as promised.); so if you have proven insider information, happy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5">
        <w:r>
          <w:rPr>
            <w:rFonts w:ascii="Cambria" w:hAnsi="Cambria"/>
            <w:sz w:val="20"/>
            <w:color w:val="FFFFFF"/>
            <w:u/>
          </w:rPr>
          <w:t>hunting: https://www.sec.gov/whistleblower/frequently-asked-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5">
        <w:r>
          <w:rPr>
            <w:rFonts w:ascii="Cambria" w:hAnsi="Cambria"/>
            <w:sz w:val="20"/>
            <w:color w:val="FFFFFF"/>
            <w:u/>
          </w:rPr>
          <w:t>questions#:~:text=Under%20the%20program%20eligible%20whistleblowers,regulatory%20and%20l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5">
        <w:r>
          <w:rPr>
            <w:rFonts w:ascii="Cambria" w:hAnsi="Cambria"/>
            <w:sz w:val="20"/>
            <w:color w:val="FFFFFF"/>
            <w:u/>
          </w:rPr>
          <w:t xml:space="preserve">aw%20enforcement%20authorities 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Lastly, to end this section I'll leave the actual Dodd-Frank Act here in case any legal scholars are reading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3">
        <w:r>
          <w:rPr>
            <w:rFonts w:ascii="Cambria" w:hAnsi="Cambria"/>
            <w:sz w:val="20"/>
            <w:color w:val="FFFFFF"/>
            <w:u/>
          </w:rPr>
          <w:t>this and would like to dissect this: https://www.govinfo.gov/content/pkg/PLAW-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3">
        <w:r>
          <w:rPr>
            <w:rFonts w:ascii="Cambria" w:hAnsi="Cambria"/>
            <w:sz w:val="20"/>
            <w:color w:val="FFFFFF"/>
            <w:u/>
          </w:rPr>
          <w:t xml:space="preserve">111publ203/pdf/PLAW-111publ203.pdf 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going back to the man who enforced this and brought the banks and other bad financial actors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 control the last time by busting these dark pools, Gary Gensler. If Gary Gensler is appointed, and if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these hedge funds have their short positions in dark pools to dupe the consumer; they will not only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breaking a litany of federal financial regulation laws. Furthermore, the SEC, DTTC, and hedge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funds/institutions long on meme stocks (Blackrock) have already started swimming around sensing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blood in the water, once Gary Gensler comes in, based on his previous behavior of effectively curb-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stomping illegal actors into submission, I can see him litigating Citadel and co (if they are guilty) out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existence and forcing them to close like he did last time as the Future's chairman.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*Recap for Apes*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let us recap, swaps and dark pools were used in 2008 to insure against the financial collapse created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greed of financial institutions. The reason why we haven't had an exact repeat of 2008 is because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Dodd-Frank Act; and the enforcer that took out Wall Street Gary Gensler is going to be running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 during meme stock chaos; which means the shorts lose their friends in high places that haven't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enforcing the rules.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here on we shall take a deep dive into how dark pools work, then talk about the hypothetical legal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implications of shorter being caught with illegal naked shorts in dark pools; so, let us begin.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---DARK POOL SECTION FOR APES---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 for the layman are exchanges off of exchanges. A growing problem that brokers and retail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investors noticed is that if a lot of small-scale orders are going through a relatively large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complicated fee system, for instance with the NYSE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6">
        <w:r>
          <w:rPr>
            <w:rFonts w:ascii="Cambria" w:hAnsi="Cambria"/>
            <w:sz w:val="20"/>
            <w:color w:val="FFFFFF"/>
            <w:u/>
          </w:rPr>
          <w:t xml:space="preserve">(https://www.nyse.com/publicdocs/nyse/markets/nyse/NYSE_Price_List.pdf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retail and broker-dealers have issues with this due to a convoluted pricing model; if a certain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threshold of clients is reached, internal off-exchange trades can begin—this is the basis for a dark pool.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7">
        <w:r>
          <w:rPr>
            <w:rFonts w:ascii="Cambria" w:hAnsi="Cambria"/>
            <w:sz w:val="20"/>
            <w:color w:val="FFFFFF"/>
            <w:u/>
          </w:rPr>
          <w:t xml:space="preserve">Morgan Stanley (https://www.morganstanley.com/disclosures/morgan-stanley-dark-pools ), Goldman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8">
        <w:r>
          <w:rPr>
            <w:rFonts w:ascii="Cambria" w:hAnsi="Cambria"/>
            <w:sz w:val="20"/>
            <w:color w:val="FFFFFF"/>
            <w:u/>
          </w:rPr>
          <w:t xml:space="preserve">Sachs (https://www.thetradenews.com/guide/goldman-sachs-sigma-x/ ) and of course Citadel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39">
        <w:r>
          <w:rPr>
            <w:rFonts w:ascii="Cambria" w:hAnsi="Cambria"/>
            <w:sz w:val="20"/>
            <w:color w:val="FFFFFF"/>
            <w:u/>
          </w:rPr>
          <w:t xml:space="preserve">(https://www.reuters.com/article/us-citadel-darkpool-idUSKBN0MN22Q20150327 , closed in 2015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harsher reporting requirements, go figure), all have dark pools. </w:t>
      </w:r>
    </w:p>
    <w:p>
      <w:bookmarkStart w:id="591" w:name="pg59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creates a buffer of exchanges, as shares circulating in dark pools can fulfill buy and sell orders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100% outside of the exchange during normal trading activity.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any buffer can be used as an amplifier. As such if a hedge fund wants to make a quick profit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 a stock, they lend as many shares as possible; dump them on an exchange and watch as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investor tries to “cut their losses''; while spreading FUD by calling in the media, till even the least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sophisticated investor sells. As volatility spikes, smart money comes in and the shorts are covered in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pool. This allows you to buy shares on a downward momentum, influencing the price immediately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open exchange. The reverse works for long positions as well, if you would like to dump it at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profit, just sell it off in a dark pool. Cramer admitted to part of the process in an interview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0">
        <w:r>
          <w:rPr>
            <w:rFonts w:ascii="Cambria" w:hAnsi="Cambria"/>
            <w:sz w:val="20"/>
            <w:color w:val="FFFFFF"/>
            <w:u/>
          </w:rPr>
          <w:t xml:space="preserve">(https://www.youtube.com/watch?v=jIfixbq_u0Q), on the dark pools, while not mentioned, it is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certainly part of the process.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illustrate how this might work in an example: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A wants to acquire company B ASAP by buying up let's say 30% of shares of company B.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Company A, therefore, goes to market maker M to buy shares for them. M then proceeds to start buying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on the exchange to drive the price up a bit.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Meanwhile, they try to buy up as many shares from the dark pools as possible, to not drive the price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the open exchange. The price on the exchange usually reflects in the dark pools, but not vice versa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(because people look at the exchange prices, shortages in dark pools only show after a slight delay).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were to say that a purchase of 5% of the float would drive up the price of shares from B up by 5%,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would mean that after the buy the price would be 30% higher with around 15% higher than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 price average.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is if people were not to start day trading the shares, which probably will happen.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However: if you were to do the same thing with dark pools you suddenly see that while the price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exchange goes up, M is suddenly able to buy shares from places that do not influence the share 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a 5% purchase on the open market equals a 5% price increase. If 10% can be covered over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pools, only 20% affects share price, leaving us with an average of about 10% higher than starting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5% that was "saved" for M and A. M obviously wants a small fee for the service totaling 2%,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leaves A with around 3% saved.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5% came from the retail investor that was not aware of the movements in the dark pools. It costs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retail investor money. It robs you of your 30% gain in that scenario and gives you 20% instead.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costs you.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Crammer stated sentiment is key in pulling the stunt off: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1">
        <w:r>
          <w:rPr>
            <w:rFonts w:ascii="Cambria" w:hAnsi="Cambria"/>
            <w:sz w:val="20"/>
            <w:color w:val="FFFFFF"/>
            <w:u/>
          </w:rPr>
          <w:t xml:space="preserve">(https://www.youtube.com/watch?v=r07Gg92YjOI )? It would be exponentially by simply getting the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order flow, as such sentiment can be deduced without any bias. This allows the fund to take opposites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trades by going short negating buying pressure, either in dark pools or exchanges, as well as directing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the orders get executed. This possible order execution delay has been brought up in Congress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2">
        <w:r>
          <w:rPr>
            <w:rFonts w:ascii="Cambria" w:hAnsi="Cambria"/>
            <w:sz w:val="20"/>
            <w:color w:val="FFFFFF"/>
            <w:u/>
          </w:rPr>
          <w:t xml:space="preserve">(https://youtu.be/RNgzOr-m6ok?t=89 ). This amounts to a hedge fund/ moneymaker being able to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a small money printer for themselves (Citadel), which we can confidently speculate exits.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if Citadel doesn’t like your decision to buy, they can simply take the other side of the trade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giving you a shorted share. </w:t>
      </w:r>
    </w:p>
    <w:p>
      <w:bookmarkStart w:id="592" w:name="pg59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where Citadel and CFD trading comes in: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Using dark pools, Citadel as a market maker could in theory capitalize on such scenarios massively;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until 2015 they ran their own dark pool, called Apogee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3">
        <w:r>
          <w:rPr>
            <w:rFonts w:ascii="Cambria" w:hAnsi="Cambria"/>
            <w:sz w:val="20"/>
            <w:color w:val="FFFFFF"/>
            <w:u/>
          </w:rPr>
          <w:t xml:space="preserve">(https://www.iotafinance.com/en/Detail-view-MIC-code-CDED.html ) which was decommissioned in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2015 possibly due to increased reporting/transparency requirements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39">
        <w:r>
          <w:rPr>
            <w:rFonts w:ascii="Cambria" w:hAnsi="Cambria"/>
            <w:sz w:val="20"/>
            <w:color w:val="FFFFFF"/>
            <w:u/>
          </w:rPr>
          <w:t xml:space="preserve">(https://www.reuters.com/article/us-citadel-darkpool-idUSKBN0MN22Q20150327 ).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operating Apogee, however, Citadel as a market maker was able to capitalize on such scenarios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massively. Since then, Citadel switched to Citadel Connect, which does not qualify as an alternative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system requiring no reporting.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best-case scenario for Citadel, if they wanted to short a stock would be to not have shares involved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all or making a contract for difference with you; this means you make an agreement with Citadel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the current share price at any time you like from them, without ever having to buy or sell the shares.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kind of trading is heavily regulated, however, thus not common. However, they have engaged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similar tactics: naked shorting.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4">
        <w:r>
          <w:rPr>
            <w:rFonts w:ascii="Cambria" w:hAnsi="Cambria"/>
            <w:sz w:val="20"/>
            <w:color w:val="FFFFFF"/>
            <w:u/>
          </w:rPr>
          <w:t xml:space="preserve">Under Reg SHO 203 b 2 iii (https://www.law.cornell.edu/cfr/text/17/242.203 ) market makers are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allowed to short a security under a bona fide agreement, meaning without ill intent. As such, to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a stock, good faith is pretended to be in effect, from there they buy naked calls from another party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control (Citadel LLC in this case). From here, the equivalent amount of shares are lent out to either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"Citadel LLC" or any other party, which are then dumped on the open market. After 3 days, since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“shares” never existed on the open exchange, becoming FTD’s. As FTD status is reached, they simply go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 shell company or “Robinhood” and write ITM call options, exercise them, replacing FTD-IOUs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ones from the shell. As these reach FTD, the reverse happens, as Citadel IOUs replace ones from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shell. Repeat to infinity and a stock price can be crashed by printing shares faster than the Feds print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money (these shares will quickly add up dark pools though and need to be cleared). As institutions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bailout, only retail would remain, if retail has no strategy on the security, a run by retail to get rid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bag happens.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what I've said may sound despairing and should get you angry, however, I believe this cycle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almost been crushed, due to apes buying and holding. Allow me to present to you this diagram (the link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 contains a flow chart of how dark pools operate within the market):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5">
        <w:r>
          <w:rPr>
            <w:rFonts w:ascii="Cambria" w:hAnsi="Cambria"/>
            <w:sz w:val="20"/>
            <w:color w:val="FFFFFF"/>
            <w:u/>
          </w:rPr>
          <w:t xml:space="preserve">https://ddextension68.blogspot.com/2021/04/dance-of-darkness-darkpool-methods.html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shown, they can use synthetic share production mechanisms, blatantly creating synthetic shares in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dark pool as a market maker (citadel runs it), making phantom shares using calls, Failure to Delivers,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explicit naked shorting (creating IOU's), etc. (there are tons of illegal production mechanisms, most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we're covered in my old DD's and a quick recap example above. Once they have determined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method they'll use, they target the security, and the flowchart begins. If they use the dark pools, they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theoretically create an infinite number of synthetic shares (they'd have to buy infinite real shares to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though to cover though if they are a) caught with synthetics or b) get margin called).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 for the last months have been buying up all synthetics and creating price floors as you've seen,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hedge fund at this point has 2 choices; cover all the shares (the smart choice), or digging themselves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hole deeper hoping you will sell creating FUD (Reddit/discord infiltration will tell you when their </w:t>
      </w:r>
    </w:p>
    <w:p>
      <w:bookmarkStart w:id="593" w:name="pg59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3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getting desperate); so they can finally cover, as such if investors keep buying and holding, either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rocket fuel gets added to the rocket or they cover; either-or, doesn't matter what anybody else says.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Lastly here's a list of dark pools that I found that have existed in "the state of play", back in 2014,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apologize I couldn't find any more recent data: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6">
        <w:r>
          <w:rPr>
            <w:rFonts w:ascii="Cambria" w:hAnsi="Cambria"/>
            <w:sz w:val="20"/>
            <w:color w:val="FFFFFF"/>
            <w:u/>
          </w:rPr>
          <w:t xml:space="preserve">https://link.springer.com/content/pdf/bbm%3A978-1-137-44957-3%2F1.pdf ; (FYI Goldman Sachs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one, and they just got margin called for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7">
        <w:r>
          <w:rPr>
            <w:rFonts w:ascii="Cambria" w:hAnsi="Cambria"/>
            <w:sz w:val="20"/>
            <w:color w:val="FFFFFF"/>
            <w:u/>
          </w:rPr>
          <w:t xml:space="preserve">context: https://www.youtube.com/watch?v=mP4yaoQll7I (if your r/wsb YouTube links aren't allowed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sources sorry) due to Bill Hwang)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*Recap for Apes*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let’s recap, the SEC chairman Gary Gensler is well versed in bringing swaps out of dark pools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caused the last crash and is coming in during the point of the SEC during a speculative short squeeze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will top all other short squeezes in human history (in my speculative opinion), This may cause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greatest wealth transfer in history.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elites from any society would not like this as it would mean, their status would be tarnished; as such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will resort to any amount of financial war crimes to try to make sure that doesn't happen. However,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during the last financial war (2008), Gary Gensler came in and enforced the rules congress passed,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he's coming in again. I believe he will enforce the rules and bring justice to these financial war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crimes again as shown by his record; as such before that happens you will see FUD intensifying (which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happening, expect more of this); as such if you've been in the game this long, you should know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drill by now.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---LEGALITIES FOR APES---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talk legal; if Citadel as a market maker is using order flow, dark pools, and synthetic shares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balloon to the height of being too big to fail, they violate a half dozen federal laws and policies, targeting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the consumer. Let’s go over them (I'm a physicist by training, not a legal expert so I'll link the laws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tell you guys my speculation and let legal experts handle it):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Sources for these laws are coded in this link (I apologize there's a 40k reddit field limit):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8">
        <w:r>
          <w:rPr>
            <w:rFonts w:ascii="Cambria" w:hAnsi="Cambria"/>
            <w:sz w:val="20"/>
            <w:color w:val="FFFFFF"/>
            <w:u/>
          </w:rPr>
          <w:t xml:space="preserve">https://ddextension68.blogspot.com/2021/04/dance-of-darkness-legal-sources-for-apes.html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stated above, I am no legal expert; however, I will tell you of my understanding of them based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sources I have read, any legal expert reading this is; feel free to correct me and post them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comment section below (I want a specific rebuttal based on the legal text though, your co-operation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appreciated).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market maker like Citadel, or any other firm that has shorted meme stocks, uses dark pools,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collusion, and synthetic shares to try and dupe retail investors that simply "like the stock" and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buying and holding, by my understanding they violate: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i) Anti-collusion and market manipulation laws: By working together with other institutions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colluding and manipulating the price, that simple.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ii) Naked shorting: Borrowing a security that doesn't exist to shorting is straight-up illegal, and if you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caught using naked shorts the fines can range from $5,128 - $14,887 (USD) per naked short (sources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in the naked shorting section). </w:t>
      </w:r>
    </w:p>
    <w:p>
      <w:bookmarkStart w:id="594" w:name="pg59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iii) Synthetic share creation: This in my opinion would qualify as a naked short and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manipulation; as not only are you shorting a share that doesn't exist, you are manipulating the market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goes down by diluting supply, which also illegal.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iv) SHO rule violations: From the SEC: Regulation SHO requires broker-dealers to identify a source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borrowable stock before executing a short sale in any equity security to reduce the number of situations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where stock is unavailable for settlement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49">
        <w:r>
          <w:rPr>
            <w:rFonts w:ascii="Cambria" w:hAnsi="Cambria"/>
            <w:sz w:val="20"/>
            <w:color w:val="FFFFFF"/>
            <w:u/>
          </w:rPr>
          <w:t>(https://www.sec.gov/investor/pubs/regsho.htm#:~:text=Regulation%20SHO%20requires%20broker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49">
        <w:r>
          <w:rPr>
            <w:rFonts w:ascii="Cambria" w:hAnsi="Cambria"/>
            <w:sz w:val="20"/>
            <w:color w:val="FFFFFF"/>
            <w:u/>
          </w:rPr>
          <w:t xml:space="preserve">%2Ddealers,stock%20is%20unavailable%20for%20settlement ) ; as such if a broker-dealer cannot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identify the source of a stock, before a short sale, it’s illegal.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v) Dodd-Frank Act violations: If Hedge funds are found colluding with each other to rig the market using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shares to become too big to fail, that violates the Dodd-Frank Act as it is explicitly designed to stop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according to you guess it Gary Gensler the new incoming SEC chairman.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vi) Insider Trading Laws: Trading based on non-public information; in my opinion, this is blatantly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illegal as such the debate is black and white; thus illegal.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vii) Order flow payment: The SEC and Congress are currently debating whether order flow payment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legal in the first place; we shall see what conclusion they come to.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all I've found so far, but if you find any more illegalities please go ahead and comment down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Wrapping up these financial war crimes (their war crimes, because they are explicitly designed to hurt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innocent; retail investors). If Citadel is using synthetic shares to make itself too big to fail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hypothetically it would break anti-collusion laws, the Dodd-Frank Act, prohibition against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shorting, SHO rules, prohibition of Market manipulation, insider trading, etc. (lawyers have at it);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such, if they are caught, would be facing legal and financial extinction (of course this is just speculation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a dude on the internet, confirm it for yourself; if this is true however and can be proven in court,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 it can be constituted as a financial war crime and should be dealt with accordingly).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if you have insider information proving this, you by the Dodd-Frank Act's whistleblower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program are entitled to up to 30% of the settlement amount, so happy hunting apes.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are reading this on r/wallstreetbets (if this gets on there) this is as far as I can go without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violating the new rules, due to the subreddit’s size; as such, I thank you for reading my work,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List of additional sources: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0">
        <w:r>
          <w:rPr>
            <w:rFonts w:ascii="Cambria" w:hAnsi="Cambria"/>
            <w:sz w:val="20"/>
            <w:color w:val="FFFFFF"/>
            <w:u/>
          </w:rPr>
          <w:t xml:space="preserve">https://ddextension68.blogspot.com/2021/04/dance-of-darkness-additional-sources.html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Thanks for your attention, and I hope you have a wonderful day; none of this was financial advice,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purely opinion based on the sources given for entertainment purposes. Lastly, I am not a cat, and like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are still here, this is for subreddits other than r/wsb. We shall begin the meme stonk section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GME and AMC; let’s dive in: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---MEME STONK SECTION---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apologize this isn’t on reddit, however it has an absurd 40kb strict limit: as such I have coded back up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1">
        <w:r>
          <w:rPr>
            <w:rFonts w:ascii="Cambria" w:hAnsi="Cambria"/>
            <w:sz w:val="20"/>
            <w:color w:val="FFFFFF"/>
            <w:u/>
          </w:rPr>
          <w:t xml:space="preserve">links: https://ddextension68.blogspot.com/2021/04/dance-of-darkness-meme-stonk-section.html 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this link you shall find the full extent of the darkpool arguments and memestonks, as well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evidence of 4.6 billion, and 630 million synthetic shares of GME and AMC circulating in darkpools, while </w:t>
      </w:r>
    </w:p>
    <w:p>
      <w:bookmarkStart w:id="595" w:name="pg59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entertaining the idea that this is simply just 1 darkpool, using empirical evidence to show it is not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one; I hope you enjoy it (This is also my first time modularly coding together blog pieces,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feedback would be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2">
        <w:r>
          <w:rPr>
            <w:rFonts w:ascii="Cambria" w:hAnsi="Cambria"/>
            <w:sz w:val="20"/>
            <w:color w:val="FFFFFF"/>
            <w:u/>
          </w:rPr>
          <w:t>appreciated)(https://www.reddit.com/r/amcstock/comments/mbuti6/another_sighting_of_that_possib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2">
        <w:r>
          <w:rPr>
            <w:rFonts w:ascii="Cambria" w:hAnsi="Cambria"/>
            <w:sz w:val="20"/>
            <w:color w:val="FFFFFF"/>
            <w:u/>
          </w:rPr>
          <w:t>le_4_billion_share/?utm_medium=android_app&amp;utm_source=share , https://www.reddit.com/r/GME/c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3">
        <w:r>
          <w:rPr>
            <w:rFonts w:ascii="Cambria" w:hAnsi="Cambria"/>
            <w:sz w:val="20"/>
            <w:color w:val="FFFFFF"/>
            <w:u/>
          </w:rPr>
          <w:t>omments/mcpyid/after_exposing_the_525_million_shares_in_the_otc/?utm_medium=android_app&amp;utm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3">
        <w:r>
          <w:rPr>
            <w:rFonts w:ascii="Cambria" w:hAnsi="Cambria"/>
            <w:sz w:val="20"/>
            <w:color w:val="FFFFFF"/>
            <w:u/>
          </w:rPr>
          <w:t xml:space="preserve">_source=share ).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Going forward this will be a 3 part series for AMC, and 2 part series for GME; you beautiful apes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held so far despite all this and you my friends have nothing but my highest respects, I believe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efforts will be rewarded with Martian tendies sooner rather than later.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Quickly touching on the next piece FUD: the desperation of shorts, will consist of me addressing "mUh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gOvErNmEnT wIlL iNtErVeNe aT 500 #trustmysourcesbro", share dilution (in my opinion will 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happen, it's a ploy to get the share recounts), the squeeze not happening (total FUD cause math). As DFV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said, hang in there, helps on the way.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Recap apes; firstly the crucial point is they most likely owe more than 10x float on AMC, and 13x float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hence they're desperate, they are resorting to financial war crimes breaking a dozen laws trying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prevent you from picking up your tendie orders, this happened in 2008 and in case anything drastic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happens, memestonks are your insurance and you will more than likely have your insurance policy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exercised, all the mathematical indicators for a squeeze are there, now it's just a when, dark pools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designed to hide the truth and hide intent, and because of those synthetic shares in these pools,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likely panicking; lastly when this squeezes, you holds you apes hold all the cards, and you, not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institutions, you determine how this timeline and the future plays out.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---HIGH LEVEL SUMMARY---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lot has been covered, let’s summarize. This is a repeat of 2008, but this time we hold the insurance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policies, in case this moons. The similarities are quite startling, from the SEC chairman Gary Gensler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coming to bust this down, them using dark pools to screw the average person out of tendies, committing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financial war crimes in broad daylight to shake apes. Furthermore, the dark pools explicitly showing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meme stocks have been naked shorted by at least 10x, this squeeze is mathematically confirmed,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we are looking at a fallout, how big the fallout will be depends on how big the hole they dug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themselves with these dark pools; but in any case, apes hold the insurance policies so I believe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should be chilling, and if we continue to buy and hold we are simply buying more insurance for stonks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like. As such to sum it up in one sentence, their hiding in dark pools, Gary Gensler is starting the hunt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we have the insurance policies.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---What you can look forward to in this series--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stated above, this series will diverge into 2 hyper focused parts; one GME focused, another one AMC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focused. The AMC series will be: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i) Dance of Darkness: The SEC and Dark Pools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ii) FUD: the desperation of shorts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iii) AMC the climb to 10k and battle of 12008.01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i) Dance of Darkness: The SEC and Dark Pools. </w:t>
      </w:r>
    </w:p>
    <w:p>
      <w:bookmarkStart w:id="596" w:name="pg59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6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ii) GME, the journey too Olympus Mons.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---TLDR---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They’re hiding in dark pools and using ETFs, naked shorting and synthetic shorting to manipulate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 hoping people will sell so they can exit the feedback loop as illustrated; there are most likely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multiple dark pools with synthetic shares hence their desperation (+ their overleveraged).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memestocks have become swaps (CDS's: Credit Default Swaps), and those who hold them hold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insurance against any financial disturbance. The longer this manipulation continues, the larger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correction will most likely be.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Lastly, I’d like to offer you two links, that I had to develop due to reddit’s archaic code (best crowd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communication technology we have so far though):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4">
        <w:r>
          <w:rPr>
            <w:rFonts w:ascii="Cambria" w:hAnsi="Cambria"/>
            <w:sz w:val="20"/>
            <w:color w:val="FFFFFF"/>
            <w:u/>
          </w:rPr>
          <w:t xml:space="preserve">i) https://ddextension68.blogspot.com/2021/04/dance-of-darkness-thesec-and-dark-pools.html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5">
        <w:r>
          <w:rPr>
            <w:rFonts w:ascii="Cambria" w:hAnsi="Cambria"/>
            <w:sz w:val="20"/>
            <w:color w:val="FFFFFF"/>
            <w:u/>
          </w:rPr>
          <w:t xml:space="preserve">ii) https://ddextension68.blogspot.com/2021/04/dance-of-darkness-sec-and-darkpools.html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those links, you will find the unaltered cuts of this DD, the first one is edited; however, the Snyder Cut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as raw as it gets. I hope you enjoy them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---Final Commentary and Thanks---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 you for sticking with me and going through this rather long article, the reason why I keep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 long and extensive is because I believe in transparency and integrity. I believe all data should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 on the table, for the reader to determine what they should make of it. I don’t believe in hiding data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guiding people, I believe the average retail person is best suited in making choices that affect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future, as such the data should be transparent and visible. Moving forward, these articles will remain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extensive and mathematical in nature; to bring transparency and integrity to the marketplace.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Furthermore, I understand there is a lot of FUD floating around on meme stocks, these articles serve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papers that bring transparency, as they are designed to investigate memestonks.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understand there’s a lot of FUD going around, as such I usually don’t ask much other than a request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you give me feedback and try to break my thesis in the comment section below; however, this time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ask you to share this on your favorite social media (mine is stockwits) using #DanceofDarkness.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 a lot of people will benefit from market integrity and transparency so thank you in advance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sharing this. I hope it helps a lot of apes; and as DFV, during congressional testimony, alluded to Hang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a quick quote to encapsulate the entire article in my opinion: "You will never do anything in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world without courage. It is the greatest quality of the mind next to honor"—Aristotle.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Finally, to reiterate here's a quick hashtag you may use if you feel like using social media to make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 spread fast: #DanceofDarkness; and the original cuts are as follows: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4">
        <w:r>
          <w:rPr>
            <w:rFonts w:ascii="Cambria" w:hAnsi="Cambria"/>
            <w:sz w:val="20"/>
            <w:color w:val="FFFFFF"/>
            <w:u/>
          </w:rPr>
          <w:t xml:space="preserve">i) https://ddextension68.blogspot.com/2021/04/dance-of-darkness-thesec-and-dark-pools.html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5">
        <w:r>
          <w:rPr>
            <w:rFonts w:ascii="Cambria" w:hAnsi="Cambria"/>
            <w:sz w:val="20"/>
            <w:color w:val="FFFFFF"/>
            <w:u/>
          </w:rPr>
          <w:t xml:space="preserve">ii) https://ddextension68.blogspot.com/2021/04/dance-of-darkness-sec-and-darkpools.html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Legal Disclaimer: None of this was or is financial advice, this is purely speculative opinion based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sources as presented in this article—as such, it should be both viewed as and taken for entertainment </w:t>
      </w:r>
    </w:p>
    <w:p>
      <w:bookmarkStart w:id="597" w:name="pg59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purposes (i.e. the entertainment of ideas). Lastly, I am not a cat, and I like the stock. Thank you for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[Final Update] Superstonk users ALONE hold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between 27 million and 35 million shares. No,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really.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TL:DR; after doing two polls and comparing to another user's results, I estimate superstonk users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own between 27 million and 35 million shares of GME.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Edit: A very large point of misunderstanding is that the average shares are too high. In statistics,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averages are easily skewed by outliers. For example, you have two groups: 3,3,3,2,4,2,4,3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another 0,0,1,2,10,2,3,4. The average of both is 3. People have said it's impossible for the average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person to own $25-30k worth of shares. I agree. In this study, 70% of the respondents own less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than the average number of shares. The median user here owns 54 shares. This means that 50%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 users here own $9000 or less (based on a stock price of $170)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my last post (probably...) about the survey research I've done. I actually have work to do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putting off for this, and I really have to get back to it. If anyone else wants to play around with it,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data is available in my previous post.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6">
        <w:r>
          <w:rPr>
            <w:rFonts w:ascii="Cambria" w:hAnsi="Cambria"/>
            <w:sz w:val="20"/>
            <w:color w:val="FFFFFF"/>
            <w:u/>
          </w:rPr>
          <w:t>post:https://www.reddit.com/r/Superstonk/comments/mwziwn/users_of_superstonk_own_at_minimu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6">
        <w:r>
          <w:rPr>
            <w:rFonts w:ascii="Cambria" w:hAnsi="Cambria"/>
            <w:sz w:val="20"/>
            <w:color w:val="FFFFFF"/>
            <w:u/>
          </w:rPr>
          <w:t xml:space="preserve">m_9_million/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Previous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7">
        <w:r>
          <w:rPr>
            <w:rFonts w:ascii="Cambria" w:hAnsi="Cambria"/>
            <w:sz w:val="20"/>
            <w:color w:val="FFFFFF"/>
            <w:u/>
          </w:rPr>
          <w:t>post: https://www.reddit.com/r/Superstonk/comments/myaxaw/update_retail_users_own_at_absolute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57">
        <w:r>
          <w:rPr>
            <w:rFonts w:ascii="Cambria" w:hAnsi="Cambria"/>
            <w:sz w:val="20"/>
            <w:color w:val="FFFFFF"/>
            <w:u/>
          </w:rPr>
          <w:t xml:space="preserve">_minimum_138/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Introduction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have been many opportunities for short sellers to cover their short positions since January, and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been speculated many times this is the case. Publicly available data, such as SI%, have also predicted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decline from over 140% to around 20-40% recently. Adding to this, institutional ownership has been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predicted to be around 137% on current bloomberg terminal updates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8">
        <w:r>
          <w:rPr>
            <w:rFonts w:ascii="Cambria" w:hAnsi="Cambria"/>
            <w:sz w:val="20"/>
            <w:color w:val="FFFFFF"/>
            <w:u/>
          </w:rPr>
          <w:t>(https://www.reddit.com/r/DDintoGME/comments/mz6zq1/26042021_gme_bloomberg_terminal_info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rmation/). But as of yet, and remains to be a crucial variable, is that retail ownership remains a mystery.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has been heavily speculated to be much greater than GME issued shares. Previously, I made a survey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estimate retail ownership. Since last time, I added another poll. The first poll I was unsure of how </w:t>
      </w:r>
    </w:p>
    <w:p>
      <w:bookmarkStart w:id="598" w:name="pg59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59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accurate (possibly because of trolling) the 500-1000 and &gt;1000 categories were. I also tried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extrapolate the results to all of retail. To account for this I removed the 500-1000 and &gt;1000 categories.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users pointed out that even if I remove those groups, it's still comparing two different populations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we have little general retail data. They were valid arguments. Instead, I'm now making inferences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for superstonk users. The other issue with my first poll was overcrowding of the 100-500 groups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absence of a 0 share group. After splitting these into more groups and adding the 0 group, I see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more normal-like distribution of responses. Using a frequency distribution (https://www.spss-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59">
        <w:r>
          <w:rPr>
            <w:rFonts w:ascii="Cambria" w:hAnsi="Cambria"/>
            <w:sz w:val="20"/>
            <w:color w:val="FFFFFF"/>
            <w:u/>
          </w:rPr>
          <w:t xml:space="preserve">tutorials.com/frequency-distribution-what-is-it/), which is a type of statistical binning or histogram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0">
        <w:r>
          <w:rPr>
            <w:rFonts w:ascii="Cambria" w:hAnsi="Cambria"/>
            <w:sz w:val="20"/>
            <w:color w:val="FFFFFF"/>
            <w:u/>
          </w:rPr>
          <w:t xml:space="preserve">(https://en.wikipedia.org/wiki/Histogram), to predict superstonk ownership, I provide an estimate that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superstonk GME ownership is at minimum 27 million shares, upwards of 35 million.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Results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Respondent Bin Distributions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406" w:val="left"/>
          <w:tab w:pos="1617" w:val="left"/>
          <w:tab w:pos="3362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Group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Respondents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Percentage </w:t>
      </w:r>
    </w:p>
    <w:p>
      <w:pPr>
        <w:keepLines w:val="0"/>
        <w:widowControl w:val="0"/>
        <w:tabs>
          <w:tab w:pos="130" w:val="left"/>
          <w:tab w:pos="2267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0.250312891 </w:t>
      </w:r>
    </w:p>
    <w:p>
      <w:pPr>
        <w:keepLines w:val="0"/>
        <w:widowControl w:val="0"/>
        <w:tabs>
          <w:tab w:pos="130" w:val="left"/>
          <w:tab w:pos="2202" w:val="left"/>
          <w:tab w:pos="329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 to 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87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5.444305382 </w:t>
      </w:r>
    </w:p>
    <w:p>
      <w:pPr>
        <w:keepLines w:val="0"/>
        <w:widowControl w:val="0"/>
        <w:tabs>
          <w:tab w:pos="130" w:val="left"/>
          <w:tab w:pos="213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 to 10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6.633291615 </w:t>
      </w:r>
    </w:p>
    <w:p>
      <w:pPr>
        <w:keepLines w:val="0"/>
        <w:widowControl w:val="0"/>
        <w:tabs>
          <w:tab w:pos="130" w:val="left"/>
          <w:tab w:pos="213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11 to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113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7.071339174 </w:t>
      </w:r>
    </w:p>
    <w:p>
      <w:pPr>
        <w:keepLines w:val="0"/>
        <w:widowControl w:val="0"/>
        <w:tabs>
          <w:tab w:pos="130" w:val="left"/>
          <w:tab w:pos="2202" w:val="left"/>
          <w:tab w:pos="3427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16 to 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5.63204005 </w:t>
      </w:r>
    </w:p>
    <w:p>
      <w:pPr>
        <w:keepLines w:val="0"/>
        <w:widowControl w:val="0"/>
        <w:tabs>
          <w:tab w:pos="130" w:val="left"/>
          <w:tab w:pos="2132" w:val="left"/>
          <w:tab w:pos="3427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21 to 30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151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9.44931164 </w:t>
      </w:r>
    </w:p>
    <w:p>
      <w:pPr>
        <w:keepLines w:val="0"/>
        <w:widowControl w:val="0"/>
        <w:tabs>
          <w:tab w:pos="130" w:val="left"/>
          <w:tab w:pos="213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31 to 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199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12.45306633 </w:t>
      </w:r>
    </w:p>
    <w:p>
      <w:pPr>
        <w:keepLines w:val="0"/>
        <w:widowControl w:val="0"/>
        <w:tabs>
          <w:tab w:pos="130" w:val="left"/>
          <w:tab w:pos="213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51 to 100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278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17.39674593 </w:t>
      </w:r>
    </w:p>
    <w:p>
      <w:pPr>
        <w:keepLines w:val="0"/>
        <w:widowControl w:val="0"/>
        <w:tabs>
          <w:tab w:pos="130" w:val="left"/>
          <w:tab w:pos="213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101 to 150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159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9.949937422 </w:t>
      </w:r>
    </w:p>
    <w:p>
      <w:pPr>
        <w:keepLines w:val="0"/>
        <w:widowControl w:val="0"/>
        <w:tabs>
          <w:tab w:pos="130" w:val="left"/>
          <w:tab w:pos="2202" w:val="left"/>
          <w:tab w:pos="3427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151 to 200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4.50563204 </w:t>
      </w:r>
    </w:p>
    <w:p>
      <w:pPr>
        <w:keepLines w:val="0"/>
        <w:widowControl w:val="0"/>
        <w:tabs>
          <w:tab w:pos="130" w:val="left"/>
          <w:tab w:pos="213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201 to 300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6.633291615 </w:t>
      </w:r>
    </w:p>
    <w:p>
      <w:pPr>
        <w:keepLines w:val="0"/>
        <w:widowControl w:val="0"/>
        <w:tabs>
          <w:tab w:pos="130" w:val="left"/>
          <w:tab w:pos="220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301 to 400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3.254067584 </w:t>
      </w:r>
    </w:p>
    <w:p>
      <w:pPr>
        <w:keepLines w:val="0"/>
        <w:widowControl w:val="0"/>
        <w:tabs>
          <w:tab w:pos="130" w:val="left"/>
          <w:tab w:pos="2202" w:val="left"/>
          <w:tab w:pos="329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401 to 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2.690863579 </w:t>
      </w:r>
    </w:p>
    <w:p>
      <w:pPr>
        <w:keepLines w:val="0"/>
        <w:widowControl w:val="0"/>
        <w:tabs>
          <w:tab w:pos="130" w:val="left"/>
          <w:tab w:pos="220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501 to 750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2.753441802 </w:t>
      </w:r>
    </w:p>
    <w:p>
      <w:pPr>
        <w:keepLines w:val="0"/>
        <w:widowControl w:val="0"/>
        <w:tabs>
          <w:tab w:pos="130" w:val="left"/>
          <w:tab w:pos="2202" w:val="left"/>
          <w:tab w:pos="329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751 to 1000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1.939924906 </w:t>
      </w:r>
    </w:p>
    <w:p>
      <w:pPr>
        <w:keepLines w:val="0"/>
        <w:widowControl w:val="0"/>
        <w:spacing w:before="14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1000 | 63 | 3.942428035 Total | 1598 | 100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bin sizes and ranges within them, the 11 to 15 bin had the highest representation. In the bins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 whole, the highest number of respondents had between 51 to 100 shares, with 31 to 50 being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largest bin.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Estimation of 200,000 person population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406" w:val="left"/>
          <w:tab w:pos="1617" w:val="left"/>
          <w:tab w:pos="3587" w:val="left"/>
          <w:tab w:pos="5188" w:val="left"/>
        </w:tabs>
        <w:spacing w:before="71" w:after="0" w:lineRule="exact" w:line="281"/>
        <w:ind w:left="0" w:right="-60"/>
      </w:pP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Group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200000 people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Shares min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Shares max </w:t>
      </w:r>
    </w:p>
    <w:p>
      <w:pPr>
        <w:keepLines w:val="0"/>
        <w:widowControl w:val="0"/>
        <w:tabs>
          <w:tab w:pos="130" w:val="left"/>
          <w:tab w:pos="1757" w:val="left"/>
          <w:tab w:pos="4133" w:val="left"/>
          <w:tab w:pos="6378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500.6257822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0 </w:t>
      </w:r>
    </w:p>
    <w:p>
      <w:bookmarkStart w:id="599" w:name="pg598"/>
      <w:pPr>
        <w:keepLines w:val="0"/>
        <w:pageBreakBefore/>
        <w:widowControl w:val="0"/>
        <w:tabs>
          <w:tab w:pos="406" w:val="left"/>
          <w:tab w:pos="1617" w:val="left"/>
          <w:tab w:pos="3587" w:val="left"/>
          <w:tab w:pos="5188" w:val="left"/>
        </w:tabs>
        <w:spacing w:before="73" w:after="0" w:lineRule="exact" w:line="281"/>
        <w:ind w:left="0" w:right="-60"/>
      </w:pPr>
      <w:bookmarkEnd w:id="599"/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Group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200000 people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>Shares min</w:t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3"/>
          <w:u w:val="none"/>
        </w:rPr>
        <w:t xml:space="preserve">Shares max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 to 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10888.61076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10888.61076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54443.05382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 to 10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13266.58323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79599.49937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132665.8323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11 to 15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14142.67835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155569.4618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212140.1752 </w:t>
      </w:r>
    </w:p>
    <w:p>
      <w:pPr>
        <w:keepLines w:val="0"/>
        <w:widowControl w:val="0"/>
        <w:tabs>
          <w:tab w:pos="130" w:val="left"/>
          <w:tab w:pos="1822" w:val="left"/>
          <w:tab w:pos="3512" w:val="left"/>
          <w:tab w:pos="5268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16 to 20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11264.0801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180225.2816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225281.602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21 to 30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18898.62328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396871.0889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566958.6984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31 to 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24906.13267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772090.1126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1245306.633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51 to 100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34793.49186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1774468.085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3479349.186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101 to 150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19899.87484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2009887.359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2984981.227 </w:t>
      </w:r>
    </w:p>
    <w:p>
      <w:pPr>
        <w:keepLines w:val="0"/>
        <w:widowControl w:val="0"/>
        <w:tabs>
          <w:tab w:pos="130" w:val="left"/>
          <w:tab w:pos="1822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151 to 200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9011.26408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1360700.876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1802252.816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201 to 300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13266.58323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2666583.229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3979974.969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301 to 400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6508.135169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1958948.686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2603254.068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401 to 500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5381.727159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2158072.591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2690863.579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9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501 to 750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5506.883605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2758948.686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4130162.703 </w:t>
      </w:r>
    </w:p>
    <w:p>
      <w:pPr>
        <w:keepLines w:val="0"/>
        <w:widowControl w:val="0"/>
        <w:tabs>
          <w:tab w:pos="130" w:val="left"/>
          <w:tab w:pos="1757" w:val="left"/>
          <w:tab w:pos="3512" w:val="left"/>
        </w:tabs>
        <w:spacing w:before="134" w:after="0" w:lineRule="exact" w:line="281"/>
        <w:ind w:left="0" w:right="-60"/>
      </w:pP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751 to 1000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3879.849812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3"/>
          <w:u w:val="none"/>
        </w:rPr>
        <w:t>2913767.209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color w:val="FFFFFF"/>
          <w:sz w:val="23"/>
        </w:rPr>
        <w:t xml:space="preserve">   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3879849.812 </w:t>
      </w:r>
    </w:p>
    <w:p>
      <w:pPr>
        <w:keepLines w:val="0"/>
        <w:widowControl w:val="0"/>
        <w:spacing w:before="14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1000 | 7884.85607 | 7884856.07 | 7884856.07 Total | 200000 | 27081476.85 | 35872340.43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Using the results of the bins, it appears that superstonk users alone own 27.1 million to 35.9 million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of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Average share ownership of Superstonk users = 27081476/200,000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</w:t>
      </w:r>
      <w:r>
        <w:rPr>
          <w:rFonts w:ascii="Cambria" w:hAnsi="Cambria"/>
          <w:b/>
          <w:i w:val="0"/>
          <w:color w:val="FFFFFF"/>
          <w:sz w:val="20"/>
          <w:u w:val="none"/>
        </w:rPr>
        <w:t>35872340/200,000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** =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135 - 179 shares/person**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Using the data provided from the poll, I estimate Superstonk users own, on average, 135-179 shares per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person.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The median value is 54. This may be a better representation of the "mid-point" of the data.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Comparison to other studies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another sampling method using direct share input and combing these into 5 ownership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bins, /u/Kalaeman used a sample size of over 2000 to predict that the average superstonk user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166 shares (+/- 13) and the median user has 19 shares. Using this data to infer the population,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predicted that from 200,000 superstonk users, 33,200,000 +/- 2,668.433 shares are owned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users alone. Comparing this to my prediction of 27.08M - 35.9M million, I can't help but notice the value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fits exactly inside my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1">
        <w:r>
          <w:rPr>
            <w:rFonts w:ascii="Cambria" w:hAnsi="Cambria"/>
            <w:sz w:val="20"/>
            <w:color w:val="FFFFFF"/>
            <w:u/>
          </w:rPr>
          <w:t>range... https://www.reddit.com/r/Superstonk/comments/mylv9k/1_billion_share_owned_by_retail_co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1">
        <w:r>
          <w:rPr>
            <w:rFonts w:ascii="Cambria" w:hAnsi="Cambria"/>
            <w:sz w:val="20"/>
            <w:color w:val="FFFFFF"/>
            <w:u/>
          </w:rPr>
          <w:t xml:space="preserve">nfirmed/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/u/haydoboyo used 14A filing information to predict retail ownings and speculated that, if retail owns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least 3 shares each, the free float is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2">
        <w:r>
          <w:rPr>
            <w:rFonts w:ascii="Cambria" w:hAnsi="Cambria"/>
            <w:sz w:val="20"/>
            <w:color w:val="FFFFFF"/>
            <w:u/>
          </w:rPr>
          <w:t>owned. https://www.reddit.com/r/Superstonk/comments/mxkwlb/double_the_short_interest_half_the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2">
        <w:r>
          <w:rPr>
            <w:rFonts w:ascii="Cambria" w:hAnsi="Cambria"/>
            <w:sz w:val="20"/>
            <w:color w:val="FFFFFF"/>
            <w:u/>
          </w:rPr>
          <w:t xml:space="preserve">_anxiety/ </w:t>
        </w:r>
      </w:hyperlink>
    </w:p>
    <w:p>
      <w:bookmarkStart w:id="600" w:name="pg59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0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/u/InForTheSqueeze also used measurements from the GME 14A release and from brokers to estimate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ownership. Although there are speculations in these, they support the findings of my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85">
        <w:r>
          <w:rPr>
            <w:rFonts w:ascii="Cambria" w:hAnsi="Cambria"/>
            <w:sz w:val="20"/>
            <w:color w:val="FFFFFF"/>
            <w:u/>
          </w:rPr>
          <w:t>study. https://www.reddit.com/r/Superstonk/comments/mxrdcb/updated_dd_i_did_the_math_there_is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85">
        <w:r>
          <w:rPr>
            <w:rFonts w:ascii="Cambria" w:hAnsi="Cambria"/>
            <w:sz w:val="20"/>
            <w:color w:val="FFFFFF"/>
            <w:u/>
          </w:rPr>
          <w:t xml:space="preserve">_literally_no/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/u/DiamondsApes a month ago looked at broker information to estimate retail ownership as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3">
        <w:r>
          <w:rPr>
            <w:rFonts w:ascii="Cambria" w:hAnsi="Cambria"/>
            <w:sz w:val="20"/>
            <w:color w:val="FFFFFF"/>
            <w:u/>
          </w:rPr>
          <w:t>well. https://www.reddit.com/r/GME/comments/m54vpq/serious_dd_retail_ownership_using_public_d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3">
        <w:r>
          <w:rPr>
            <w:rFonts w:ascii="Cambria" w:hAnsi="Cambria"/>
            <w:sz w:val="20"/>
            <w:color w:val="FFFFFF"/>
            <w:u/>
          </w:rPr>
          <w:t xml:space="preserve">ata/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/u/thedav1d 1 month ago also predicted retail ownership including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4">
        <w:r>
          <w:rPr>
            <w:rFonts w:ascii="Cambria" w:hAnsi="Cambria"/>
            <w:sz w:val="20"/>
            <w:color w:val="FFFFFF"/>
            <w:u/>
          </w:rPr>
          <w:t>options. https://www.reddit.com/r/GME/comments/mduj5t/dd_why_retail_is_holding_far_more_share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4">
        <w:r>
          <w:rPr>
            <w:rFonts w:ascii="Cambria" w:hAnsi="Cambria"/>
            <w:sz w:val="20"/>
            <w:color w:val="FFFFFF"/>
            <w:u/>
          </w:rPr>
          <w:t xml:space="preserve">s_than/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/u/brocaa used AI (which is a fancy word for regression analysis) to estimate the number of FTDs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hidden by deep ITM options, and predicted around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64">
        <w:r>
          <w:rPr>
            <w:rFonts w:ascii="Cambria" w:hAnsi="Cambria"/>
            <w:sz w:val="20"/>
            <w:color w:val="FFFFFF"/>
            <w:u/>
          </w:rPr>
          <w:t>140M. https://www.reddit.com/r/Superstonk/comments/mvdgf5/the_naked_shorting_scam_in_numbe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64">
        <w:r>
          <w:rPr>
            <w:rFonts w:ascii="Cambria" w:hAnsi="Cambria"/>
            <w:sz w:val="20"/>
            <w:color w:val="FFFFFF"/>
            <w:u/>
          </w:rPr>
          <w:t xml:space="preserve">rs_ai_detection/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5">
        <w:r>
          <w:rPr>
            <w:rFonts w:ascii="Cambria" w:hAnsi="Cambria"/>
            <w:sz w:val="20"/>
            <w:color w:val="FFFFFF"/>
            <w:u/>
          </w:rPr>
          <w:t xml:space="preserve">/u/eastrod, building on work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6">
        <w:r>
          <w:rPr>
            <w:rFonts w:ascii="Cambria" w:hAnsi="Cambria"/>
            <w:sz w:val="20"/>
            <w:color w:val="FFFFFF"/>
            <w:u/>
          </w:rPr>
          <w:t>by /u/defj2(https://www.reddit.com/r/Superstonk/comments/mz7c7h/put_anomalies_pt1_were_127_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million_synthetic/), predicted that around 1.09 million puts were possibly used to reset 109 million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7">
        <w:r>
          <w:rPr>
            <w:rFonts w:ascii="Cambria" w:hAnsi="Cambria"/>
            <w:sz w:val="20"/>
            <w:color w:val="FFFFFF"/>
            <w:u/>
          </w:rPr>
          <w:t>FTD https://www.reddit.com/r/Superstonk/comments/mzgtvx/a_method_for_hiding_ftds_that_uses_th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7">
        <w:r>
          <w:rPr>
            <w:rFonts w:ascii="Cambria" w:hAnsi="Cambria"/>
            <w:sz w:val="20"/>
            <w:color w:val="FFFFFF"/>
            <w:u/>
          </w:rPr>
          <w:t xml:space="preserve">e_109mil/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/u/33a also shared their findings: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Estimate based on comparison to other securities and general buying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8">
        <w:r>
          <w:rPr>
            <w:rFonts w:ascii="Cambria" w:hAnsi="Cambria"/>
            <w:sz w:val="20"/>
            <w:color w:val="FFFFFF"/>
            <w:u/>
          </w:rPr>
          <w:t xml:space="preserve">patterns https://old.reddit.com/r/Superstonk/comments/mwn95o/retail_is_the_whale/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Estimate based on fidelity order volume and level 2 order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69">
        <w:r>
          <w:rPr>
            <w:rFonts w:ascii="Cambria" w:hAnsi="Cambria"/>
            <w:sz w:val="20"/>
            <w:color w:val="FFFFFF"/>
            <w:u/>
          </w:rPr>
          <w:t>sizes https://old.reddit.com/r/GME/comments/msyhlq/fidelity_users_purchased_about_61_million_mo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69">
        <w:r>
          <w:rPr>
            <w:rFonts w:ascii="Cambria" w:hAnsi="Cambria"/>
            <w:sz w:val="20"/>
            <w:color w:val="FFFFFF"/>
            <w:u/>
          </w:rPr>
          <w:t xml:space="preserve">re/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/u/ColonelOfWisdom speculated, with relevant information, that hedge funds had plenty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opportunities to close their short positions leading up until now. However, these methods offer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 w:val="0"/>
          <w:i/>
          <w:color w:val="FFFFFF"/>
          <w:sz w:val="20"/>
          <w:u w:val="none"/>
        </w:rPr>
        <w:t>opportunity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these events to happen, not </w:t>
      </w:r>
      <w:r>
        <w:rPr>
          <w:rFonts w:ascii="Cambria" w:hAnsi="Cambria"/>
          <w:b w:val="0"/>
          <w:i/>
          <w:color w:val="FFFFFF"/>
          <w:sz w:val="20"/>
          <w:u w:val="none"/>
        </w:rPr>
        <w:t>proof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they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70">
        <w:r>
          <w:rPr>
            <w:rFonts w:ascii="Cambria" w:hAnsi="Cambria"/>
            <w:sz w:val="20"/>
            <w:color w:val="FFFFFF"/>
            <w:u/>
          </w:rPr>
          <w:t>happened https://www.reddit.com/r/GME_Meltdown_DD/comments/mxj6a9/faqs_about_the_gme_situ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ation/. Support for their argument came from the diminishing of reported SI% from 140% to 20-40%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last filing.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838">
        <w:r>
          <w:rPr>
            <w:rFonts w:ascii="Cambria" w:hAnsi="Cambria"/>
            <w:sz w:val="20"/>
            <w:color w:val="FFFFFF"/>
            <w:u/>
          </w:rPr>
          <w:t xml:space="preserve">https://iamnotafinancialadvisor.com/GME/, who originally predicted the FTD squeeze and how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uncoiling the spring is a possibility, predicts that based on current trends of reported FTDs, the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cycle is diminishing and a squeeze is statistically unlikely. However, based on information here,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entirely possible that the FTD cycle peaks are diminishing because of FTDs being hidden.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lastly, SI% has been around 20 - 40%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71">
        <w:r>
          <w:rPr>
            <w:rFonts w:ascii="Cambria" w:hAnsi="Cambria"/>
            <w:sz w:val="20"/>
            <w:color w:val="FFFFFF"/>
            <w:u/>
          </w:rPr>
          <w:t>(https://www.marketwatch.com/investing/stock/gme - https://finance.yahoo.com/quote/GME/key-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statistics/). However, as mentioned, SI% can be hidden in options and through other methods.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the first question on your mind is: "can't users just mess with the results? I mean, that's what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do. Polls are useless anyway." I would agree this is possible. For example, in my two polls,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percentage of respondents for each group changed a maxmimum of 2% over each bin. For large bins, </w:t>
      </w:r>
    </w:p>
    <w:p>
      <w:bookmarkStart w:id="601" w:name="pg60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0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doesn't affect the results much. But over smaller bins with high underlying values (the &gt;1000 bin,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example) the 2% is a large change. However, the underlying findings remain the same for either poll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for the other presented by /u/Kalaeman, reducing the likelihood of tampering.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Methods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used a poll to estimate superstonk GME ownership using strawpoll. Original poll is available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72">
        <w:r>
          <w:rPr>
            <w:rFonts w:ascii="Cambria" w:hAnsi="Cambria"/>
            <w:sz w:val="20"/>
            <w:color w:val="FFFFFF"/>
            <w:u/>
          </w:rPr>
          <w:t xml:space="preserve">here: https://www.strawpoll.me/42979202/r and the newest poll is available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73">
        <w:r>
          <w:rPr>
            <w:rFonts w:ascii="Cambria" w:hAnsi="Cambria"/>
            <w:sz w:val="20"/>
            <w:color w:val="FFFFFF"/>
            <w:u/>
          </w:rPr>
          <w:t xml:space="preserve">here: https://www.strawpoll.me/44432640/r. The settings were such that each IP address was only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allowed to vote once, and Captchas were in place to prevent bots from interfering with results. The polls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1200 and 1598 respondents, respectively. To try and minimize observation bias, such as through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trolling, manipulation, or other means, I used a frequency binning method. Bin sizes were determined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the first study to minimize overcrowding of bins. Frequencies observed from the 1598 sub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sample were used to infer the ownership from 200,000 superstonk users. Average share ownership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calculated as </w:t>
      </w:r>
      <w:r>
        <w:rPr>
          <w:rFonts w:ascii="Cambria" w:hAnsi="Cambria"/>
          <w:b/>
          <w:i w:val="0"/>
          <w:color w:val="FFFFFF"/>
          <w:sz w:val="20"/>
          <w:u w:val="none"/>
        </w:rPr>
        <w:t>predicted total shares / 200,000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At 1598 users, the margin of error was calculated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approximately 2%.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Some people have asked about how I calculated margin of error, so here it is. I did it two ways: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 and dirty method where ME = Z X std.dev / sqrt(N). Note that although this gives you a general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idea, it is meant to be applied to continuous data, not discrete data like mine is. The other method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margin of error, and the one I used, was calculated as such: For each bin, the formula ME = Z X sqrt((P(1-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P))/N) where P = number of 'successes' or number of respondents in that bin, Z was the critical value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95% confidence interval (=1.96), and N is the total sample size. The bin with the the highest margin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error was the 51-100 bin, so it's value was used (1.54%) and rounded to 2% to be conservative.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Conclusion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After comparing the results of three different surveys, all placed the number of shares owned by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supserstonk users from 27M - 35M.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don't know what overall retail ownership is (although there have been predictions), but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superstonk users alone, it seems the free float is owned. Now, the question everyone wants answered: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"Will this moon? When?" I don't know the answer to either question. But considering that the remaining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free float is predicted to be 26-30 million ish and superstonk alone owns that much, I think it's safe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assume GME is significantly oversold. What should you do? Fuck if I know. The data here isn't telling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to do, rather providing you with information to decide for yourself what fits your investing goals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best. And of course, if you have any comments or criticisms, I'm all ears to them! I'll probably argue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you, but if you convince me with a good argument, I'll (hopefully) listen to your criticisms.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602" w:name="pg601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602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MOASS is not a straight line up, do not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paper hand at a minor dip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"It is said that if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know your enemies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know yourself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you will not be imperilled in a hundred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battles;" -Sun Tzu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are several areas where the MOASS could be hindered.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Saying the MOASS will be one straight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line up is FUD because people will paperhand the moment it goes down.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However, these things 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may not happen, so </w:t>
      </w:r>
      <w:r>
        <w:rPr>
          <w:rFonts w:ascii="Cambria" w:hAnsi="Cambria"/>
          <w:b/>
          <w:i w:val="0"/>
          <w:color w:val="FFFFFF"/>
          <w:sz w:val="20"/>
          <w:u w:val="none"/>
        </w:rPr>
        <w:t>if you day trade, there is a very large chance you get left behind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Remember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we're up against a lot of big players, even if other players like Blackrock are on our side. Here are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 main areas where they may be a dip.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Delay on Margin Call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of all, unlike what some people think, margin calls are not instant (finra).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You have two to five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days to pass a margin call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before they start liquidating assets. Smaller hedge funds will fail the margin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call and get liquidated first. This may start the rocket. If the rocket starts before the margin call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finished for Citadel, Citadel still has some time before they get liquidated. Two to five days is for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average investor. Who knows how long Citadel, a market maker, could extend that period of time?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Update: The NSC 801 only gives Citadel one hour to fulfil liquidity requirements. However, once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liquidated, the NSCC has to close their positions within the settlement date. Which is typically T+2.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74">
        <w:r>
          <w:rPr>
            <w:rFonts w:ascii="Cambria" w:hAnsi="Cambria"/>
            <w:sz w:val="20"/>
            <w:color w:val="FFFFFF"/>
            <w:u/>
          </w:rPr>
          <w:t xml:space="preserve">(Thanks for the source, /u/Ginger_libra) </w:t>
        </w:r>
      </w:hyperlink>
    </w:p>
    <w:p>
      <w:bookmarkStart w:id="603" w:name="pg602"/>
      <w:pPr>
        <w:keepLines w:val="0"/>
        <w:pageBreakBefore/>
        <w:widowControl w:val="0"/>
        <w:spacing w:before="0" w:after="0"/>
        <w:jc w:val="center"/>
      </w:pPr>
      <w:bookmarkEnd w:id="603"/>
      <w:r>
        <w:drawing>
          <wp:inline xmlns:a="http://schemas.openxmlformats.org/drawingml/2006/main" xmlns:pic="http://schemas.openxmlformats.org/drawingml/2006/picture">
            <wp:extent cx="5943600" cy="4994909"/>
            <wp:docPr id="430" name="Picture 4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4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" We were losing hundreds of millions of dollars a week, if not more . . . And each day we bought one more day"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all know Ken's philosophy of one more day. He will not give up, ever. He would rather the whole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economy tank before he does. The squeeze will only happen after he has done everything to suppress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fail. However, once he inevitably fails, we're not out of the woods yet, because now we're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threatening a new player, the DTCC.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The DTCC Taking over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Remember, </w:t>
      </w:r>
      <w:r>
        <w:rPr>
          <w:rFonts w:ascii="Cambria" w:hAnsi="Cambria"/>
          <w:b/>
          <w:i w:val="0"/>
          <w:color w:val="FFFFFF"/>
          <w:sz w:val="20"/>
          <w:u w:val="none"/>
        </w:rPr>
        <w:t>THE DTCC DOES NOT WANT THE PRICE TO HIT 10 MILLION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 DTCC doesn't want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pay out of pocket at all, that's why there are so many new rules. They're hoping the squeeze stops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~5k, or even lower because higher prices mean the DTCC has to pay out of pocket. At higher prices,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DTCC has to liquidate its members. Banks will lose massive amounts of money and assets and the US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undergo turmoil. </w:t>
      </w:r>
      <w:r>
        <w:rPr>
          <w:rFonts w:ascii="Cambria" w:hAnsi="Cambria"/>
          <w:b/>
          <w:i w:val="0"/>
          <w:color w:val="FFFFFF"/>
          <w:sz w:val="20"/>
          <w:u w:val="none"/>
        </w:rPr>
        <w:t>All of these new rules, such as auctioning off assets, won't matter at 10 million.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 million per share, the DTCC will be forced to liquidate banks like Credit Suisse and JPMorgan, causing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huge chain reaction across the market. Do you think the big banks are going to sit quietly while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liquidated? </w:t>
      </w:r>
    </w:p>
    <w:p>
      <w:bookmarkStart w:id="604" w:name="pg60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04"/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What if other market makers are forced to Naked Short Gamestop to survive because if GME goes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too high, the DTCC will be forced to liquidate them?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DTC-005, a rule too good for this world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You've probably heard of DTC-005 by now, if you haven't, the simple version is that it stops the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shorting of stocks, at least, you can't delay them with options anymore. While you can still naked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liquidity, you can't delay them for longer than a week. This means the naked shorting of GME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never happen again. However, this rule was completely taken down, and no timelines are given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they'll be back up. </w:t>
      </w:r>
      <w:r>
        <w:rPr>
          <w:rFonts w:ascii="Cambria" w:hAnsi="Cambria"/>
          <w:b/>
          <w:i w:val="0"/>
          <w:color w:val="FFFFFF"/>
          <w:sz w:val="20"/>
          <w:u w:val="none"/>
        </w:rPr>
        <w:t>Without this rule, GME can be naked shorted by any market maker.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Isn't it a bit weird that this rule is the only one to have been completely removed?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 J.P. Morgan and Credit Suisse have market-making capabilities (There are more in the DTCC).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means they can naked short stocks just like Citadel. However, they don't appear to have shorted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Gamestop. They WILL NOT get margin called with Citadel.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as DTCC members, they'll be forced to pay up assets to buy GME and close naked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positions. If GME goes too high, to the point where they'll have to sell everything. . . They may be forced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try and halt the squeeze or end it prematurely to avoid liquidation. If they mass naked short a stock,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</w:t>
      </w:r>
      <w:r>
        <w:rPr>
          <w:rFonts w:ascii="Cambria" w:hAnsi="Cambria"/>
          <w:b/>
          <w:i w:val="0"/>
          <w:color w:val="FFFFFF"/>
          <w:sz w:val="20"/>
          <w:u w:val="none"/>
        </w:rPr>
        <w:t>you can short a stock during a squeeze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as there have been historical precedents for it,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dip. . . temporarily.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Obviously, nothing can be done long term. Eventually, the squeeze will continue, and it will continue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higher than before, as all the shorts will just be fuel for the rocket. In fact, naked shorting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Gamestop is not only reckless but extremely bad for the global economy. But. . 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62325"/>
            <wp:docPr id="431" name="Picture 4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Do you think wall street cares about the global economy or the average citizen?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only way this squeeze will stop is if a short attack causes apes to paperhand.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05" w:name="pg60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05"/>
      <w:r>
        <w:rPr>
          <w:rFonts w:ascii="Cambria" w:hAnsi="Cambria"/>
          <w:b/>
          <w:i w:val="0"/>
          <w:color w:val="FFFFFF"/>
          <w:sz w:val="20"/>
          <w:u w:val="none"/>
        </w:rPr>
        <w:t>DO NOT BELIEVE THE IDEA THAT THE SQUEEZE WILL BE STRAIGHT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banks aren't going to sit by quietly while all of their assets are being liquidated. They'll fight back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tooth and nail, just like Citadel did. If you want to change the world, be prepared for a world-changing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fight.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Even if the DTC-005 gets approved before the squeeze, the market makers can still naked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short stocks for a few days for "liquidity".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Update: DTC-005 to be approved "soon" with no dates given. That seems extremely suspicious to me. It's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months since the rule was taken down, and even now there are no dates given.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may see the money dip from 500k to 200k, you may feel like the squeeze is over after it falls 3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a row, but in reality, that could just be more market manipulation.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what do we do? The same thing we've always done.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HODL through all dips. We own the float. Trust the DD. Trust the community. 10 million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nothing, lambos or food stamps.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financial advice. Exit your positions when you feel comfortable. I personally only feel comfortable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exiting when I see real change when these scammers are put behind bars and corrupt politicians step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Is my money safe in X and X bank?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believe happens is that your assets are safe because those assets are not equal to the bank's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assets. However, you may have a bit of trouble accessing them if the banks go bankrupt, and it takes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little bit to swap the relevant information to another bank. I personally believe the US gov will bail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banks out again, but just in case, I suggest having GME in multiple brokerages.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1: "Reposting" with a bunch more information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2: Wow, that's a lot of comments. I'll try to answer every question in the comments, but might take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 a bit tho.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3: Wow, my first time getting platinum. Thanks for that kind stranger! I didn't even know there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exclusive club for those people. Not that I do anything but spend time on Superstonk and write DD,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mind you.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4: I have since lost my flair because I was trying to make sure everyone in my comments voted.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Whoops. One more small sacrifice to the cause.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5: NSC-801 Changes Margin rules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 6: Two Platinum Awards? holy shit guys. I'm honoured. Now I can blow it all on DFV's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postresponsibly award good new posts to make sure it gets to the top. </w:t>
      </w:r>
    </w:p>
    <w:p>
      <w:pPr>
        <w:keepLines w:val="0"/>
        <w:widowControl w:val="0"/>
        <w:spacing w:before="634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154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Complete Bank of America Gamestop DD </w:t>
      </w:r>
    </w:p>
    <w:p>
      <w:bookmarkStart w:id="606" w:name="pg605"/>
      <w:pPr>
        <w:keepLines w:val="0"/>
        <w:pageBreakBefore/>
        <w:widowControl w:val="0"/>
        <w:spacing w:before="223" w:after="0" w:lineRule="exact" w:line="281"/>
        <w:ind w:left="0" w:right="-60"/>
      </w:pPr>
      <w:bookmarkEnd w:id="606"/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TL/DR It's possible that Bank of America is holding the biggest bag in the Gamestop saga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Note: This is just a theory, and I am not advocating anyone to do anything with their BofA accounts.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information I found and felt an obligation to share. I am not a financial advisor.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owe the bank $100 that's your problem. If you owe the bank $100 million billion, that's the bank's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problem. -</w:t>
      </w:r>
      <w:r>
        <w:rPr>
          <w:rFonts w:ascii="Cambria" w:hAnsi="Cambria"/>
          <w:b w:val="0"/>
          <w:i/>
          <w:color w:val="FFFFFF"/>
          <w:sz w:val="20"/>
          <w:u w:val="none"/>
        </w:rPr>
        <w:t>J.Paul Getty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afternoon Apes of the world. For the past couple of weeks, I've been digging into reports, and news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articles looking for evidence to connect Bank of America to the naked shorting situation and to postulate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 may be holding the bag at the end of this saga.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I'm still new to building DD's and if I am incorrect please forgive me and I will try my best to fix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article. If anyone has additional information to refute or support my claims they are welcome as it's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best way to find the truth. I would also like to thank u/Alert_Piano341 for their considerable help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hours of research. I won't even touch that their building is always lit up on weekends/holidays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(Veterans day...really guys) and that they were one of the trading platforms that restricted trading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Hypothesis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Bank of America is the biggest bagholder in the Gamestop saga.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Supporting Evidence: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15 Billion Dollar bank bond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April 16th Bank of America issued a $15 Billion dollar bond. Now given they had an extremely strong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quarter, why would BofA need the additional collateral?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77">
        <w:r>
          <w:rPr>
            <w:rFonts w:ascii="Cambria" w:hAnsi="Cambria"/>
            <w:sz w:val="20"/>
            <w:color w:val="FFFFFF"/>
            <w:u/>
          </w:rPr>
          <w:t>https://www.marketwatch.com/story/bank-of-america-tops-charts-with-15-billion-bond-deal-the-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77">
        <w:r>
          <w:rPr>
            <w:rFonts w:ascii="Cambria" w:hAnsi="Cambria"/>
            <w:sz w:val="20"/>
            <w:color w:val="FFFFFF"/>
            <w:u/>
          </w:rPr>
          <w:t xml:space="preserve">biggest-ever-from-a-bank-11618606409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BAC needed that 15B bond for insurance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78">
        <w:r>
          <w:rPr>
            <w:rFonts w:ascii="Cambria" w:hAnsi="Cambria"/>
            <w:sz w:val="20"/>
            <w:color w:val="FFFFFF"/>
            <w:u/>
          </w:rPr>
          <w:t>https://www.foxbusiness.com/business-leaders/bank-of-america-expects-to-increase-dividend-share-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78">
        <w:r>
          <w:rPr>
            <w:rFonts w:ascii="Cambria" w:hAnsi="Cambria"/>
            <w:sz w:val="20"/>
            <w:color w:val="FFFFFF"/>
            <w:u/>
          </w:rPr>
          <w:t xml:space="preserve">buybacks-ceo-moynihan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watch this video at the 1:30 mark..... "assuming we get through the stress test...." he catches himself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like I HAVE TO BE SUPER CONFIDANT 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can't find one other article or media post about the liquidity test anywhere, and here is the CEO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mentioning it in an Interview....it was on his mind.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Citadel Link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 MM has a special exemption that allows them to Naked short the securities for the sake of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liquidity and they classify them as "Securities sold but not yet purchased" labilities. Market Makers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fined for naked shorting before but nothing has been done to really curb it and the fact that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two companies with expanding balance sheets show it's being abused right now.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specializes in Option naked shorting, and because of GME they have an ever-expanding bag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SHit. There "securities Sold but not yet purchased" went up to 57.506 B this year with 32.386B of it in </w:t>
      </w:r>
    </w:p>
    <w:p>
      <w:bookmarkStart w:id="607" w:name="pg60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0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Options. To recap Abbot told us the liabilities are valued at fair value, and that this will be an issue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in the future. </w:t>
      </w:r>
      <w:r>
        <w:rPr>
          <w:rFonts w:ascii="Cambria" w:hAnsi="Cambria"/>
          <w:b/>
          <w:i w:val="0"/>
          <w:color w:val="FFFFFF"/>
          <w:sz w:val="20"/>
          <w:u w:val="none"/>
        </w:rPr>
        <w:t>I think it is going to be an issue for someone else as well.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3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97125"/>
            <wp:docPr id="432" name="Picture 4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7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Citadels Liabilities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Notes from the financial statement for Sussqhana and Citadel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444625"/>
            <wp:docPr id="433" name="Picture 4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4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left="7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Susqhannas note makes it perfectly clear that the assist and liability are just on paper, the clearing broker can just sell their shit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when needed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Let's check what Citadel says about its Prime Broker ----&gt; </w:t>
      </w:r>
    </w:p>
    <w:p>
      <w:bookmarkStart w:id="608" w:name="pg607"/>
      <w:pPr>
        <w:keepLines w:val="0"/>
        <w:pageBreakBefore/>
        <w:widowControl w:val="0"/>
        <w:spacing w:before="0" w:after="0"/>
        <w:jc w:val="center"/>
      </w:pPr>
      <w:bookmarkEnd w:id="608"/>
      <w:r>
        <w:drawing>
          <wp:inline xmlns:a="http://schemas.openxmlformats.org/drawingml/2006/main" xmlns:pic="http://schemas.openxmlformats.org/drawingml/2006/picture">
            <wp:extent cx="5943600" cy="2168525"/>
            <wp:docPr id="434" name="Picture 4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8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Who is holding Citadel's bag of shit?  </w:t>
      </w:r>
    </w:p>
    <w:p>
      <w:bookmarkStart w:id="609" w:name="pg608"/>
      <w:pPr>
        <w:keepLines w:val="0"/>
        <w:pageBreakBefore/>
        <w:widowControl w:val="0"/>
        <w:spacing w:before="0" w:after="0"/>
        <w:ind w:left="0"/>
      </w:pPr>
      <w:bookmarkEnd w:id="609"/>
      <w:r>
        <w:drawing>
          <wp:inline xmlns:a="http://schemas.openxmlformats.org/drawingml/2006/main" xmlns:pic="http://schemas.openxmlformats.org/drawingml/2006/picture">
            <wp:extent cx="5642609" cy="6705600"/>
            <wp:docPr id="435" name="Picture 4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82"/>
                    <a:stretch>
                      <a:fillRect/>
                    </a:stretch>
                  </pic:blipFill>
                  <pic:spPr>
                    <a:xfrm>
                      <a:off x="0" y="0"/>
                      <a:ext cx="5642609" cy="6705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left="22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 his is also found in Citadels 2020 Annual Finacial report "A substantial portion of Citadels' options clearing and Financing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activities are with BAML"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BAML (which stands for BANK OF AMERICA MERRIL LYNCH) or now BAC is the prime and clearing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for 96.69% of all the net derivative assets of Citadel Securities? They are holding the 57.6 Billion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Bag on Citadel Poo... 32,386 Billion of it in options, with a ton of those, are going to explode in their face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be worthless. </w:t>
      </w:r>
    </w:p>
    <w:p>
      <w:bookmarkStart w:id="610" w:name="pg60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0"/>
      <w:r>
        <w:rPr>
          <w:rFonts w:ascii="Cambria" w:hAnsi="Cambria"/>
          <w:b/>
          <w:i w:val="0"/>
          <w:color w:val="FFFFFF"/>
          <w:sz w:val="20"/>
          <w:u w:val="none"/>
        </w:rPr>
        <w:t>Something to consider...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Virtue Capital annual report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83">
        <w:r>
          <w:rPr>
            <w:rFonts w:ascii="Cambria" w:hAnsi="Cambria"/>
            <w:sz w:val="20"/>
            <w:color w:val="FFFFFF"/>
            <w:u/>
          </w:rPr>
          <w:t xml:space="preserve">https://sec.report/Document/0001592386-21-000005/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could note that their payment for order FLOW more than doubled in 2020 with the rise of RH .....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do you think about Citadel's Payment for order flow (Virtue is a publicly traded company so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their expense data you will not find it for citadel) but Virtue and citadel are competitors. this article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says Virtue does 9.4% while citadel does 13.4% of the market in December of 2020. so if Virtue is paying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758M for order flow in 2020 Citadel is paying at least a 1B.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84">
        <w:r>
          <w:rPr>
            <w:rFonts w:ascii="Cambria" w:hAnsi="Cambria"/>
            <w:sz w:val="20"/>
            <w:color w:val="FFFFFF"/>
            <w:u/>
          </w:rPr>
          <w:t xml:space="preserve">https://outline.com/SxAFCy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393189"/>
            <wp:docPr id="436" name="Picture 4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3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Virtue Capital payment for order flow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then they could look at Citadel's debt (most MM don't take on debt ....because they print money, they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supposed to have the liabilities citadels has and they may have a simple line of credit but Citadel got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direct cash infusion last year. They sell options they don't own yet (with the expectation they won't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to purchase most of them)......shit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Loan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62250"/>
            <wp:docPr id="437" name="Picture 4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4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issued a 1.653 billion loan to Citadel, when they also recently raised the 15 Billion for their bond.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New Hire?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11" w:name="pg61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key piece of information that I came across that I thought might support our thesis was the recent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hiring of Executive David Kim. David Kim was the head of equity client solutions at Bank of America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recently hired by Citadel Securities (link below). Now, this is speculative, lets say there's a new hire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named Mavid Jim, would it be possible that Jim has signed off on some terrible credit/increased risk,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jumped ship on some hidden backdoor deal?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87">
        <w:r>
          <w:rPr>
            <w:rFonts w:ascii="Cambria" w:hAnsi="Cambria"/>
            <w:sz w:val="20"/>
            <w:color w:val="FFFFFF"/>
            <w:u/>
          </w:rPr>
          <w:t xml:space="preserve">https://www.efinancialcareers-canada.com/news/2021/04/david-kim-bank-of-america-citadel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Look for the usual suspect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speculate that Bank of America also contributed heavily to the naked short selling of the so-called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meme stocks (most likely Gamestop GME and Bed Bath and Beyond BBBY, as they are the stocks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analysts mentioned). In an article as recent as 2018 its been documented that BofA has paid the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fines out of all the major players since the 2008 financial crisis. It would appear that the rules simply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matter to them.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88">
        <w:r>
          <w:rPr>
            <w:rFonts w:ascii="Cambria" w:hAnsi="Cambria"/>
            <w:sz w:val="20"/>
            <w:color w:val="FFFFFF"/>
            <w:u/>
          </w:rPr>
          <w:t>https://www.marketwatch.com/story/banks-have-been-fined-a-staggering-243-billion-since-the-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88">
        <w:r>
          <w:rPr>
            <w:rFonts w:ascii="Cambria" w:hAnsi="Cambria"/>
            <w:sz w:val="20"/>
            <w:color w:val="FFFFFF"/>
            <w:u/>
          </w:rPr>
          <w:t xml:space="preserve">financial-crisis-2018-02-20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056504"/>
            <wp:docPr id="438" name="Picture 4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56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13F Filings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12" w:name="pg61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recent 13F filings on whalewisdom you can see that Bank of America does hold decent-sized Put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positions on GME and AMC. As holding these put positions are a legal loophole way of holding a short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and resetting an FTD, I believe it's possible that they also took short positions against these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meme stocks. As both organizations would benefit from colluding an aggressively short position,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drive the price down and both mutually profit.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90">
        <w:r>
          <w:rPr>
            <w:rFonts w:ascii="Cambria" w:hAnsi="Cambria"/>
            <w:sz w:val="20"/>
            <w:color w:val="FFFFFF"/>
            <w:u/>
          </w:rPr>
          <w:t xml:space="preserve">https://whalewisdom.com/filer/bank-of-america-corp-de#tabform4_tab_link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recent Bank of America Q10 Quarterly report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decided to do some digging and when I was looking through the cashflows on their most recent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quarterly report a figure under trading and assets/liabilities I found this gem.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net change in cash from derivative assets/liabilities from 2020 to 2021 was a womping deficit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$53.756 Billion or a difference of $83 Billion from the prior year. That's just what is reported. I tend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believe that it's probably worse than that.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51354"/>
            <wp:docPr id="439" name="Picture 4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1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Page 47 on their recent Q-10  </w:t>
      </w:r>
    </w:p>
    <w:p>
      <w:pPr>
        <w:keepLines w:val="0"/>
        <w:widowControl w:val="0"/>
        <w:spacing w:before="433" w:after="0" w:lineRule="exact" w:line="246"/>
        <w:ind w:left="0" w:right="-60"/>
      </w:pPr>
      <w:hyperlink r:id="rId1292">
        <w:r>
          <w:rPr>
            <w:rFonts w:ascii="Cambria" w:hAnsi="Cambria"/>
            <w:sz w:val="20"/>
            <w:color w:val="FFFFFF"/>
            <w:u/>
          </w:rPr>
          <w:t>https://investor.bankofamerica.com/regulatory-and-other-filings/all-sec-filings/content/0000070858-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92">
        <w:r>
          <w:rPr>
            <w:rFonts w:ascii="Cambria" w:hAnsi="Cambria"/>
            <w:sz w:val="20"/>
            <w:color w:val="FFFFFF"/>
            <w:u/>
          </w:rPr>
          <w:t xml:space="preserve">21-000063/0000070858-21-000063.pdf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Bullshit Push for Silver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Who else thought it was total bullshit when the media spewed out that Reddit was into Silver, and that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the new Gamestop? Who on earth would benefit from crowds of people moving to purchase silver?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Honestly if/when Gamestop moons everything is Gold Plated. Silver is shit.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93">
        <w:r>
          <w:rPr>
            <w:rFonts w:ascii="Cambria" w:hAnsi="Cambria"/>
            <w:sz w:val="20"/>
            <w:color w:val="FFFFFF"/>
            <w:u/>
          </w:rPr>
          <w:t xml:space="preserve">https://www.cbc.ca/news/business/silver-stocks-surge-1.5895790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94">
        <w:r>
          <w:rPr>
            <w:rFonts w:ascii="Cambria" w:hAnsi="Cambria"/>
            <w:sz w:val="20"/>
            <w:color w:val="FFFFFF"/>
            <w:u/>
          </w:rPr>
          <w:t>https://www.northernminer.com/fast-news/bank-of-america-sees-further-upside-potential-for-silver-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94">
        <w:r>
          <w:rPr>
            <w:rFonts w:ascii="Cambria" w:hAnsi="Cambria"/>
            <w:sz w:val="20"/>
            <w:color w:val="FFFFFF"/>
            <w:u/>
          </w:rPr>
          <w:t xml:space="preserve">in-2021/1003825311/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Roaring Kitty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seems that our beloved Roaring Kitty knows something is up with Bank of America as well. In 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 Twitter post, he shows a scene from Baby Driver (A great film, check it out). It would appear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 has been a Gamestop logo inserted just above a Bank of America ATM. Interesting stuff. </w:t>
      </w:r>
    </w:p>
    <w:p>
      <w:bookmarkStart w:id="613" w:name="pg612"/>
      <w:pPr>
        <w:keepLines w:val="0"/>
        <w:pageBreakBefore/>
        <w:widowControl w:val="0"/>
        <w:spacing w:before="0" w:after="0"/>
        <w:jc w:val="center"/>
      </w:pPr>
      <w:bookmarkEnd w:id="613"/>
      <w:r>
        <w:drawing>
          <wp:inline xmlns:a="http://schemas.openxmlformats.org/drawingml/2006/main" xmlns:pic="http://schemas.openxmlformats.org/drawingml/2006/picture">
            <wp:extent cx="5943600" cy="2892425"/>
            <wp:docPr id="440" name="Picture 4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2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Bank of America ATM and the GME logo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 closed locations: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Currently, hundreds of Bank of America locations across the United States are currently closed. It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definitely sus. To my understanding, some of these locations were being boarded up due to the trial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George Floyd (RIP). This was very strange as some of these banks were being boarded up after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verdict of the trial, and it appeared no riots would happen. I understand that with the shift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mobile/online banking there is less need for physical locations, but does that facilitate about 1/5th of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locations been temporarily closed (I did a sample of several states and came across 1/5th. I wasn't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spend a day checking all 4600 locations but I welcome someone else with more time on their hands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 a look).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Bank of America Analyst Shitting On GME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"GameStop missed EBITDA estimates, which was a big negative for Bank of America analyst Curtis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Nagle. The analyst, which rates the stock at Underperform with a price target of $10, said the company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missed EBITDA estimates by 66%"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"This is not a good quarter," Chukumba said. "I will be listening to how they're going to pull a rabbit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hat and turn this into a viable company."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Chukumba said GameStop needed "some magic beans and pixie dust" to help the company going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forward. He dropped coverage of the stock in January.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296">
        <w:r>
          <w:rPr>
            <w:rFonts w:ascii="Cambria" w:hAnsi="Cambria"/>
            <w:sz w:val="20"/>
            <w:color w:val="FFFFFF"/>
            <w:u/>
          </w:rPr>
          <w:t>https://www.benzinga.com/analyst-ratings/analyst-color/21/03/20322372/gamestop-analysts-react-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296">
        <w:r>
          <w:rPr>
            <w:rFonts w:ascii="Cambria" w:hAnsi="Cambria"/>
            <w:sz w:val="20"/>
            <w:color w:val="FFFFFF"/>
            <w:u/>
          </w:rPr>
          <w:t xml:space="preserve">to-q4-earnings-company-needs-some-magic-beans-and-pixie-dus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Conclusion: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Based on all the evidence provided above, I asked the question, who else could be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biggest big holder at the end of all this? If Archegos is a much smaller hedge fund and contributed to 10+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Billion dollars in losses to Credit Suesse, then I speculate that the losses from the margin calling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and Susquehanna could be magnitudes larger. If you also consider the short selling of securities </w:t>
      </w:r>
    </w:p>
    <w:p>
      <w:bookmarkStart w:id="614" w:name="pg61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BofA itself, it is entirely possible for 100+ Billion dollars in losses. Let me know what you think.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 big shout out to u/alert_piano341 for their help/contributions.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Note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If someone could get me some Bloomberg shots for a few of the major banks that would be great!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Ideally BofA, JPM, GS please and thanks.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**if you choose to use any of this in a DD please reference this article as it took a lot of hard work.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Elliott Waves, GME, WEN THE F*CK MOON!? </w:t>
      </w:r>
    </w:p>
    <w:p>
      <w:pPr>
        <w:keepLines w:val="0"/>
        <w:widowControl w:val="0"/>
        <w:spacing w:before="101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 apes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financial advice in the slightest.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I begin this analysis post, if you question the validity of fibonacci and Elliott Wave because it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proven to be "incorrect" you are approaching this topic with the wrong mindset. Fibonacci and EW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quite literally the "formula" to the stock market, but its much easier to understand than it is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implement.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FUCKING HYPEEEE!!!!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Obligatory crank: </w:t>
      </w:r>
      <w:hyperlink r:id="rId1297">
        <w:r>
          <w:rPr>
            <w:rFonts w:ascii="Calibri" w:hAnsi="Calibri"/>
            <w:sz w:val="20"/>
            <w:color w:val="00B0F0"/>
            <w:u/>
          </w:rPr>
          <w:t>https://www.youtube.com/watch?v=Phy75VJRObQ</w:t>
        </w:r>
      </w:hyperlink>
      <w:hyperlink r:id="rId1297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Spotify link: </w:t>
      </w:r>
      <w:hyperlink r:id="rId1298">
        <w:r>
          <w:rPr>
            <w:rFonts w:ascii="Calibri" w:hAnsi="Calibri"/>
            <w:sz w:val="20"/>
            <w:color w:val="00B0F0"/>
            <w:u/>
          </w:rPr>
          <w:t>https://open.spotify.com/track/21UoRIOIjkWdHU8xbxQ0Z7?si=1958348bf5524bf0</w:t>
        </w:r>
      </w:hyperlink>
      <w:hyperlink r:id="rId129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63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always, I post intraday analysis on my </w:t>
      </w:r>
      <w:hyperlink r:id="rId533">
        <w:r>
          <w:rPr>
            <w:rFonts w:ascii="Calibri" w:hAnsi="Calibri"/>
            <w:sz w:val="20"/>
            <w:color w:val="00B0F0"/>
            <w:u/>
          </w:rPr>
          <w:t>twitter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provide updates on what I see, if you're interested in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snippets/BTS charting, you'll love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post I am going to be going over mainly GME and touch on a few indices.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off, if you've been reading my posts for a while, you'd know I was on the lookout for the current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trend to hold above 197 for my wave count to be correct. Friday and today we broke below this level,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seeing a low of 193.71.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Wut mean you ask?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this means is that the count I was analyzing on a smaller scale was invalidated, as we broke below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original supposed low target of 197.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lehman's terms, instead of a 3 within a 3 within a 3 within a 3, the updated trend will be a 1 within a 3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a 3 within a 3.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basically, nothing is changed.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also very well aware that bad actors read my and other's analysis and act on it as an attempt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attack the validity of not only technical analysis but members of the sub that are looked up to for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analysis.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the shorts that do this, I say fuck you, pay me. </w:t>
      </w:r>
    </w:p>
    <w:p>
      <w:bookmarkStart w:id="615" w:name="pg61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have happily added more shares under 200, that's a fucking steal if you ask 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my updated chart factoring in today's low, simplified (I cleaned my shit up big time)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988945"/>
            <wp:docPr id="441" name="Picture 4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8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Daily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Note, the only targets changed from the recent downward pressure (white line/red annotation).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larger scale targets remain the same, the only way the latter would be invalidated is if we broke below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112.83 (yellow line target) and 38 (blue line target)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white (3rd largest degree) will go down proportionate to how much downside we have from hereon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out. example, the 1.618:1 ideal wave 3 target factoring in today's low of 193 comes out to 567.66. If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drop to a low of 190 in the next few days before continuing up, then the updated 3 target would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564.66.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biggest reason for writing this is to clear up some misconceptions I have heard regarding the wave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structure.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idk about you, but I could care less about what happens in the short term. The overarching setup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(as always) screaming buy.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in terms of my previous prediction of 197 being the low, this fell through as we broke below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smaller scale wave 1 low. Remember, for a motive (5 wave impulse) structure, wave 2 cannot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retrace into the territory of your wave 1, otherwise you must redraw. There is NO exception for this rule.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Before I continue with GME, I would like to shed more light on my </w:t>
      </w:r>
      <w:hyperlink r:id="rId1300">
        <w:r>
          <w:rPr>
            <w:rFonts w:ascii="Calibri" w:hAnsi="Calibri"/>
            <w:sz w:val="20"/>
            <w:color w:val="FFFFFF"/>
            <w:u/>
          </w:rPr>
          <w:t>$SPY analysis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. I still hold my 432 top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target, I just want to go a bit deeper in the analysis. I was considering making another youtube video so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could see how I analyze and draw targets, but I'll save that for another time. I do want to thank you </w:t>
      </w:r>
    </w:p>
    <w:p>
      <w:pPr>
        <w:keepLines w:val="0"/>
        <w:widowControl w:val="0"/>
        <w:spacing w:before="59" w:after="0" w:lineRule="exact" w:line="252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for the insane amount of support on my first (and only)  </w:t>
      </w:r>
      <w:hyperlink r:id="rId1301">
        <w:r>
          <w:rPr>
            <w:rFonts w:ascii="Calibri" w:hAnsi="Calibri"/>
            <w:sz w:val="20"/>
            <w:color w:val="00B0F0"/>
            <w:u/>
          </w:rPr>
          <w:t xml:space="preserve">GME SPY EW video </w:t>
        </w:r>
      </w:hyperlink>
      <w:hyperlink r:id="rId1301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what I see on a 4hr view: </w:t>
      </w:r>
    </w:p>
    <w:p>
      <w:bookmarkStart w:id="616" w:name="pg615"/>
      <w:pPr>
        <w:keepLines w:val="0"/>
        <w:pageBreakBefore/>
        <w:widowControl w:val="0"/>
        <w:spacing w:before="0" w:after="0"/>
        <w:jc w:val="center"/>
      </w:pPr>
      <w:bookmarkEnd w:id="616"/>
      <w:r>
        <w:drawing>
          <wp:inline xmlns:a="http://schemas.openxmlformats.org/drawingml/2006/main" xmlns:pic="http://schemas.openxmlformats.org/drawingml/2006/picture">
            <wp:extent cx="5943600" cy="3054985"/>
            <wp:docPr id="442" name="Picture 4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49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4hr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Monthly: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57525"/>
            <wp:docPr id="443" name="Picture 4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7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Monthly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Without a doubt, SPY is ridiculously extended to the upside.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we will see 436 hit in the near future at the very least, highly doubt much more upside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there. My reasoning for this is remember that EW is a fractal trading strategy, meaning targets on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smaller timeframe line up to form larger time frame targets. </w:t>
      </w:r>
    </w:p>
    <w:p>
      <w:bookmarkStart w:id="617" w:name="pg616"/>
      <w:pPr>
        <w:keepLines w:val="0"/>
        <w:pageBreakBefore/>
        <w:widowControl w:val="0"/>
        <w:spacing w:before="0" w:after="0"/>
        <w:jc w:val="center"/>
      </w:pPr>
      <w:bookmarkEnd w:id="617"/>
      <w:r>
        <w:drawing>
          <wp:inline xmlns:a="http://schemas.openxmlformats.org/drawingml/2006/main" xmlns:pic="http://schemas.openxmlformats.org/drawingml/2006/picture">
            <wp:extent cx="5943600" cy="3013710"/>
            <wp:docPr id="444" name="Picture 4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3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visualized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see the 5 wave structure from the recent lowest low, normally wave 4 can't retrace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territory of 1, however keep in mind the overarching wave is a 5, meaning 4 CAN retrace into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territory of 1. This trips a lot of new EW traders up as they don't understand the rule of </w:t>
      </w:r>
      <w:r>
        <w:rPr>
          <w:rFonts w:ascii="Cambria" w:hAnsi="Cambria"/>
          <w:b/>
          <w:i w:val="0"/>
          <w:color w:val="FFFFFF"/>
          <w:sz w:val="20"/>
          <w:u w:val="none"/>
        </w:rPr>
        <w:t>diagonals.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regardless, wave 5 usually targets .618 - .786 of 1. the .618 level of this move comes out to 436,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bigger cycle 5 next target comes out to 436 as well (1:1 level, yellow).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 extension of above .786 for a wave 5 is considered to be extended for what it's worth. The yellow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trajectory I drew is </w:t>
      </w:r>
      <w:r>
        <w:rPr>
          <w:rFonts w:ascii="Cambria" w:hAnsi="Cambria"/>
          <w:b/>
          <w:i w:val="0"/>
          <w:color w:val="FFFFFF"/>
          <w:sz w:val="20"/>
          <w:u w:val="none"/>
        </w:rPr>
        <w:t>only for visualization purposes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in no way is saying this is exactly how SPY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play out in relation to price/time.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reason I'm talking so much about SPY here is because GME and a little something called negative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beta. in short, market go down, GME go up, and vise vera, though correlation does not mean causation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time. The market being near the top and GME near/at the bottom of the trend is interesting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compare the two, and the supposed trajectory of each from hereon out using EW: </w:t>
      </w:r>
    </w:p>
    <w:p>
      <w:bookmarkStart w:id="618" w:name="pg617"/>
      <w:pPr>
        <w:keepLines w:val="0"/>
        <w:pageBreakBefore/>
        <w:widowControl w:val="0"/>
        <w:spacing w:before="0" w:after="0"/>
        <w:jc w:val="center"/>
      </w:pPr>
      <w:bookmarkEnd w:id="618"/>
      <w:r>
        <w:drawing>
          <wp:inline xmlns:a="http://schemas.openxmlformats.org/drawingml/2006/main" xmlns:pic="http://schemas.openxmlformats.org/drawingml/2006/picture">
            <wp:extent cx="5943600" cy="3067050"/>
            <wp:docPr id="445" name="Picture 4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visualized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do note the white lines on SPY are only for visualization purposes, see my SPY DD for in depth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retracement targets for our seemingly imminent bear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SPY near top and GME near bottom, hmmmm...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terms of GME downside should this not be the bottom, super dumbed down, here's the channel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traveling in with fib dates worth keeping an eye on: </w:t>
      </w:r>
    </w:p>
    <w:p>
      <w:pPr>
        <w:keepLines w:val="0"/>
        <w:widowControl w:val="0"/>
        <w:spacing w:before="311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44190"/>
            <wp:docPr id="446" name="Picture 4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4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channel in red, time extensions colorful </w:t>
      </w:r>
    </w:p>
    <w:p>
      <w:bookmarkStart w:id="619" w:name="pg61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1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Fibonacci time extensions can also be used to predict when a wave will change trajectory. In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scenario, I measured the length of the 1 (from 113 to 344) to get fibonacci numbers in relation to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period. Stocks often need to cool off/consolidate after big moves before continuing the original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trajectory. Totally normal in the stock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However, given that GME is incredibly manipulated, take these fib dates with a grain of salt. I personally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use them often with GME, though on other tickers I have found it to be quite profitable. Not that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endorse GME day trading at all, because you shouldn't, though when trading NORMAL (key word)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tickers, Ideally, when swing trading, you load a full position a bit after the first upwards move, and 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fib time extensions to predict when the corrective wave will end.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this scenario, the 38.2 time extension comes out to tomorrow, which signals a </w:t>
      </w:r>
      <w:r>
        <w:rPr>
          <w:rFonts w:ascii="Cambria" w:hAnsi="Cambria"/>
          <w:b/>
          <w:i w:val="0"/>
          <w:color w:val="FFFFFF"/>
          <w:sz w:val="20"/>
          <w:u w:val="none"/>
        </w:rPr>
        <w:t>potential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reversal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coming tomorrow. Wednesday is also notorious for erratic GME movement, so stay buckled up!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What's realllllllly fucking interesting is the 50% time extension comes on the notorious 7/14 date.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I want you to take away from the above visual is in the event that our reversal doesn't begin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tomorrow from today's low, lower bound of the channel comes out to around 175. Just keep an eye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level for some insane cheapies if Shitadel decides to abusively press the short button.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 in all, GME is incredible bullish and those that hodl through this wave 2 will be handsomely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rewarded. This I can guarantee. Fibs don't lie.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make's me think today COULD be the low is, you guessed it, significant fib levels. This time,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measured the low of february to the high of march (second highest degree of waves), visualized: </w:t>
      </w:r>
    </w:p>
    <w:p>
      <w:pPr>
        <w:keepLines w:val="0"/>
        <w:widowControl w:val="0"/>
        <w:spacing w:before="626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91815"/>
            <wp:docPr id="447" name="Picture 4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1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4hr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Fib level? 193.5. Today's low? 193.71.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close to .69 :') </w:t>
      </w:r>
    </w:p>
    <w:p>
      <w:bookmarkStart w:id="620" w:name="pg61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2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Until we have significant upwards pressure, I won't have narrowed down smaller timeframe upside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targets, but larger timeframe targets are still valid. It will be very hard to break the overarching setup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shorts.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out. Thanks for reading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🍌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to go get high af and stare at fib levels some more.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TLDR: Boom soon, Market near/at peak, GME at/near bottom, negative beta, GME to 8+ figures is not a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meme and will happen if you believe and hodl for it. I know I will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SRO Filings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Recently there has been a screenshot of a NYSE SRO filing being circulated purporting to show that NYSE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"suspending a ton of dark pool groups." Or that NYSE is appealing an SEC ruling or something like that.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to start, NYSE has nothing to do with dark pools. NYSE is a lit exchange regulated under the Exchange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Act, while dark pools are "Alternative Trading Systems" regulated completely differently (a combination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the SEC and FINRA). The filing, which is available here has a much more relevant excerpt that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obviously not included in the original tweet: </w:t>
      </w:r>
    </w:p>
    <w:p>
      <w:bookmarkStart w:id="621" w:name="pg620"/>
      <w:pPr>
        <w:keepLines w:val="0"/>
        <w:pageBreakBefore/>
        <w:widowControl w:val="0"/>
        <w:spacing w:before="0" w:after="0"/>
        <w:jc w:val="center"/>
      </w:pPr>
      <w:bookmarkEnd w:id="621"/>
      <w:r>
        <w:drawing>
          <wp:inline xmlns:a="http://schemas.openxmlformats.org/drawingml/2006/main" xmlns:pic="http://schemas.openxmlformats.org/drawingml/2006/picture">
            <wp:extent cx="5943600" cy="4446904"/>
            <wp:docPr id="448" name="Picture 4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6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5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what happened. Certain rule changes by exchanges are "immediately effective" - the rule change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takes effect when the exchange lets the SEC know, because the exchange deems the rule change non-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controversial. I won't get into whether this should even exist as an option here, it's a long and conflicted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story.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NYSE filed a change to co-location as immediately effective, and several clients of the NYSE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contracted to receive the service. The SEC then decided that the rule change was not ok, and told NYSE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couldn't do it. NYSE is asking the SEC to allow them to provide the service while those clients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transition off of it, because those clients (including other exchanges) likely rely on it for their NYSE data.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09">
        <w:r>
          <w:rPr>
            <w:rFonts w:ascii="Cambria" w:hAnsi="Cambria"/>
            <w:sz w:val="20"/>
            <w:color w:val="FFFFFF"/>
            <w:u/>
          </w:rPr>
          <w:t xml:space="preserve">If you're interested in reading SRO files, you can find them here: https://www.sec.gov/rules/sro.shtml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used to read every single SRO filing every money, and it was the best way to deeply learn about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structure. They're incredibly boring and written in obtuse legalese, but once you learn to read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you'll learn a lot.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entire SRO status is frankly crazy, and I touched on it in my AMA. Wall St is the only industry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you have for-profit, publicly traded, self-regulatory organizations. An SRO is supposed to be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quasi-governmental entity that regulates itself, and that balances the for-profit motive with a duty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build and maintain fair and efficient markets. If that sounds as absurd to you as it does to me, welcome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modern market structure. </w:t>
      </w:r>
    </w:p>
    <w:p>
      <w:pPr>
        <w:keepLines w:val="0"/>
        <w:widowControl w:val="0"/>
        <w:spacing w:before="313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622" w:name="pg621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622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A revisit to Net Capital. What is truly driving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these T+21 loops, the March and June gamma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runs, and how skyrocketing ETF FTDs might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cause big price movements in the coming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weeks.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8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0. Preface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 well, I think it's time to revisit an old topic. Net Capital. I posted about this in the past and for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reason gave up on it. I can now provide </w:t>
      </w:r>
      <w:r>
        <w:rPr>
          <w:rFonts w:ascii="Cambria" w:hAnsi="Cambria"/>
          <w:b/>
          <w:i w:val="0"/>
          <w:color w:val="FFFFFF"/>
          <w:sz w:val="20"/>
          <w:u w:val="none"/>
        </w:rPr>
        <w:t>counter DD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>to my own T+21/T+35 theory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- I am not a financial advisor and I do not provide financial advice! Everything in here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based on research and discussion with others on the topics. As always, do your own research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criticize. Take my opinions with a grain of salt.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Wanting to revisit the Net Capital topic was a few things. There were posts about ETF FTDs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spiking </w:t>
      </w:r>
      <w:r>
        <w:rPr>
          <w:rFonts w:ascii="Cambria" w:hAnsi="Cambria"/>
          <w:b/>
          <w:i w:val="0"/>
          <w:color w:val="FFFFFF"/>
          <w:sz w:val="20"/>
          <w:u w:val="none"/>
        </w:rPr>
        <w:t>severely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of May 12th - even more than the highest peaks of January. I had my own doubts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over time of how we could possibly have multiple cycles overlapping, when it felt more like there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only a single cycle. And of course, some people commented and/or posted counter DD! Which I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awesome, it's always good to provide counter DD.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Kenny and his gang love to continue digging a hole for themselves - while the whole financial world tries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desperately to contain this potential market crash from coming to fruition.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shorts and Reverse Repo Market go </w:t>
      </w:r>
      <w:r>
        <w:rPr>
          <w:rFonts w:ascii="Cambria" w:hAnsi="Cambria"/>
          <w:b/>
          <w:i w:val="0"/>
          <w:color w:val="FFFFFF"/>
          <w:sz w:val="20"/>
          <w:u w:val="none"/>
        </w:rPr>
        <w:t>brrrrrrrr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TLDR: Sorry I'm too lazy right now. About to post this and go to sleep. </w:t>
      </w: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😎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23" w:name="pg622"/>
      <w:pPr>
        <w:keepLines w:val="0"/>
        <w:pageBreakBefore/>
        <w:widowControl w:val="0"/>
        <w:spacing w:before="0" w:after="0"/>
        <w:jc w:val="center"/>
      </w:pPr>
      <w:bookmarkEnd w:id="623"/>
      <w:r>
        <w:drawing>
          <wp:inline xmlns:a="http://schemas.openxmlformats.org/drawingml/2006/main" xmlns:pic="http://schemas.openxmlformats.org/drawingml/2006/picture">
            <wp:extent cx="5943600" cy="5421629"/>
            <wp:docPr id="449" name="Picture 4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16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Kenny And The Boys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previous post about Net Capital was thinking that we'd see significant price movement T+14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April 16th options expirations. That didn't happen, so I tossed it out of the window. (Criand,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dumb bitch)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then led me down the path of the T+21 Loop Missing Link. It got pretty popular. It's the whole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T+21/T+35 conjunction theory that occurred May 24th and May 25th. While it definitely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appears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right, </w:t>
      </w:r>
      <w:r>
        <w:rPr>
          <w:rFonts w:ascii="Cambria" w:hAnsi="Cambria"/>
          <w:b/>
          <w:i w:val="0"/>
          <w:color w:val="FFFFFF"/>
          <w:sz w:val="20"/>
          <w:u w:val="none"/>
        </w:rPr>
        <w:t>I have been doubting it ever since May 24th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Especially after a courageous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 u/dentisttftposted the Counter DD to T+21 theory. T+35 (May 24th) didn't have significant enough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movement. If it truly was a new T+35 initiating a loop, then it should have exploded up in price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24th. And for that, I think it's time to put that theory to bed. </w:t>
      </w:r>
    </w:p>
    <w:p>
      <w:bookmarkStart w:id="624" w:name="pg62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24"/>
      <w:r>
        <w:rPr>
          <w:rFonts w:ascii="Cambria" w:hAnsi="Cambria"/>
          <w:b/>
          <w:i w:val="0"/>
          <w:color w:val="FFFFFF"/>
          <w:sz w:val="20"/>
          <w:u w:val="none"/>
        </w:rPr>
        <w:t>The counter DD that</w:t>
      </w:r>
      <w:hyperlink r:id="rId505">
        <w:r>
          <w:rPr>
            <w:rFonts w:ascii="Cambria" w:hAnsi="Cambria"/>
            <w:sz w:val="20"/>
            <w:color w:val="FFFFFF"/>
            <w:u/>
          </w:rPr>
          <w:t xml:space="preserve"> /u/dentisttft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posted is excellent and you should definitely take a look. If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post is wrong,</w:t>
      </w:r>
      <w:hyperlink r:id="rId505">
        <w:r>
          <w:rPr>
            <w:rFonts w:ascii="Cambria" w:hAnsi="Cambria"/>
            <w:sz w:val="20"/>
            <w:color w:val="FFFFFF"/>
            <w:u/>
          </w:rPr>
          <w:t xml:space="preserve"> /u/dentisttft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still proposes another possibility: that T+35 from the FTD spike could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initiate buy pressure around June 17th.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 since the counter DD, I decided to revisit Net Capital since that is what /u/keijikage brought to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attention so many weeks ago. Very smart guy by the way! Always very knowledgeable and provides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amazing discussion!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Looking back on Net Capital now, especially with the ETF FTD spike that occurred on May 12th, it might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finally paint the picture as to what has been going on this whole time with the "T+21 cycle", the March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Gamma Ramp, and the June Gamma Ramp.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1. GME FTDs, ETF FTDs, Massive Resurgence Started May 12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I want to discuss ETF FTDs, as something absolutely wild occurred in May. Note that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the full months FTD data yet. The SEC releases the data in first half and second half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 reports. So, it cuts off quite conveniently when FTDs began to go haywire.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2">
        <w:r>
          <w:rPr>
            <w:rFonts w:ascii="Cambria" w:hAnsi="Cambria"/>
            <w:sz w:val="20"/>
            <w:color w:val="FFFFFF"/>
            <w:u/>
          </w:rPr>
          <w:t xml:space="preserve">For a while now it's been theorized (with some pretty damn good evidence) that ETFs containing GME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been heavily shorted. Supposedly they will short the ETF, buy up all of the other stocks in the ETF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were shorted, but leave GME alone. There's a net 0 effect on the other stocks but a net short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GME. This then starts to cause ETF FTD anomalies which they also try to suppress, but they can't hide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forever. Because it appears that as of May 12th, these FTDs have begun to spill out of hiding.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3">
        <w:r>
          <w:rPr>
            <w:rFonts w:ascii="Cambria" w:hAnsi="Cambria"/>
            <w:sz w:val="20"/>
            <w:color w:val="FFFFFF"/>
            <w:u/>
          </w:rPr>
          <w:t xml:space="preserve">u/basketas87 posted about this surge of ETF FTDs in "New data shows a large increase of ETF FTDs":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687445"/>
            <wp:docPr id="450" name="Picture 4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74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Price Vs. GME FTDs and ETF FTDs (which contain GME); Source: /u/basketas87 </w:t>
      </w:r>
    </w:p>
    <w:p>
      <w:bookmarkStart w:id="625" w:name="pg62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2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can immediately see the ETF FTDs absolutely </w:t>
      </w:r>
      <w:r>
        <w:rPr>
          <w:rFonts w:ascii="Cambria" w:hAnsi="Cambria"/>
          <w:b/>
          <w:i w:val="0"/>
          <w:color w:val="FFFFFF"/>
          <w:sz w:val="20"/>
          <w:u w:val="none"/>
        </w:rPr>
        <w:t>SKYROCKETED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just before the cutoff of the SEC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bi-monthly report.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We don't even know how high this has gone in the following days or if its come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crashing back down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Remember - these are aggregate. We don't sum up the FTDs between dates.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Whatever the number is upon a date is the current total of FTDs reported.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 date-by-date tracking for these FTDs between January and the end of March, /u/broccaaaprovided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5">
        <w:r>
          <w:rPr>
            <w:rFonts w:ascii="Cambria" w:hAnsi="Cambria"/>
            <w:sz w:val="20"/>
            <w:color w:val="FFFFFF"/>
            <w:u/>
          </w:rPr>
          <w:t xml:space="preserve">an excellent chart in "The naked shorting scam using ETFs: mass shifting of FTDs from GME to 20+ ETFs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565">
        <w:r>
          <w:rPr>
            <w:rFonts w:ascii="Cambria" w:hAnsi="Cambria"/>
            <w:sz w:val="20"/>
            <w:color w:val="FFFFFF"/>
            <w:u/>
          </w:rPr>
          <w:t xml:space="preserve">&amp; 27+ billion dollars still owed in remaining SI". This gives us an easier look at the exact dates when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spiked earlier in the year.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selected GME and 19 ETFs containing GME. I chose to only look at the ETFs that contain the most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and had large numbers of FTDs in 2021. - /u/broccaaa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75535"/>
            <wp:docPr id="451" name="Picture 4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5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Aggregate FTDs for GME; GME and ETFs; Source: /u/broccaaa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notable aggregate FTD dates from this chart: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29th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2nd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18th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of course, the latest absolutely insane </w:t>
      </w:r>
      <w:r>
        <w:rPr>
          <w:rFonts w:ascii="Cambria" w:hAnsi="Cambria"/>
          <w:b/>
          <w:i w:val="0"/>
          <w:color w:val="FFFFFF"/>
          <w:sz w:val="20"/>
          <w:u w:val="none"/>
        </w:rPr>
        <w:t>May 12th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Once again, we don't even know what the FTD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numbers are for the second half of May. It could very well be much higher.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2. Net Capital And Market Makers; Citadel's Can-Kicked Bag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 Capital is detailed out in this post but I will do a quick summary. It revolves around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567">
        <w:r>
          <w:rPr>
            <w:rFonts w:ascii="Cambria" w:hAnsi="Cambria"/>
            <w:sz w:val="20"/>
            <w:color w:val="FFFFFF"/>
            <w:u/>
          </w:rPr>
          <w:t xml:space="preserve">Requirements For Brokers or Dealers - 240.15c3-1: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...is designed to ensure that a broker-dealer holds, at all times, more than one dollar of highly liquid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assets for each dollar of liabilities (e.g., money owed to customers and counterparties), excluding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liabilities that are subordinated to all other creditors by contractual agreement. The premise underlying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net capital rule is that if a broker-dealer fails, it should be in a position to meet all unsubordinated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obligations to customers and counterparties and generate resources sufficient to wind down its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operations in an orderly manner without the need of a formal proceeding... </w:t>
      </w:r>
    </w:p>
    <w:p>
      <w:bookmarkStart w:id="626" w:name="pg625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26"/>
      <w:r>
        <w:rPr>
          <w:rFonts w:ascii="Cambria" w:hAnsi="Cambria"/>
          <w:b w:val="0"/>
          <w:i w:val="0"/>
          <w:color w:val="FFFFFF"/>
          <w:sz w:val="20"/>
          <w:u w:val="none"/>
        </w:rPr>
        <w:t>...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 broker-dealer must ensure that its actual net capital exceeds its required minimum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capital at all times.</w:t>
      </w:r>
      <w:hyperlink r:id="rId568">
        <w:r>
          <w:rPr>
            <w:rFonts w:ascii="Cambria" w:hAnsi="Cambria"/>
            <w:sz w:val="20"/>
            <w:color w:val="FFFFFF"/>
            <w:u/>
          </w:rPr>
          <w:t xml:space="preserve"> - Source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in other words, you must have enough capital to not be "margin-called". In this case, Citadel is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prime victim to this rule as they are a Market Maker and must sustain enough net capital to not go bust.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they do not, they're a risk to their customers and counterparties. This rule tries to ensure that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enough money to pay up in the event of a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very interesting part of this rule comes down to how they're calculating Net Capital in regards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short securities: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886585"/>
            <wp:docPr id="452" name="Picture 4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Net Capital Rule; Short Securities Deduction From Net Capital Per "Days After Discovery"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this basically means is that after the short security difference is found to be unresolved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discovery (think FTD popping up is the "discovery"), then it's going to slowly start eating away at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 capital the longer it remains unresolved/undelivered: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0 after discovery = 0%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7 after discovery = 25%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14 after discovery = 50%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21 after discovery = 75% of the unresolved short security is calculated into their net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 28 after discovery = 100% of the unresolved short security is calculated into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you have these debts accounted for into your net capital, it is taking away that value, because it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short difference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owe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As the days go by, net capital starts chunking down. So, if you have a rather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large short security difference discovered one day (such as May 12th) then you want to resolve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quickly or risk defaulting.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you find a way to stuff the unresolved shorts back under the rug? Do you deliver and force buy-ins?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Both? That appears to be the loop they've been stuck in, which slowly bumps the price floor upward.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You'll notice that there's a familiar number in there. </w:t>
      </w:r>
      <w:r>
        <w:rPr>
          <w:rFonts w:ascii="Cambria" w:hAnsi="Cambria"/>
          <w:b/>
          <w:i w:val="0"/>
          <w:color w:val="FFFFFF"/>
          <w:sz w:val="20"/>
          <w:u w:val="none"/>
        </w:rPr>
        <w:t>Day 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T+21? Oooh. Tasty. </w:t>
      </w:r>
      <w:r>
        <w:rPr>
          <w:rFonts w:ascii="Cambria" w:hAnsi="Cambria"/>
          <w:b/>
          <w:i w:val="0"/>
          <w:color w:val="FFFFFF"/>
          <w:sz w:val="20"/>
          <w:u w:val="none"/>
        </w:rPr>
        <w:t>Here we go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627" w:name="pg62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2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total timeframe for Net Capital is 28 days, but Citadel most likely cannot allow the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threshold to go past 75%. They must kick-the-can and force buy-ins on or before T+7, T+14, T+21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complete the entire process by the net 75% threshold of T+21. They can't risk it going to 100% or else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they'll most likely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Wham, bam, the T+21 loop ignites itself continuously.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3. Plotting The Net Capital Loop - The Counter of T+21 and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T+35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major option dates still play a big role. But I don't think T+35 theory is what's really applying here.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are "major options"? These are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only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options that were available for the year 2021 back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early 2020. These are the option dates that were most likely opened up initially by shorters at the start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COVID. Perfect time to place bets and start their kill shot on GameStop: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15, 2021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April 16, 2021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16, 2021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Upon expiration, unrealized losses now became realized losses, and their overall capital receives a dent.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most likely gets harder to hide FTDs and hide them under the rug.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know the most curious thing?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Posts about Citadel working the night-shift started just after April 16th options expirations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That's also right around when Bank of America shut down a bunch of their locations. I won't buy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their excuses. Bank of America looks like they're a bag holder and is freaking out too.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Something big had to of happened as of April 16th, and it's most likely that they had a huge dent in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that is now causing a slow bleed-out of FTDs that they've hidden, which then must be satisfied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the Net Capital timeframe of T+7, T+14, T+21, T+28, or else they can go net negative and default.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of course, following April 16 options expirations, the ETF FTDs start to skyrocket on May 12th.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main intuition is that they were unable to hide these any more and they have started to spill out. Ruh-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First, I'll plot out the T+21 Net Capital loop so that it isn't </w:t>
      </w:r>
      <w:r>
        <w:rPr>
          <w:rFonts w:ascii="Cambria" w:hAnsi="Cambria"/>
          <w:b/>
          <w:i w:val="0"/>
          <w:color w:val="FFFFFF"/>
          <w:sz w:val="20"/>
          <w:u w:val="none"/>
        </w:rPr>
        <w:t>too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cluttered: </w:t>
      </w:r>
    </w:p>
    <w:p>
      <w:bookmarkStart w:id="628" w:name="pg627"/>
      <w:pPr>
        <w:keepLines w:val="0"/>
        <w:pageBreakBefore/>
        <w:widowControl w:val="0"/>
        <w:spacing w:before="0" w:after="0"/>
        <w:jc w:val="center"/>
      </w:pPr>
      <w:bookmarkEnd w:id="628"/>
      <w:r>
        <w:drawing>
          <wp:inline xmlns:a="http://schemas.openxmlformats.org/drawingml/2006/main" xmlns:pic="http://schemas.openxmlformats.org/drawingml/2006/picture">
            <wp:extent cx="5943600" cy="4534534"/>
            <wp:docPr id="453" name="Picture 4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4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Plotted Net Capital "T+21" Cycle, December 22 to July 26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Upon December 22, the clock starts ticking. It's possible that at this point the price was too high for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</w:t>
      </w:r>
      <w:r>
        <w:rPr>
          <w:rFonts w:ascii="Cambria" w:hAnsi="Cambria"/>
          <w:b/>
          <w:i w:val="0"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worry about Net Capital any more, and they had to start can-kicking and forced buy-ins.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loop is separated T+21 because it appears that they cannot sustain higher than the 75% threshold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each time. You can see the T+21 loop we're familiar with, starting December 22, and then traveling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January 25, February 24, March 25, April 26, May 25. And potentially continuing on to June 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July 26. [The next two dates if any apes are curious].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get a closer look of the potential effects of the various Threshold amounts (T+7 (25%), T+14 (50%),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T+21 (75%)) I've zoomed in on March 25th to May 25th. </w:t>
      </w:r>
      <w:r>
        <w:rPr>
          <w:rFonts w:ascii="Cambria" w:hAnsi="Cambria"/>
          <w:b/>
          <w:i w:val="0"/>
          <w:color w:val="FFFFFF"/>
          <w:sz w:val="20"/>
          <w:u w:val="none"/>
        </w:rPr>
        <w:t>ENHANCE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! </w:t>
      </w:r>
    </w:p>
    <w:p>
      <w:bookmarkStart w:id="629" w:name="pg628"/>
      <w:pPr>
        <w:keepLines w:val="0"/>
        <w:pageBreakBefore/>
        <w:widowControl w:val="0"/>
        <w:spacing w:before="0" w:after="0"/>
        <w:jc w:val="center"/>
      </w:pPr>
      <w:bookmarkEnd w:id="629"/>
      <w:r>
        <w:drawing>
          <wp:inline xmlns:a="http://schemas.openxmlformats.org/drawingml/2006/main" xmlns:pic="http://schemas.openxmlformats.org/drawingml/2006/picture">
            <wp:extent cx="5943600" cy="4514215"/>
            <wp:docPr id="454" name="Picture 4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Plotted Net Capital "T+21" Cycle, March 25 to May 25, Price Spikes Prior to Each Threshold (T+7, T+14) Date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above it's </w:t>
      </w:r>
      <w:r>
        <w:rPr>
          <w:rFonts w:ascii="Cambria" w:hAnsi="Cambria"/>
          <w:b/>
          <w:i w:val="0"/>
          <w:color w:val="FFFFFF"/>
          <w:sz w:val="20"/>
          <w:u w:val="none"/>
        </w:rPr>
        <w:t>unlikely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there is a chance that they have too many FTDs to shuffle around by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time Net Capital 25% (T+7) Threshold hits. This could initiate some buy-in pressure on or before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date, typically the day before, as outlined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light green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circle. The day before because they don't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those positions to be 50% upon the next day. They must be resolved </w:t>
      </w:r>
      <w:r>
        <w:rPr>
          <w:rFonts w:ascii="Cambria" w:hAnsi="Cambria"/>
          <w:b/>
          <w:i w:val="0"/>
          <w:color w:val="FFFFFF"/>
          <w:sz w:val="20"/>
          <w:u w:val="none"/>
        </w:rPr>
        <w:t>BEFORE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also </w:t>
      </w:r>
      <w:r>
        <w:rPr>
          <w:rFonts w:ascii="Cambria" w:hAnsi="Cambria"/>
          <w:b/>
          <w:i w:val="0"/>
          <w:color w:val="FFFFFF"/>
          <w:sz w:val="20"/>
          <w:u w:val="none"/>
        </w:rPr>
        <w:t>unlikely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but a greater chance that they have too many FTDs to shuffle around by the time Net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Capital 50% (T+14) Threshold hits. This again could initiate some buy-in pressure on or before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date, typically the day before, as outlined in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blue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circle.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And of course upon Net Capital 75% (T+21) Threshold, they must complete their rug-hiding and/or buy-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 to avoid going Net Negative. It is possible that the rug-hiding and buy-ins are in conjunction with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another, slowly increasing the price floor, and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between each threshold they try to short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stock more to push down the price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Looping back to Section 1 when we identified the major FTD dates: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29th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2nd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18th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4.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 12th </w:t>
      </w:r>
    </w:p>
    <w:p>
      <w:bookmarkStart w:id="630" w:name="pg62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3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There's a potential relationship to be seen with these insane FTD dates. Now this chart I'm about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 is highly speculative. I'm unsure if the Net Capital loop initiates upon the FTD spikes (though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certainly should, per Net Capital rule, because that would be when they are "discovered").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say I'm unsure because I only see one data point here so far and somewhat of a second data point from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run-up we've been seeing the past few days.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39615"/>
            <wp:docPr id="455" name="Picture 4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Plotted Net Capital "T+21" Cycle, December 22 to July 26, and FTD Spike Relationship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 above picture, look at January 29th's FTD spike. Plotting the full 28 days of Net Capital out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100% of the debts would be accounted for, that lands it on March 11th. They want to resolve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</w:t>
      </w:r>
      <w:r>
        <w:rPr>
          <w:rFonts w:ascii="Cambria" w:hAnsi="Cambria"/>
          <w:b/>
          <w:i w:val="0"/>
          <w:color w:val="FFFFFF"/>
          <w:sz w:val="20"/>
          <w:u w:val="none"/>
        </w:rPr>
        <w:t>before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March 11th, while the debts are still 75% accounted for. Remember that date? March 10th?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sure do. This </w:t>
      </w:r>
      <w:r>
        <w:rPr>
          <w:rFonts w:ascii="Cambria" w:hAnsi="Cambria"/>
          <w:b/>
          <w:i w:val="0"/>
          <w:color w:val="FFFFFF"/>
          <w:sz w:val="20"/>
          <w:u w:val="none"/>
        </w:rPr>
        <w:t>could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why we saw the price spike, and why T+35 is incorrect in theory. But, it appears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major option dates still play a role, because of the May 12th FTD spike that just occurred,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followed April 16th options. Likewise, the January 15th options may have initiated the FTD spikes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around January 29th and February 2nd.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same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situation occurs due to the May 12th FTDs, then plotting out the full 28 days of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lands us on June 22nd. </w:t>
      </w:r>
      <w:r>
        <w:rPr>
          <w:rFonts w:ascii="Cambria" w:hAnsi="Cambria"/>
          <w:b/>
          <w:i w:val="0"/>
          <w:color w:val="FFFFFF"/>
          <w:sz w:val="20"/>
          <w:u w:val="none"/>
        </w:rPr>
        <w:t>If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these FTDs initiated Net Capital T+0 upon May 12th, then things could get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crazy on or before June 22nd. </w:t>
      </w:r>
    </w:p>
    <w:p>
      <w:bookmarkStart w:id="631" w:name="pg63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31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is very possible that the run-up from May 25th to June 8th was all due to this new set of FTDs,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had to start buy-ins on or before T+14 and T+21 from May 12th due to the sheer amount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unresolved shorts that were eating away at their Net Capital. If the FTDs aren't fully hidden again or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buy-ins aren't complete, there's still T+28 to look towards, which lands on </w:t>
      </w:r>
      <w:r>
        <w:rPr>
          <w:rFonts w:ascii="Cambria" w:hAnsi="Cambria"/>
          <w:b/>
          <w:i w:val="0"/>
          <w:color w:val="FFFFFF"/>
          <w:sz w:val="20"/>
          <w:u w:val="none"/>
        </w:rPr>
        <w:t>June 22nd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They would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to hide these FTDs again and/or buy-in on or before June 22nd. This would keep in line with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March 10th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could also very well explain what was going on with AMC. (Don't freak out on me yet, I love looking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AMC because it's very good analysis to track. It's been following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same exact T+21 pattern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GME)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4. AMC Behavior - Given Up On By Shorts? Too Expensive To </w:t>
      </w:r>
    </w:p>
    <w:p>
      <w:pPr>
        <w:keepLines w:val="0"/>
        <w:widowControl w:val="0"/>
        <w:spacing w:before="22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Juggle With GME?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AMC has gone on an absolute RUN. It increased nearly 70% in one day. Take a look at the following chart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that you know about Net Capital and the different T+7, T+14, T+21, T+28 Thresholds: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561204"/>
            <wp:docPr id="456" name="Picture 4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1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AMC Behavior from May 12th to June 24th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Damn. Did they just GIVE UP on AMC and decide that it's too much to deal with? Do they not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 capital to deal with both GME and AMC (and possibly other short meme stocks)? I think so, </w:t>
      </w:r>
    </w:p>
    <w:p>
      <w:bookmarkStart w:id="632" w:name="pg63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3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this lines up quite well. They had to fix Net Capital for AMC by T+7 (25%) Threshold on June 4th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probably because it was too expensive to handle alongside GME, and GME is the one they </w:t>
      </w:r>
      <w:r>
        <w:rPr>
          <w:rFonts w:ascii="Cambria" w:hAnsi="Cambria"/>
          <w:b/>
          <w:i w:val="0"/>
          <w:color w:val="FFFFFF"/>
          <w:sz w:val="20"/>
          <w:u w:val="none"/>
        </w:rPr>
        <w:t>really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keep their ammo for.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T+7 and T+14, they of course short some more, trying to pull the price down in preparation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next Threshold cycle of T+14, which will probably cause an equivalent or greater amount of buy-ins.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This lands on... June 15th. And if it's like previous cycles, that would imply that they want to do the buy-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 by June 14th (next Monday) to avoid those unresolved shorts hitting the next threshold amount. Big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spike coming again?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 then, the current T+21 cycle isn't over. The threshold of 75% doesn't land until June 24th,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things very likely will continue to spike upward with an equivalent or greater spike of the run before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T+7 (25%) Threshold.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truly think that they've put all of their effort into containing GME and have more or less "given up"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AMC because it's not as big of a deal to them. That's why it's mooning like crazy while GME is taking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little time to wake up.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5. GME Behavior - Shorts Holding On As Long As They Can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same exact timeframe of AMC, let's finally look at GME and the current cycle going on. The ETF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FTDs from May 12th line up T+28 (100% Net Capital Threshold) on June 22nd. Again, </w:t>
      </w:r>
      <w:r>
        <w:rPr>
          <w:rFonts w:ascii="Cambria" w:hAnsi="Cambria"/>
          <w:b/>
          <w:i w:val="0"/>
          <w:color w:val="FFFFFF"/>
          <w:sz w:val="20"/>
          <w:u w:val="none"/>
        </w:rPr>
        <w:t>if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Net Capital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loop initiated upon that FTD spike, then things could get absolutely wild on or just before June 22nd.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Otherwise, it might just be the standard T+21 Net Capital loop, which has that extra pressure from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ETF FTDs, where the Net Capital loop initiated on May 25th, and ends on June 24th. </w:t>
      </w:r>
    </w:p>
    <w:p>
      <w:bookmarkStart w:id="633" w:name="pg632"/>
      <w:pPr>
        <w:keepLines w:val="0"/>
        <w:pageBreakBefore/>
        <w:widowControl w:val="0"/>
        <w:spacing w:before="0" w:after="0"/>
        <w:jc w:val="center"/>
      </w:pPr>
      <w:bookmarkEnd w:id="633"/>
      <w:r>
        <w:drawing>
          <wp:inline xmlns:a="http://schemas.openxmlformats.org/drawingml/2006/main" xmlns:pic="http://schemas.openxmlformats.org/drawingml/2006/picture">
            <wp:extent cx="5943600" cy="4499609"/>
            <wp:docPr id="457" name="Picture 4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9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GME Behavior from May 12th to June 24th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time of T+7 (25% Threshold), it appears that they really needed to apply some buy-ins, and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started to rise quite significantly. Just like AMC, but not as extreme, because they want to put all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energy into keeping this bad boy from popping off.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Once again... take a look when T+14 (50% Threshold) will hit. June 15th. From the above analysis,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buy-ins would occur on or before this threshold date, typically right before. Know where that lands?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Next Monday. June 14th.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possible that they won't be able to sustain to the 75% threshold any more, but now must sustain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50% threshold of T+14 where they need to resolve their unresolved shorts by.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Maybe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there will be a big price spike next Monday. Otherwise, keep an eye out for the T+28 date of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ETF FTDs, landing June 22nd, or the original T+21 date, landing June 24th.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we're also waiting for the Russell 1000 change the week of June 24th. ;) </w:t>
      </w:r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634" w:name="pg633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634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Infinity War: The Final Exit DD Compilation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6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Hello Superstonk!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am just compiling this for those of you that might be interested in the more juicy non-TA parts of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weekly DD's. Since a lot of this was written over several weeks, I wanted to get it all into one place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ease of reference. Any additional exit strategies or information will be added to this post in the future.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those of you that prefer the Video DD's they can still be found over on my YouTube.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know many of you have already read this but there is some new information here.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I: Where the hell is the Sell Button? or How to time Exits.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I guess I'll begin by going over some things about me I am generally a day and on occasion a swing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trader. Timing exits is a very important part of what I do everyday.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GME is nothing like those positions...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Normally if I hit 10% profit on a regular trade I'm out unless I have some previous reason to believe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run further.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465829"/>
            <wp:docPr id="458" name="Picture 4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5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Usual Day Trade (Buy low, sell high)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GME WILL RUN FURTHER, MUCH FURTHER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Well, how do you handle stocks when you expect the realized profits to be much higher?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answer to this is I usually don't. Day-trading should be defined by risk, My risk on this trade is 2%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my upside is cut at 10%. I'm not going to risk higher profits. I am simply going to take my money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walk away. If the stock goes up another 10% I don't care, as the trade is pre-defined. </w:t>
      </w:r>
    </w:p>
    <w:p>
      <w:bookmarkStart w:id="635" w:name="pg63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3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makes talking about GME and exits a difficult discussion. As we expect GME to be a Black Swan type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event there is no way to determine expected profits and the risk for most of us is the amount we put 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believe most positions in GME, mine included, are a YOLO (a stock trade defined by maximum risk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maximum profit potential) . The mentality behind this is that by risking everything the reward should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much greater than that. We have seen a lot of numbers float around on GME over the last months 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expected price targets. It started at $1000 a share in January, then the unexpected halt of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occurred during the initial squeeze, that number has since increased. Partly based on information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came to light on the short positions involved and partly on wild speculation we have seen price targets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$10,000, $69,420, $100,000, $420,069, $10,000,000, and more recently $100,000,000.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I like a lot of these numbers, the reality of the situation is...WE HAVE NO IDEA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would be an event not only unprecedented in the stock market but of such impact and volatility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it would be impossible to accurately predict any absolute price target.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Sounds like FUD...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No, to say X is a the absolute price target is silly and shows a lack of understanding how markets work.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this stock be worth $10M ? Possibly? It could peak at $9,989,000 or $69,420,000.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point is this: </w:t>
      </w:r>
      <w:r>
        <w:rPr>
          <w:rFonts w:ascii="Cambria" w:hAnsi="Cambria"/>
          <w:b/>
          <w:i w:val="0"/>
          <w:color w:val="FFFFFF"/>
          <w:sz w:val="20"/>
          <w:u w:val="none"/>
        </w:rPr>
        <w:t>WE HAVE NO IDEA, THIS HAS NEVER HAPPENED BEFORE!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this week between streaming and Live charting everyday I tried to think how can I help my fellow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apes, no matter the smoothness of their brains, navigate such a tumultuous event. I had to ask myself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Two questions.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do you discuss exit strategy with no known price targets? </w:t>
      </w:r>
    </w:p>
    <w:p>
      <w:pPr>
        <w:keepLines w:val="0"/>
        <w:widowControl w:val="0"/>
        <w:spacing w:before="69" w:after="0" w:lineRule="exact" w:line="246"/>
        <w:ind w:left="84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do you make it simple enough to understand?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asked these two questions a lot and most of my answers fell short. I do believe I have finally settled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easiest way to explain it and hopefully make it easier to understand. For this I'm going dig a little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into the magical world of candlestick reading and pattern recognition.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thing all this will be defined at the 1-min timescale on the charts. I believe this timing will be most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relevant in defining peaks. I will break this into sections and address each one. </w:t>
      </w:r>
    </w:p>
    <w:p>
      <w:bookmarkStart w:id="636" w:name="pg635"/>
      <w:pPr>
        <w:keepLines w:val="0"/>
        <w:pageBreakBefore/>
        <w:widowControl w:val="0"/>
        <w:spacing w:before="0" w:after="0"/>
        <w:jc w:val="center"/>
      </w:pPr>
      <w:bookmarkEnd w:id="636"/>
      <w:r>
        <w:drawing>
          <wp:inline xmlns:a="http://schemas.openxmlformats.org/drawingml/2006/main" xmlns:pic="http://schemas.openxmlformats.org/drawingml/2006/picture">
            <wp:extent cx="5943600" cy="4008754"/>
            <wp:docPr id="459" name="Picture 4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8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3 Pillars of the Squeeze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PART A: THE ASCENT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I: Upwards Price Movement (We are here)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period will be marked by increasing upwards price movement, channel to channel, then periods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consolidation. This is normal price movement not necessarily volatile but it can be at times. This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movement as GME ascend upwards in the early stages.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088515"/>
            <wp:docPr id="460" name="Picture 4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8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Resistance-Test-Break-Repeat </w:t>
      </w:r>
    </w:p>
    <w:p>
      <w:bookmarkStart w:id="637" w:name="pg63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3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period can take weeks, months, or minutes. We have seen in the past the price can jump 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rapidly in some cases. The end of this stage will most likely be marked by faster and faster moves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these resistance levels. Bringing us to our next step in the ascent.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28720"/>
            <wp:docPr id="461" name="Picture 4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Current GME Chat on the 4HR Timescale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II: FOMO (Buckle up T - 10, 9, 8...)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faster and faster breaks in upper resistance levels are going to ignite interest in the stock, as large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small buyers rush in to capitalize on the squeeze. This is where </w:t>
      </w:r>
      <w:r>
        <w:rPr>
          <w:rFonts w:ascii="Cambria" w:hAnsi="Cambria"/>
          <w:b/>
          <w:i w:val="0"/>
          <w:color w:val="FFFFFF"/>
          <w:sz w:val="20"/>
          <w:u w:val="none"/>
        </w:rPr>
        <w:t>fear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begins to take affect as the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 moving quickly upwards some will be afraid of becoming a bag holder.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Don't worry this is just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beginning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Period will be marked by exponentially larger candles as volume rushes in and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 movement occurs in shorter and shorter time frames. There will be halts, there will be dips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halts, as paper-hands, day-traders, and institutions cannibalize each other for small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profits. </w:t>
      </w:r>
      <w:r>
        <w:rPr>
          <w:rFonts w:ascii="Cambria" w:hAnsi="Cambria"/>
          <w:b/>
          <w:i w:val="0"/>
          <w:color w:val="FFFFFF"/>
          <w:sz w:val="20"/>
          <w:u w:val="none"/>
        </w:rPr>
        <w:t>Breath here, stay CALM.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This period will mark the wildest price swings as volatility picks up.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will be the first pressure test of those Diamond Hands you've been bragging about. </w:t>
      </w:r>
    </w:p>
    <w:p>
      <w:bookmarkStart w:id="638" w:name="pg637"/>
      <w:pPr>
        <w:keepLines w:val="0"/>
        <w:pageBreakBefore/>
        <w:widowControl w:val="0"/>
        <w:spacing w:before="0" w:after="0"/>
        <w:jc w:val="center"/>
      </w:pPr>
      <w:bookmarkEnd w:id="638"/>
      <w:r>
        <w:drawing>
          <wp:inline xmlns:a="http://schemas.openxmlformats.org/drawingml/2006/main" xmlns:pic="http://schemas.openxmlformats.org/drawingml/2006/picture">
            <wp:extent cx="5943600" cy="3709034"/>
            <wp:docPr id="462" name="Picture 4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9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Price rises into a Halt, then dips, quickly recovering to the upside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Part III: The Margin Calls (Lift Off)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the moment everyone has been waiting the flight path to the moon! At some point we will hit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price, nobody knows what that price is, I estimate somewhere between 250 and 600, but may begin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positions at a lower price. Whatever the price is, here is the moment that shorts must concede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position. The Margin Call will be marked by a significant number of halts and large green candles.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volume and range of these candles will increase dramatically from the previous stage. There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many more halts, possibly on each candlestick, as the open market orders go un-filled the bid will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continue to increase. So expect a pattern, of </w:t>
      </w:r>
      <w:r>
        <w:rPr>
          <w:rFonts w:ascii="Cambria" w:hAnsi="Cambria"/>
          <w:b/>
          <w:i w:val="0"/>
          <w:color w:val="FFFFFF"/>
          <w:sz w:val="20"/>
          <w:u w:val="none"/>
        </w:rPr>
        <w:t>unhalt -rapid rise- halt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We will probably have more time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halted than actual trading as the price explodes. Additionally, there should be very little red after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halts as upward pressure would be to great. Psychologically, this part will be easier as there is nothing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but watch the brief periods of active trading closely. I expect this to go on for awhile, possibly days. </w:t>
      </w:r>
    </w:p>
    <w:p>
      <w:bookmarkStart w:id="639" w:name="pg638"/>
      <w:pPr>
        <w:keepLines w:val="0"/>
        <w:pageBreakBefore/>
        <w:widowControl w:val="0"/>
        <w:spacing w:before="0" w:after="0"/>
        <w:ind w:left="0"/>
      </w:pPr>
      <w:bookmarkEnd w:id="639"/>
      <w:r>
        <w:drawing>
          <wp:inline xmlns:a="http://schemas.openxmlformats.org/drawingml/2006/main" xmlns:pic="http://schemas.openxmlformats.org/drawingml/2006/picture">
            <wp:extent cx="5050790" cy="8229600"/>
            <wp:docPr id="463" name="Picture 4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6"/>
                    <a:stretch>
                      <a:fillRect/>
                    </a:stretch>
                  </pic:blipFill>
                  <pic:spPr>
                    <a:xfrm>
                      <a:off x="0" y="0"/>
                      <a:ext cx="5050790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640" w:name="pg639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640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Expect many halts during this period these are absolutely normal and expected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PART B: THE PEAK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1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5055870"/>
            <wp:docPr id="464" name="Picture 4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55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Peaks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all good things, even the Margin Call must come to an end at some point. So, how can this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identified? The first thing we will see is fewer halts and decreasing volume as we approach the peak.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selling should be seen in here as holders attempt to time the peak. Large upwards movement,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selling, another upwards movement. After looking at VW (2008) and GME's small squeeze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January, I feel the breaking of the peak will be marked by a series of descending dogi's. Think of this 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little booster rockets easing our descent onto the moon. decreasing in volume as apes finally begin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moon landing. Then patterns of large sells and smaller ascending candles. Lower highs, and lower lows.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is when an exit can start to be planned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bookmarkStart w:id="641" w:name="pg640"/>
      <w:pPr>
        <w:keepLines w:val="0"/>
        <w:pageBreakBefore/>
        <w:widowControl w:val="0"/>
        <w:spacing w:before="0" w:after="0"/>
        <w:jc w:val="center"/>
      </w:pPr>
      <w:bookmarkEnd w:id="641"/>
      <w:r>
        <w:drawing>
          <wp:inline xmlns:a="http://schemas.openxmlformats.org/drawingml/2006/main" xmlns:pic="http://schemas.openxmlformats.org/drawingml/2006/picture">
            <wp:extent cx="5943600" cy="4940934"/>
            <wp:docPr id="465" name="Picture 4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09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5" w:after="0" w:lineRule="exact" w:line="199"/>
        <w:ind w:left="3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 period marked by decreasing volume, lower highs and lower lows. You will have time to confirm this, This is not the time to be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impatient.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Given new information that has come to light since I wrote the original DD. I do believe that this stage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will begin after the SI% has dropped to near 100%. So at this point I think that SHFs or their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Insurers(DTCC, FED, etc...) will have covered via institutions and other holders all but the remaining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retail positions. This entire stage is defined by apes negotiating power as we should be able to choose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from here on out. This is where the all that hodl'ing pays off. Furthermore the length of time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stay in these peaks should be defined by the retail ownership, the longer we hodl the longer it lasts. </w:t>
      </w:r>
    </w:p>
    <w:p>
      <w:bookmarkStart w:id="642" w:name="pg641"/>
      <w:pPr>
        <w:keepLines w:val="0"/>
        <w:pageBreakBefore/>
        <w:widowControl w:val="0"/>
        <w:spacing w:before="0" w:after="0"/>
        <w:jc w:val="center"/>
      </w:pPr>
      <w:bookmarkEnd w:id="642"/>
      <w:r>
        <w:drawing>
          <wp:inline xmlns:a="http://schemas.openxmlformats.org/drawingml/2006/main" xmlns:pic="http://schemas.openxmlformats.org/drawingml/2006/picture">
            <wp:extent cx="5943600" cy="3192145"/>
            <wp:docPr id="466" name="Picture 4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left="8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Apes are the Porsche/Government in the GME squeeze except we own more of the float and the SI is way, way higher...read this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twice </w:t>
      </w:r>
    </w:p>
    <w:p>
      <w:pPr>
        <w:keepLines w:val="0"/>
        <w:widowControl w:val="0"/>
        <w:spacing w:before="36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4205604"/>
            <wp:docPr id="467" name="Picture 4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56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643" w:name="pg642"/>
      <w:pPr>
        <w:keepLines w:val="0"/>
        <w:pageBreakBefore/>
        <w:widowControl w:val="0"/>
        <w:spacing w:before="114" w:after="0" w:lineRule="exact" w:line="199"/>
        <w:ind w:left="155" w:right="-60"/>
      </w:pPr>
      <w:bookmarkEnd w:id="643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This is the first verifiable exit point at the apex of this wedge confirming a downtrend on the next candlestick. This is only the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first of these patterns to play out.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Several of these patterns should form as we remain in the peaks </w:t>
      </w:r>
      <w:r>
        <w:rPr>
          <w:rFonts w:ascii="Cambria" w:hAnsi="Cambria"/>
          <w:b/>
          <w:i w:val="0"/>
          <w:color w:val="FFFFFF"/>
          <w:sz w:val="20"/>
          <w:u w:val="none"/>
        </w:rPr>
        <w:t>BE VERY CAREFUL HERE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selling all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a position at the first sign of a wedge forming can reduce potential profits. Why? Well because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wedge that formed above </w:t>
      </w:r>
      <w:r>
        <w:rPr>
          <w:rFonts w:ascii="Cambria" w:hAnsi="Cambria"/>
          <w:b/>
          <w:i w:val="0"/>
          <w:color w:val="FFFFFF"/>
          <w:sz w:val="20"/>
          <w:u w:val="none"/>
        </w:rPr>
        <w:t>could break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45229"/>
            <wp:docPr id="468" name="Picture 4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6" w:after="0" w:lineRule="exact" w:line="199"/>
        <w:ind w:left="14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Notice how after Exit 1 the price broke upwards. This is why it is less profitable to exit an entire position all at once. It's much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more beneficial to slowly back out of a position at several points so as to maximize profit.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this pattern continues eventually we will see larger and larger price decreases as each wedge breaks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and shorts are covered. This action will mark the beginning of the next phase.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PART C: CORRECTION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44" w:name="pg643"/>
      <w:pPr>
        <w:keepLines w:val="0"/>
        <w:pageBreakBefore/>
        <w:widowControl w:val="0"/>
        <w:spacing w:before="0" w:after="0"/>
        <w:jc w:val="center"/>
      </w:pPr>
      <w:bookmarkEnd w:id="644"/>
      <w:r>
        <w:drawing>
          <wp:inline xmlns:a="http://schemas.openxmlformats.org/drawingml/2006/main" xmlns:pic="http://schemas.openxmlformats.org/drawingml/2006/picture">
            <wp:extent cx="5943600" cy="7546340"/>
            <wp:docPr id="469" name="Picture 4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6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left="10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This stage will be easily verifiable as massive decreases in price will occur between halts very similar to the Margin Call stage but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in reverse this is the last opportunity to exit remaining positions at high amounts.  </w:t>
      </w:r>
    </w:p>
    <w:p>
      <w:bookmarkStart w:id="645" w:name="pg64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4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the larger and larger price drops pick up steam, there will be more halts. Once these large sell offs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confirmed this is the point at which you hope all your positions are closed (I will be holding 10% forever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 x and xx apes can maximize returns, and morbid curiosity). We are returning to earth so we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spend all the tendies we picked-up on that moon landing. The price will begin it's descent back to levels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previously traded at and possibly lower. This could be the last dip-buy in GME's history. If you are long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as I am, this will present an opportunity to get back in on a company that I believe has a bright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profitable future.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II: Execution During High Volatility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First I would like to address the issues that can arise during a squeeze, some of these may have a greater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effect on retail investors.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Delays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volatile markets are generally associated with high volume an this can cause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delays in execution. As online traders expect to sell at near the price listed on the screen,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this isn't always the case.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System Issues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Everyone is familiar with this, as many online investors had issues in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January. Sometimes the system is overloaded. Investors may have difficulty accessing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accounts as traffic ramps up.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Remember that if you experience these issues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many brokers offer alternatives such as phone trades or live brokers to help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facilitate order execution. I urge people to investigate your brokers options now,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 best prepare for this.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Incorrect Quotes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Even the best real-time quoting systems fall prey to this. I like to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of it as lag in video game. The size of the quote (#of shares at a certain price) can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change rapidly, affecting the likelihood of quote availability.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/>
          <w:i w:val="0"/>
          <w:color w:val="FFFFFF"/>
          <w:sz w:val="20"/>
          <w:u w:val="none"/>
        </w:rPr>
        <w:t>Algorithms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Algorithmic trading can actually exacerbate volatility. There is a nice </w:t>
      </w:r>
    </w:p>
    <w:p>
      <w:pPr>
        <w:keepLines w:val="0"/>
        <w:widowControl w:val="0"/>
        <w:spacing w:before="69" w:after="0" w:lineRule="exact" w:line="246"/>
        <w:ind w:left="1201" w:right="-60"/>
      </w:pPr>
      <w:hyperlink r:id="rId1323">
        <w:r>
          <w:rPr>
            <w:rFonts w:ascii="Cambria" w:hAnsi="Cambria"/>
            <w:sz w:val="20"/>
            <w:color w:val="FFFFFF"/>
            <w:u/>
          </w:rPr>
          <w:t xml:space="preserve">article on it here for further reading.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how do we navigate this?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don't think there is a perfect answer.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any human could time and predict volatility perfectly they would be exceedingly wealthy, we wouldn't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automated almost all of the financial markets, and I wouldn't be having this conversation.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most things, the answer lies in learning.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truly believe that the best way to understand something is to turn information into knowledge. When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have knowledge of a thing, it is harder to be surprised, as it will already tie into knowledge you have,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giving you a basis for understanding.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system for this type of learning is called the Feynman Learning Technique. I have attempted to use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in all my DD up till this point, and will continue to do so.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best way to address most of these tense questions is to give people knowledge and understanding.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way, when faced with the actual issue, they will be able to address it with confidence that comes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only from understanding.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here are the order types and their pros and cons.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24">
        <w:r>
          <w:rPr>
            <w:rFonts w:ascii="Cambria" w:hAnsi="Cambria"/>
            <w:sz w:val="20"/>
            <w:color w:val="FFFFFF"/>
            <w:u/>
          </w:rPr>
          <w:t xml:space="preserve">Limit Order </w:t>
        </w:r>
      </w:hyperlink>
      <w:r>
        <w:rPr>
          <w:rFonts w:ascii="Cambria" w:hAnsi="Cambria"/>
          <w:b/>
          <w:i w:val="0"/>
          <w:color w:val="FFFFFF"/>
          <w:sz w:val="20"/>
          <w:u w:val="none"/>
        </w:rPr>
        <w:t>-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limit order is an order to sell a security at a specified price or "</w:t>
      </w:r>
      <w:r>
        <w:rPr>
          <w:rFonts w:ascii="Cambria" w:hAnsi="Cambria"/>
          <w:b/>
          <w:i w:val="0"/>
          <w:color w:val="FFFFFF"/>
          <w:sz w:val="20"/>
          <w:u w:val="none"/>
        </w:rPr>
        <w:t>better"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Market Order - An order to buy or sell stock at the "</w:t>
      </w:r>
      <w:r>
        <w:rPr>
          <w:rFonts w:ascii="Cambria" w:hAnsi="Cambria"/>
          <w:b/>
          <w:i w:val="0"/>
          <w:color w:val="FFFFFF"/>
          <w:sz w:val="20"/>
          <w:u w:val="none"/>
        </w:rPr>
        <w:t>best available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price </w:t>
      </w:r>
    </w:p>
    <w:p>
      <w:bookmarkStart w:id="646" w:name="pg645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646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Stop-Limit Order - A conditional trade that combines features of a Limit Order with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</w:t>
      </w:r>
      <w:r>
        <w:rPr>
          <w:rFonts w:ascii="Cambria" w:hAnsi="Cambria"/>
          <w:b/>
          <w:i w:val="0"/>
          <w:color w:val="FFFFFF"/>
          <w:sz w:val="20"/>
          <w:u w:val="none"/>
        </w:rPr>
        <w:t>risk mitigation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a stop-loss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Stop-Loss Order - An order placed that converts to a "</w:t>
      </w:r>
      <w:r>
        <w:rPr>
          <w:rFonts w:ascii="Cambria" w:hAnsi="Cambria"/>
          <w:b/>
          <w:i w:val="0"/>
          <w:color w:val="FFFFFF"/>
          <w:sz w:val="20"/>
          <w:u w:val="none"/>
        </w:rPr>
        <w:t>market order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 when a set price is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reached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suggest that everyone read these links this is important information to understand. Also this one.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987675"/>
            <wp:docPr id="470" name="Picture 4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7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3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Pros and Cons of Each Order type. This does not reflect best use during MOASS.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simply to illuminate a confusing topic. Hoping that the knowledge of the order types will best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prepare people for using them appropriately.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each one has their place.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III: Position Breakdown (New)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does one break down a position instead of exiting all at once.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a question I get asked a lot and the answer is pretty straight forward. I think it applies to every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position size whether your x or xxxx it's irrelevant.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want to maximize your number of available exits above your personal floor.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So here is an example an ape. The ape has 11 shares and a personal floor of $12M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47" w:name="pg646"/>
      <w:pPr>
        <w:keepLines w:val="0"/>
        <w:pageBreakBefore/>
        <w:widowControl w:val="0"/>
        <w:spacing w:before="0" w:after="0"/>
        <w:jc w:val="center"/>
      </w:pPr>
      <w:bookmarkEnd w:id="647"/>
      <w:r>
        <w:drawing>
          <wp:inline xmlns:a="http://schemas.openxmlformats.org/drawingml/2006/main" xmlns:pic="http://schemas.openxmlformats.org/drawingml/2006/picture">
            <wp:extent cx="5943600" cy="2983229"/>
            <wp:docPr id="471" name="Picture 4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3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left="6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best breakdown is highlighted as it creates the highest possible number of exit points, This same strategy applies no matter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the size of your position. You can break it down by whole numbers percentages whatever you want. 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should practice breaking down their own positions. Take some time to figure out how to break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down your own position most effectively.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breakdown is: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5% - 10% - 15% - 15% - 20% - 15% -10%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then holding 10% forever </w:t>
      </w:r>
    </w:p>
    <w:p>
      <w:pPr>
        <w:keepLines w:val="0"/>
        <w:widowControl w:val="0"/>
        <w:spacing w:before="20" w:after="0" w:lineRule="exact" w:line="368"/>
        <w:ind w:left="0" w:right="-60"/>
      </w:pPr>
      <w:r>
        <w:rPr>
          <w:rFonts w:ascii="Arial" w:hAnsi="Arial"/>
          <w:b w:val="0"/>
          <w:i w:val="0"/>
          <w:color w:val="FFFFFF"/>
          <w:sz w:val="33"/>
          <w:u w:val="none"/>
        </w:rPr>
        <w:t xml:space="preserve">Part IV: Conclusion </w:t>
      </w:r>
    </w:p>
    <w:p>
      <w:pPr>
        <w:keepLines w:val="0"/>
        <w:widowControl w:val="0"/>
        <w:spacing w:before="71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hope this helps everyone get all the information I've put out in one place. If I add any addition exit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information it will be posted here as well and I will keep this post pinned to my Profile until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MOASS. If you guys have any questions feel free to post below as always I will try to get to all of them.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want to see more information on this subject matter feel free to join me in the 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Daily Live charting on r/Superstonk from 9am - 4pm EST on trading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YouTube Live Streams from 9am - 4pm on trading days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27">
        <w:r>
          <w:rPr>
            <w:rFonts w:ascii="Cambria" w:hAnsi="Cambria"/>
            <w:sz w:val="20"/>
            <w:color w:val="FFFFFF"/>
            <w:u/>
          </w:rPr>
          <w:t xml:space="preserve">Or over on the Discord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for memes and other fun stuff on r/dillionaires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always thank you for the support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🦍❤️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8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Gherkinit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* For those that only read the first paragraph. I in no way endorse day-trading of GME not only does it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present significant risk, it can delay the squeeze.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*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This is not Financial advice. The ideas and opinions expressed here are for educational and entertainment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purposes only.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bookmarkStart w:id="648" w:name="pg64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48"/>
      <w:r>
        <w:rPr>
          <w:rFonts w:ascii="Cambria" w:hAnsi="Cambria"/>
          <w:b w:val="0"/>
          <w:i/>
          <w:color w:val="FFFFFF"/>
          <w:sz w:val="20"/>
          <w:u w:val="none"/>
        </w:rPr>
        <w:t xml:space="preserve">No position is worth your life and debt can always be repaid. Please if you need help reach out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 xml:space="preserve">community is here for you. Also the NSPL Phone: 800-273-8255 Hours: Available 24 hours. Languages: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English, Spanish.</w:t>
      </w:r>
      <w:hyperlink r:id="rId132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  <w:hyperlink r:id="rId1328">
        <w:r>
          <w:rPr>
            <w:rFonts w:ascii="Cambria" w:hAnsi="Cambria"/>
            <w:sz w:val="20"/>
            <w:color w:val="FFFFFF"/>
            <w:i/>
            <w:u/>
          </w:rPr>
          <w:t>Learn more</w:t>
        </w:r>
      </w:hyperlink>
      <w:hyperlink r:id="rId1328">
        <w:r>
          <w:rPr>
            <w:rFonts w:ascii="Cambria" w:hAnsi="Cambria"/>
            <w:sz w:val="20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31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AndrewMoMoney Used My DD In A Live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Stream Ft. Shill Sniffing Dog And Deleted My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Comment, So I Analyzed His Channel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Edit: I can't believe...I spent all weekend writing this... only for you guys... to react... the way I expected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to! How exciting!!  </w:t>
      </w:r>
      <w:r>
        <w:rPr>
          <w:rFonts w:ascii="Cambria" w:hAnsi="Cambria"/>
          <w:b w:val="0"/>
          <w:i/>
          <w:color w:val="FFFFFF"/>
          <w:sz w:val="20"/>
          <w:u w:val="none"/>
        </w:rPr>
        <w:t>pulls up soap box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So alright y'all, now that you're all here, let me make a brief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comment before I go to bed and I'll see you later if the mods allow it. I see red flag, I investigate, I report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findings. You can agree, disagree, or anything in between and I will not lose a wink of sleep. What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 care about is some sweet little chimp has more resources to make their own decisions regarding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media they buy into during arguably the most important event in their life via a case study. If you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just about Andrew, you're missing the point but I still love you very much. Sound fair?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Edit2: oops; sorry guys. Had to come back and ask y'all to try to keep your comments fairly respectful. 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end of the day, he's just a content creator. Like me. Like you. In this post I give him credit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credit is due and I don't hate him whatsoever, I talk about things that are trendy OUTSIDE of him, and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also make some suggestions on how he can remedy most of your concerns! Also if you think I'm losing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sleep over a comment... have you ever...had a toddler? Anywho.Happy reading. This goes without saying,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y’all really need to do your own research and take everything you read, watch, or listen to with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grain of salt. I don’t care who the source is and how much you trust them. So, let me give you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friendly advice using my research to back me up: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Stay away from AndrewMoMoney during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squeeze.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Edit3: you ask for an alternative, here it 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Andrewmomoney has been trying to leave a comment, but can't because of karma. You can find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response copy pastes below. I'll be in contact later.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Disclaimer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I’ve mentioned before, I’ve been working in the design and marketing field for many years.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such, there are often things I’ll talk about as if they’re common knowledge or I’ll explain them as if we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good ol’ friends sitting around the campfire. That said, I’ll do my best to provide every single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resource. If I’m missing something critical for your understanding, just let me know and I’ll do my best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provide. Moving on. </w:t>
      </w:r>
    </w:p>
    <w:p>
      <w:bookmarkStart w:id="649" w:name="pg64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49"/>
      <w:hyperlink r:id="rId1329">
        <w:r>
          <w:rPr>
            <w:rFonts w:ascii="Cambria" w:hAnsi="Cambria"/>
            <w:sz w:val="20"/>
            <w:color w:val="FFFFFF"/>
            <w:u/>
          </w:rPr>
          <w:t xml:space="preserve">https://www.noxinfluencer.com/youtube/channel/UC23emuGbNM7twofQIrEgPBQ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you tried to start a youtube channel? Or a business? Yeah? Almost everyone I know has too.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majority of the people I know have gotten as far as making a cover photo, a banner, the about,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maybe ONE video. Then poof. It’s gone. They lose motivation.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tends to be the case for a lot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people and the easiest way to combat this is by having a plan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You sit down and figure out who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and what you look like, what you do, who your audience is, why you’re better than everyone else,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how you’re going to deliver the goods.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You’ll create some things like a business canvas, a marketing strategy (which will include your voice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tone), and a content calendar among many other things. Here are some quick reads before I dive deeper: </w:t>
      </w:r>
    </w:p>
    <w:p>
      <w:pPr>
        <w:keepLines w:val="0"/>
        <w:widowControl w:val="0"/>
        <w:tabs>
          <w:tab w:pos="841" w:val="left"/>
          <w:tab w:pos="1201" w:val="left"/>
        </w:tabs>
        <w:spacing w:before="382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30">
        <w:r>
          <w:rPr>
            <w:rFonts w:ascii="Cambria" w:hAnsi="Cambria"/>
            <w:sz w:val="20"/>
            <w:color w:val="FFFFFF"/>
            <w:u/>
          </w:rPr>
          <w:t xml:space="preserve">Creating a business plan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31">
        <w:r>
          <w:rPr>
            <w:rFonts w:ascii="Cambria" w:hAnsi="Cambria"/>
            <w:sz w:val="20"/>
            <w:color w:val="FFFFFF"/>
            <w:u/>
          </w:rPr>
          <w:t xml:space="preserve">Creating a business canvas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32">
        <w:r>
          <w:rPr>
            <w:rFonts w:ascii="Cambria" w:hAnsi="Cambria"/>
            <w:sz w:val="20"/>
            <w:color w:val="FFFFFF"/>
            <w:u/>
          </w:rPr>
          <w:t xml:space="preserve">Content calendar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33">
        <w:r>
          <w:rPr>
            <w:rFonts w:ascii="Cambria" w:hAnsi="Cambria"/>
            <w:sz w:val="20"/>
            <w:color w:val="FFFFFF"/>
            <w:u/>
          </w:rPr>
          <w:t xml:space="preserve">General tools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34">
        <w:r>
          <w:rPr>
            <w:rFonts w:ascii="Cambria" w:hAnsi="Cambria"/>
            <w:sz w:val="20"/>
            <w:color w:val="FFFFFF"/>
            <w:u/>
          </w:rPr>
          <w:t xml:space="preserve">Tone and Voice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Got some knowledge under your belt? Great. Too busy eating crayons, </w:t>
      </w:r>
      <w:r>
        <w:rPr>
          <w:rFonts w:ascii="Cambria" w:hAnsi="Cambria"/>
          <w:b/>
          <w:i w:val="0"/>
          <w:color w:val="FFFFFF"/>
          <w:sz w:val="20"/>
          <w:u w:val="none"/>
        </w:rPr>
        <w:t>great.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I’ll explain in layman’s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terms anyways.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like to check out some analytics and watch content periodically throughout the channel’s history so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a better understanding of the initial strategy, how its evolved, as well as if there are any catalysts,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etc, etc.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Andrew’s channel was created April 7th, 2020 and formerly titled Data Leap. His bio: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“As a 26-year-old cryptocurrency </w:t>
      </w:r>
      <w:r>
        <w:rPr>
          <w:rFonts w:ascii="Cambria" w:hAnsi="Cambria"/>
          <w:b/>
          <w:i w:val="0"/>
          <w:color w:val="FFFFFF"/>
          <w:sz w:val="20"/>
          <w:u w:val="none"/>
        </w:rPr>
        <w:t>data scientist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in Silicon Valley that built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9 streams of passive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income in 2020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 want to </w:t>
      </w:r>
      <w:r>
        <w:rPr>
          <w:rFonts w:ascii="Cambria" w:hAnsi="Cambria"/>
          <w:b/>
          <w:i w:val="0"/>
          <w:color w:val="FFFFFF"/>
          <w:sz w:val="20"/>
          <w:u w:val="none"/>
        </w:rPr>
        <w:t>help 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find your own path to </w:t>
      </w:r>
      <w:r>
        <w:rPr>
          <w:rFonts w:ascii="Cambria" w:hAnsi="Cambria"/>
          <w:b/>
          <w:i w:val="0"/>
          <w:color w:val="FFFFFF"/>
          <w:sz w:val="20"/>
          <w:u w:val="none"/>
        </w:rPr>
        <w:t>6 figures in 6 months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Subscribe to keep up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weekly uploads, cool kids are all doing it. Let's leap together.”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Since it’s important enough to be in his bio,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 think it’s critical for me to understand what a data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scientist is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did some research, I liked these videos (Joma Tech and Ken Jee. Check out the description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box of the latter for some key points), but I still found it to be unclear. However, I think it’s fair to say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there will be a lot of </w:t>
      </w:r>
      <w:r>
        <w:rPr>
          <w:rFonts w:ascii="Cambria" w:hAnsi="Cambria"/>
          <w:b/>
          <w:i w:val="0"/>
          <w:color w:val="FFFFFF"/>
          <w:sz w:val="20"/>
          <w:u w:val="none"/>
        </w:rPr>
        <w:t>CODING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 this channel.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is obvious in his earlier videos. I’ll give you a few examples.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35">
        <w:r>
          <w:rPr>
            <w:rFonts w:ascii="Cambria" w:hAnsi="Cambria"/>
            <w:sz w:val="20"/>
            <w:color w:val="FFFFFF"/>
            <w:u/>
          </w:rPr>
          <w:t>https://preview.redd.it/3ai6k3t5dgv61.png?width=1094&amp;format=png&amp;auto=webp&amp;s=666c9695a160e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35">
        <w:r>
          <w:rPr>
            <w:rFonts w:ascii="Cambria" w:hAnsi="Cambria"/>
            <w:sz w:val="20"/>
            <w:color w:val="FFFFFF"/>
            <w:u/>
          </w:rPr>
          <w:t xml:space="preserve">60744c33c886ad9e5a2fccd06ab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Pretty on point with what we can deduce from the bio. His tone is pretty casual, yet sophisticated.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wants to entertain you while putting some wrinkles on that brain. I'd say I nailed this because Andrew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says the same thing in a later video.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 I take a look at how often he posts. Here are the dates from his first couple months: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22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26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June 29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7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13 </w:t>
      </w:r>
    </w:p>
    <w:p>
      <w:bookmarkStart w:id="650" w:name="pg649"/>
      <w:pPr>
        <w:keepLines w:val="0"/>
        <w:pageBreakBefore/>
        <w:widowControl w:val="0"/>
        <w:tabs>
          <w:tab w:pos="841" w:val="left"/>
          <w:tab w:pos="1201" w:val="left"/>
        </w:tabs>
        <w:spacing w:before="70" w:after="0" w:lineRule="exact" w:line="248"/>
        <w:ind w:left="0" w:right="-60"/>
      </w:pPr>
      <w:bookmarkEnd w:id="650"/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16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July 22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 3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 8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 10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 14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 17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Aug 24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Now, this might be my low blood sugar talking, but man, this tight production schedule is making 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queasy. That’s a lot of videos in a short amount of time and you’ll notice they’re often just a few days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apart.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One of the most common questions someone will ask is what they can do to grow their channel. Usually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turn to them and ask how much they’re posting, what they're posting, and when.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Rule of thumb,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quality over quantity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but </w:t>
      </w:r>
      <w:r>
        <w:rPr>
          <w:rFonts w:ascii="Cambria" w:hAnsi="Cambria"/>
          <w:b/>
          <w:i w:val="0"/>
          <w:color w:val="FFFFFF"/>
          <w:sz w:val="20"/>
          <w:u w:val="none"/>
        </w:rPr>
        <w:t>consistency is key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You put out one really awesome video every other 6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months, you get buried by the algorithm. You put out 20 videos of garbage and you get buried by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algorithm. Most end up putting out 1-2 videos a week, but that won’t guarantee a bunch of subscribers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 a ton of views.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Generally, you give them something of value and consistently provide that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value to incentivize them to come back to your channel.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example, I’d like a new kitchen table and the current trend is just my type, but I’m unwilling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unable to pay such a high price for someone to build it for me.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I’m willing to learn how to DIY and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buy entry level tools to do the job myself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turn to youtube and find a channel dedicated to simple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DIY builds with minimal tools. They explain the process start to finish very well and my table turns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awesome. </w:t>
      </w:r>
      <w:r>
        <w:rPr>
          <w:rFonts w:ascii="Cambria" w:hAnsi="Cambria"/>
          <w:b/>
          <w:i w:val="0"/>
          <w:color w:val="FFFFFF"/>
          <w:sz w:val="20"/>
          <w:u w:val="none"/>
        </w:rPr>
        <w:t>Turns out they have more videos!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decide to stick around and subscribe. Thousands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people out there end up subscribing for the same reason..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36">
        <w:r>
          <w:rPr>
            <w:rFonts w:ascii="Cambria" w:hAnsi="Cambria"/>
            <w:sz w:val="20"/>
            <w:color w:val="FFFFFF"/>
            <w:u/>
          </w:rPr>
          <w:t>https://preview.redd.it/2v41gaf2egv61.png?width=1148&amp;format=png&amp;auto=webp&amp;s=a0f614c1423c9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36">
        <w:r>
          <w:rPr>
            <w:rFonts w:ascii="Cambria" w:hAnsi="Cambria"/>
            <w:sz w:val="20"/>
            <w:color w:val="FFFFFF"/>
            <w:u/>
          </w:rPr>
          <w:t xml:space="preserve">47ea04e152ba82fe4fa9ab74ed5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It’s not always like that though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You ever seen the video of the lady making nachos with her bare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hands? What about the potato chip mashed potatoes? That person who thought they were a chicken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nugget? Some things are so silly or stupid you HAVE to watch it and tell your friends or leave a comment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letting everyone know how stupid they are. You may or may not subscribe, but you still hang around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what other silly thing they’re up to. Some people become successful by being controversial.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37">
        <w:r>
          <w:rPr>
            <w:rFonts w:ascii="Cambria" w:hAnsi="Cambria"/>
            <w:sz w:val="20"/>
            <w:color w:val="FFFFFF"/>
            <w:u/>
          </w:rPr>
          <w:t>https://preview.redd.it/k9895hr9egv61.png?width=576&amp;format=png&amp;auto=webp&amp;s=d73baaaf239189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37">
        <w:r>
          <w:rPr>
            <w:rFonts w:ascii="Cambria" w:hAnsi="Cambria"/>
            <w:sz w:val="20"/>
            <w:color w:val="FFFFFF"/>
            <w:u/>
          </w:rPr>
          <w:t xml:space="preserve">4a3e2088b57f48bc3064da2637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even then, it’s not always like that!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What about the videos about stray puppies and kittens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find their forever home? Military coming home videos? Helping the homeless? Y’know, the things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pull at your heart strings? </w:t>
      </w:r>
    </w:p>
    <w:p>
      <w:bookmarkStart w:id="651" w:name="pg650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1"/>
      <w:hyperlink r:id="rId1338">
        <w:r>
          <w:rPr>
            <w:rFonts w:ascii="Cambria" w:hAnsi="Cambria"/>
            <w:sz w:val="20"/>
            <w:color w:val="FFFFFF"/>
            <w:u/>
          </w:rPr>
          <w:t>https://preview.redd.it/i8c3bcpgegv61.png?width=986&amp;format=png&amp;auto=webp&amp;s=d30dd5ee969b4c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38">
        <w:r>
          <w:rPr>
            <w:rFonts w:ascii="Cambria" w:hAnsi="Cambria"/>
            <w:sz w:val="20"/>
            <w:color w:val="FFFFFF"/>
            <w:u/>
          </w:rPr>
          <w:t xml:space="preserve">9e607ee2e395fcf7eba92e47bd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 what I’m saying? Multiple ways to skin a cat. Just be consistent.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Andrew uploaded fairly consistently and did the usual tips and tricks with thumbnail art, titles, etc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(being click baity, but hey, I think everyone does that from time to time), but I noticed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still had very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low viewership and engagemen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t. Why is that? Ultimately, a combination of things. Check out his bio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check out all the banners and video descriptions (I have to speculate just a LITTLE here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assume he didn’t change anything recently), what do you see mentioned everywhere?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“Your guide to 6 figures in 6 months”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39">
        <w:r>
          <w:rPr>
            <w:rFonts w:ascii="Cambria" w:hAnsi="Cambria"/>
            <w:sz w:val="20"/>
            <w:color w:val="FFFFFF"/>
            <w:u/>
          </w:rPr>
          <w:t>https://preview.redd.it/re52l6hnegv61.png?width=950&amp;format=png&amp;auto=webp&amp;s=7842232cdd95f1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39">
        <w:r>
          <w:rPr>
            <w:rFonts w:ascii="Cambria" w:hAnsi="Cambria"/>
            <w:sz w:val="20"/>
            <w:color w:val="FFFFFF"/>
            <w:u/>
          </w:rPr>
          <w:t xml:space="preserve">85672ccafa3b7bc29e2b97d975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Rapid fire answer. Do you think his channel matches that sentiment?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mine: </w:t>
      </w:r>
      <w:r>
        <w:rPr>
          <w:rFonts w:ascii="Cambria" w:hAnsi="Cambria"/>
          <w:b/>
          <w:i w:val="0"/>
          <w:color w:val="FFFFFF"/>
          <w:sz w:val="20"/>
          <w:u w:val="none"/>
        </w:rPr>
        <w:t>not really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I’ll give you an example of a channel I found from searching “6 figures in 6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months” :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40">
        <w:r>
          <w:rPr>
            <w:rFonts w:ascii="Cambria" w:hAnsi="Cambria"/>
            <w:sz w:val="20"/>
            <w:color w:val="FFFFFF"/>
            <w:u/>
          </w:rPr>
          <w:t>https://preview.redd.it/ugflhivregv61.png?width=1202&amp;format=png&amp;auto=webp&amp;s=2d44bdea196301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40">
        <w:r>
          <w:rPr>
            <w:rFonts w:ascii="Cambria" w:hAnsi="Cambria"/>
            <w:sz w:val="20"/>
            <w:color w:val="FFFFFF"/>
            <w:u/>
          </w:rPr>
          <w:t xml:space="preserve">e0e124735c70d3ddf4af46da9a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Seems to mesh better with that idea, doesn’t it?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One thing Andrew mentions in this video is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starting a business can help you make 6 figures, but doesn't provide resources for running that business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on his channel. Sure, Andrew has more subscribers. I’ll give you that for now (come see me later though.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We’ll talk).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then you start looking at the content and figuring out what it's actually about. Andrew starts making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videos centered around </w:t>
      </w:r>
      <w:r>
        <w:rPr>
          <w:rFonts w:ascii="Cambria" w:hAnsi="Cambria"/>
          <w:b/>
          <w:i w:val="0"/>
          <w:color w:val="FFFFFF"/>
          <w:sz w:val="20"/>
          <w:u w:val="none"/>
        </w:rPr>
        <w:t>Python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There’s a few random videos in there, but he sticks to the code in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beginning and I applaud him for not jumping with random videos when his channel didn’t pop off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immediately (and that production schedule is just crazy). Some hit better than others--it’s fairly obvious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when an influencer has found something that hit right because they’ll keep doing it. Then bang.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channel evolves and we start hitting the clickbait.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41">
        <w:r>
          <w:rPr>
            <w:rFonts w:ascii="Cambria" w:hAnsi="Cambria"/>
            <w:sz w:val="20"/>
            <w:color w:val="FFFFFF"/>
            <w:u/>
          </w:rPr>
          <w:t>https://preview.redd.it/k4q34ff7ggv61.png?width=992&amp;format=png&amp;auto=webp&amp;s=9aad68c5749f87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41">
        <w:r>
          <w:rPr>
            <w:rFonts w:ascii="Cambria" w:hAnsi="Cambria"/>
            <w:sz w:val="20"/>
            <w:color w:val="FFFFFF"/>
            <w:u/>
          </w:rPr>
          <w:t xml:space="preserve">1c307416f355b2c693b6f0bcb0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3.9k views on this video. Pretty damn solid. Then you'll notice we start sliding back down to 100-500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views per video immediately after until we hit another (what I like to call) viral video and that’s where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you’ll see a key difference between Andrew’s channel and Nate’s. Nate’s lowest viewership is 4k. Nate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generally has more substantial comments on his videos. Do you see where I’m going with this?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subscribers isn’t always the best indication of success. Thanks Nate, you can go now.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42">
        <w:r>
          <w:rPr>
            <w:rFonts w:ascii="Cambria" w:hAnsi="Cambria"/>
            <w:sz w:val="20"/>
            <w:color w:val="FFFFFF"/>
            <w:u/>
          </w:rPr>
          <w:t>https://preview.redd.it/ly4vl8bofgv61.png?width=1189&amp;format=png&amp;auto=webp&amp;s=40c74ce394d257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42">
        <w:r>
          <w:rPr>
            <w:rFonts w:ascii="Cambria" w:hAnsi="Cambria"/>
            <w:sz w:val="20"/>
            <w:color w:val="FFFFFF"/>
            <w:u/>
          </w:rPr>
          <w:t xml:space="preserve">0b3e47da6524e1181855fac0c9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it seems like Andrew’s channel is more so centered around how you could land a 6 figure job 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increase your income to 6 figures… but likely not in 6 months and maybe not 6 figures. The content just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isn’t there... there isn’t a clear set of reasonable directions for the audience regarding how they can do </w:t>
      </w:r>
    </w:p>
    <w:p>
      <w:bookmarkStart w:id="652" w:name="pg651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2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in SIX months in his channel.. Consistently. Yes, emphasis on consistently. I’ll give you credit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some of these earlier "on-target" videos although I CANNOT confirm how filling they are in relation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channel proposition: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43">
        <w:r>
          <w:rPr>
            <w:rFonts w:ascii="Cambria" w:hAnsi="Cambria"/>
            <w:sz w:val="20"/>
            <w:color w:val="FFFFFF"/>
            <w:u/>
          </w:rPr>
          <w:t xml:space="preserve">How to be a Millionaire by 30: Build one of THESE in 2021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44">
        <w:r>
          <w:rPr>
            <w:rFonts w:ascii="Cambria" w:hAnsi="Cambria"/>
            <w:sz w:val="20"/>
            <w:color w:val="FFFFFF"/>
            <w:u/>
          </w:rPr>
          <w:t xml:space="preserve">My Very First Job Offer was $100K+ (and so can yours)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45">
        <w:r>
          <w:rPr>
            <w:rFonts w:ascii="Cambria" w:hAnsi="Cambria"/>
            <w:sz w:val="20"/>
            <w:color w:val="FFFFFF"/>
            <w:u/>
          </w:rPr>
          <w:t xml:space="preserve">How I Built 9 Income Sources at Age 25 (and you can too)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46">
        <w:r>
          <w:rPr>
            <w:rFonts w:ascii="Cambria" w:hAnsi="Cambria"/>
            <w:sz w:val="20"/>
            <w:color w:val="FFFFFF"/>
            <w:u/>
          </w:rPr>
          <w:t xml:space="preserve">$100K in Passive Income in 2021 - Making Six Figures on Autopilot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the way, y’all ever heard of Dr. Quarters?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47">
        <w:r>
          <w:rPr>
            <w:rFonts w:ascii="Cambria" w:hAnsi="Cambria"/>
            <w:sz w:val="20"/>
            <w:color w:val="FFFFFF"/>
            <w:u/>
          </w:rPr>
          <w:t>https://preview.redd.it/5pmtr2p8hgv61.jpg?width=480&amp;format=pjpg&amp;auto=webp&amp;s=97aa58581b681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47">
        <w:r>
          <w:rPr>
            <w:rFonts w:ascii="Cambria" w:hAnsi="Cambria"/>
            <w:sz w:val="20"/>
            <w:color w:val="FFFFFF"/>
            <w:u/>
          </w:rPr>
          <w:t xml:space="preserve">e022d0e9065ffe87c042fef8ddb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I’ll keep it simple. This episode of King of The Hill is based on a real guy and a real trend that was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popular (or perhaps, just popular in a different form) when I was kid. These people sold the idea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could get rich quick with minimal effort (essentially click bait). Needless to say, it backfires and Kahn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stuck in a bad situation, still working at a job he hates. He got off pretty easy in the show. People in real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life? Eh.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I’m not calling Andrew a get-rich-quick scam artist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think he has some interesting videos of value,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I do think his content is a little off kilter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he’s not delivering what he claims he can do for you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Normally, a channel will fall off the radar because of this..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then, there was a </w:t>
      </w:r>
      <w:r>
        <w:rPr>
          <w:rFonts w:ascii="Cambria" w:hAnsi="Cambria"/>
          <w:b/>
          <w:i w:val="0"/>
          <w:color w:val="FFFFFF"/>
          <w:sz w:val="20"/>
          <w:u w:val="none"/>
        </w:rPr>
        <w:t>catalyst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Gamestop.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how I mentioned you can see his videos hang out around relatively low views and once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creates something people like, he keeps doing it? This is a fairly common practice so don’t come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pitchforks ready. Think about it like this: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Miley Cyrus has pivoted multiple times throughout her career. Madonna. Gwen Stefani. Taylor Swift.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Katy Perry. Kanye West. Pink. Y’all know 'Hot in here' by Nelly? What about his other hit 'Over and Over'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Tim McGraw?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Nothing new here. This has been happening since before you were born.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48">
        <w:r>
          <w:rPr>
            <w:rFonts w:ascii="Cambria" w:hAnsi="Cambria"/>
            <w:sz w:val="20"/>
            <w:color w:val="FFFFFF"/>
            <w:u/>
          </w:rPr>
          <w:t xml:space="preserve">never forgetti mom's spaghetti 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There are a few problems with this pivot though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Andrew was missing his proposition value to 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viewers </w:t>
      </w:r>
      <w:r>
        <w:rPr>
          <w:rFonts w:ascii="Cambria" w:hAnsi="Cambria"/>
          <w:b/>
          <w:i w:val="0"/>
          <w:color w:val="FFFFFF"/>
          <w:sz w:val="20"/>
          <w:u w:val="none"/>
        </w:rPr>
        <w:t>already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he’s further pivoting from it--this can affect how </w:t>
      </w:r>
      <w:r>
        <w:rPr>
          <w:rFonts w:ascii="Cambria" w:hAnsi="Cambria"/>
          <w:b/>
          <w:i w:val="0"/>
          <w:color w:val="FFFFFF"/>
          <w:sz w:val="20"/>
          <w:u w:val="none"/>
        </w:rPr>
        <w:t>trustworthy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consistent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seems. I’d say this is relatively minor and easy to fix.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This becomes a much larger problem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when you examine how the content has evolved from the first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post. I have a specific word I’d like to use, but I’m going to abstain. Let me just talk about the video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see if you see what I see.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49">
        <w:r>
          <w:rPr>
            <w:rFonts w:ascii="Cambria" w:hAnsi="Cambria"/>
            <w:sz w:val="20"/>
            <w:color w:val="FFFFFF"/>
            <w:u/>
          </w:rPr>
          <w:t>https://preview.redd.it/5op9u4l6jgv61.png?width=946&amp;format=png&amp;auto=webp&amp;s=25ecb51fbc2766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49">
        <w:r>
          <w:rPr>
            <w:rFonts w:ascii="Cambria" w:hAnsi="Cambria"/>
            <w:sz w:val="20"/>
            <w:color w:val="FFFFFF"/>
            <w:u/>
          </w:rPr>
          <w:t xml:space="preserve">64fee6f7a3cd9bad3bbfaafbba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first video was published </w:t>
      </w:r>
      <w:r>
        <w:rPr>
          <w:rFonts w:ascii="Cambria" w:hAnsi="Cambria"/>
          <w:b/>
          <w:i w:val="0"/>
          <w:color w:val="FFFFFF"/>
          <w:sz w:val="20"/>
          <w:u w:val="none"/>
        </w:rPr>
        <w:t>February 1st, 2021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This is post January baby squeeze. It gives you a nice,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simple explanation of the Reddit vs. Wall Street situation, and basic trading concepts. This is an entry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level video. This is not for the folks already in the game. In my expert opinion, I’d describe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video as </w:t>
      </w:r>
    </w:p>
    <w:p>
      <w:bookmarkStart w:id="653" w:name="pg652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3"/>
      <w:r>
        <w:rPr>
          <w:rFonts w:ascii="Cambria" w:hAnsi="Cambria"/>
          <w:b/>
          <w:i w:val="0"/>
          <w:color w:val="FFFFFF"/>
          <w:sz w:val="20"/>
          <w:u w:val="none"/>
        </w:rPr>
        <w:t>targeting the FOMO crowd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who saw the news, said “fuck, I want in” and searched for a video from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trusted source (and the use of his job title in the video is very intentional. His channel name has changed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by now too) who could explain in 10 minutes or less.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Good results. Can he do it again?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0">
        <w:r>
          <w:rPr>
            <w:rFonts w:ascii="Cambria" w:hAnsi="Cambria"/>
            <w:sz w:val="20"/>
            <w:color w:val="FFFFFF"/>
            <w:u/>
          </w:rPr>
          <w:t>https://preview.redd.it/4fecb7nfjgv61.png?width=958&amp;format=png&amp;auto=webp&amp;s=5cf9ab03d65312c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50">
        <w:r>
          <w:rPr>
            <w:rFonts w:ascii="Cambria" w:hAnsi="Cambria"/>
            <w:sz w:val="20"/>
            <w:color w:val="FFFFFF"/>
            <w:u/>
          </w:rPr>
          <w:t xml:space="preserve">4f4d2cb566b7afe01e05c25c9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Yes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 goes deeper into his explanation of the situation and the market as a whole and drops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resources for beginners like links to trading apps like </w:t>
      </w:r>
      <w:r>
        <w:rPr>
          <w:rFonts w:ascii="Cambria" w:hAnsi="Cambria"/>
          <w:b/>
          <w:i w:val="0"/>
          <w:color w:val="FFFFFF"/>
          <w:sz w:val="20"/>
          <w:u w:val="none"/>
        </w:rPr>
        <w:t>Webull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or </w:t>
      </w:r>
      <w:r>
        <w:rPr>
          <w:rFonts w:ascii="Cambria" w:hAnsi="Cambria"/>
          <w:b/>
          <w:i w:val="0"/>
          <w:color w:val="FFFFFF"/>
          <w:sz w:val="20"/>
          <w:u w:val="none"/>
        </w:rPr>
        <w:t>Robinhood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Yes, Robinhood. Even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had been put out there they had halted trading.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removes this in later videos but it can still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found in the description and pinned comments of older videos. Do you think he isn't getting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something from that?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1">
        <w:r>
          <w:rPr>
            <w:rFonts w:ascii="Cambria" w:hAnsi="Cambria"/>
            <w:sz w:val="20"/>
            <w:color w:val="FFFFFF"/>
            <w:u/>
          </w:rPr>
          <w:t xml:space="preserve">https://www.youtube.com/watch?v=a8AJNOYKkqc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hyperlink r:id="rId1352">
        <w:r>
          <w:rPr>
            <w:rFonts w:ascii="Cambria" w:hAnsi="Cambria"/>
            <w:sz w:val="20"/>
            <w:color w:val="FFFFFF"/>
            <w:u/>
          </w:rPr>
          <w:t>https://preview.redd.it/0cptbbozsgv61.png?width=887&amp;format=png&amp;auto=webp&amp;s=770a20bc41a180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52">
        <w:r>
          <w:rPr>
            <w:rFonts w:ascii="Cambria" w:hAnsi="Cambria"/>
            <w:sz w:val="20"/>
            <w:color w:val="FFFFFF"/>
            <w:u/>
          </w:rPr>
          <w:t xml:space="preserve">446ff4ca024c143ecbd7506753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a week or so of posting, he hits 5k subscribers. By March, he hits 20k. By April, 70k. That’s some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aggressive growth.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Of the 100+ videos that have come out since the OG video, I’ve counted ONE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that caters to his original audience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That’s fine, people are allowed to change, but you </w:t>
      </w:r>
      <w:r>
        <w:rPr>
          <w:rFonts w:ascii="Cambria" w:hAnsi="Cambria"/>
          <w:b/>
          <w:i w:val="0"/>
          <w:color w:val="FFFFFF"/>
          <w:sz w:val="20"/>
          <w:u w:val="none"/>
        </w:rPr>
        <w:t>have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to update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brand. He hasn’t though. Nothing besides *looks at notecard* editing his original video descriptions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pinned comments to include affiliate links to anything pertaining to GME, language such “tendies”,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“apes”, “moon”, “moon platoon”, and “space upgrades”. Even his first video that came out a year ago.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So pretty much everything to make money.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(And I have to throw in another </w:t>
      </w:r>
      <w:r>
        <w:rPr>
          <w:rFonts w:ascii="Cambria" w:hAnsi="Cambria"/>
          <w:b/>
          <w:i w:val="0"/>
          <w:color w:val="FFFFFF"/>
          <w:sz w:val="20"/>
          <w:u w:val="none"/>
        </w:rPr>
        <w:t>disclaimer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I don’t know Andrew personally and he seems like a pretty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cool dude. This isn’t an attack on him for playing the marketing game. This post is just for you guys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there are good shills and bad shills and everything in between. The human brain is more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fragile than you think and very susceptible to manipulation especially when emotions are running high.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remember when I started investing I listened to every account out there instead of doing my research.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Within 5 minutes I bought a stock, read something, sold that stock, and bought another like a true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crayon muncher.)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videos become more click baity as time goes on. Remember that one video I mentioned in the last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paragraph? You’ll notice a significant dip in viewership. When I talk to my friends about being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influencer, I tell them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while it might seem like a great idea to hop on a hype train to collect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some followers, it winds up being very difficult to keep those followers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Why? Because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followed you for x, not y and you can see that here. Increase in views. Increase in engagement. Increase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subscribers. Nice. Back to business. Uh oh. Didn’t do so well. Back to Gamestop.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3">
        <w:r>
          <w:rPr>
            <w:rFonts w:ascii="Cambria" w:hAnsi="Cambria"/>
            <w:sz w:val="20"/>
            <w:color w:val="FFFFFF"/>
            <w:u/>
          </w:rPr>
          <w:t>https://preview.redd.it/aj5hjntltgv61.png?width=1120&amp;format=png&amp;auto=webp&amp;s=fd646e4fceb2d3a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53">
        <w:r>
          <w:rPr>
            <w:rFonts w:ascii="Cambria" w:hAnsi="Cambria"/>
            <w:sz w:val="20"/>
            <w:color w:val="FFFFFF"/>
            <w:u/>
          </w:rPr>
          <w:t xml:space="preserve">3747a57f17e725ab30315d7aa </w:t>
        </w:r>
      </w:hyperlink>
    </w:p>
    <w:p>
      <w:bookmarkStart w:id="654" w:name="pg653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4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now you’re stuck in a cycle of HAVING to keep making videos about this topic if you want to maintain.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That’s how we wind up with videos like “Should I sell Gamestop?” (</w:t>
      </w:r>
      <w:r>
        <w:rPr>
          <w:rFonts w:ascii="Cambria" w:hAnsi="Cambria"/>
          <w:b/>
          <w:i w:val="0"/>
          <w:color w:val="FFFFFF"/>
          <w:sz w:val="20"/>
          <w:u w:val="none"/>
        </w:rPr>
        <w:t>multiple times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), thumbnails with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words like “crash”, “you lose”, or “game over”.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Again, I stress that the target was the FOMO crowd, the baby chimps. They don’t know any better. They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need someone who doesn’t hurt their brain, keeps it short, and funny.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Do you see how all the above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dangerous for them as we move forward?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Put it this way.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Using a recent video at 68k views (and every single one of them is a new viewer).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all of those people are holding 100 shares that’s 6,800,000 shares total.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Imagine he uploads a video mid squeeze with a title of “</w:t>
      </w:r>
      <w:r>
        <w:rPr>
          <w:rFonts w:ascii="Cambria" w:hAnsi="Cambria"/>
          <w:b/>
          <w:i w:val="0"/>
          <w:color w:val="FFFFFF"/>
          <w:sz w:val="20"/>
          <w:u w:val="none"/>
        </w:rPr>
        <w:t>$GME PEAKS AT $5,000??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” with a thumbnail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something like “highest it can go?” or “game over?”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is emotional, they’ve never seen this much money before. They freak the hell out. They don’t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want to lose that money. </w:t>
      </w:r>
      <w:r>
        <w:rPr>
          <w:rFonts w:ascii="Cambria" w:hAnsi="Cambria"/>
          <w:b/>
          <w:i w:val="0"/>
          <w:color w:val="FFFFFF"/>
          <w:sz w:val="20"/>
          <w:u w:val="none"/>
        </w:rPr>
        <w:t>They paperhand at $5k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$GME briefly dips before skyrocketing to $20k.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Dangerous for stockholders. Dangerous for him and the future of his channel.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Let’s go back to </w:t>
      </w:r>
      <w:r>
        <w:rPr>
          <w:rFonts w:ascii="Cambria" w:hAnsi="Cambria"/>
          <w:b/>
          <w:i w:val="0"/>
          <w:color w:val="FFFFFF"/>
          <w:sz w:val="20"/>
          <w:u w:val="none"/>
        </w:rPr>
        <w:t>trust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He’s not currently fulfilling his value proposition. He creates click bait videos.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Doesn’t give credit to the folks who provide him video content (links to atobitt's biz, but not the artist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this or Pixel's Endgame DD). Half-rebranding to make it </w:t>
      </w:r>
      <w:r>
        <w:rPr>
          <w:rFonts w:ascii="Cambria" w:hAnsi="Cambria"/>
          <w:b/>
          <w:i w:val="0"/>
          <w:color w:val="FFFFFF"/>
          <w:sz w:val="20"/>
          <w:u w:val="none"/>
        </w:rPr>
        <w:t>seem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like he’s a fellow ape...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4">
        <w:r>
          <w:rPr>
            <w:rFonts w:ascii="Cambria" w:hAnsi="Cambria"/>
            <w:sz w:val="20"/>
            <w:color w:val="FFFFFF"/>
            <w:u/>
          </w:rPr>
          <w:t>https://preview.redd.it/ed7d604xtgv61.png?width=1440&amp;format=png&amp;auto=webp&amp;s=25fee894f682a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54">
        <w:r>
          <w:rPr>
            <w:rFonts w:ascii="Cambria" w:hAnsi="Cambria"/>
            <w:sz w:val="20"/>
            <w:color w:val="FFFFFF"/>
            <w:u/>
          </w:rPr>
          <w:t xml:space="preserve">7b8565a49536cb90b5f78f8585c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Honestly, he </w:t>
      </w:r>
      <w:r>
        <w:rPr>
          <w:rFonts w:ascii="Cambria" w:hAnsi="Cambria"/>
          <w:b/>
          <w:i w:val="0"/>
          <w:color w:val="FFFFFF"/>
          <w:sz w:val="20"/>
          <w:u w:val="none"/>
        </w:rPr>
        <w:t>might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 an ape.. The problem is </w:t>
      </w:r>
      <w:r>
        <w:rPr>
          <w:rFonts w:ascii="Cambria" w:hAnsi="Cambria"/>
          <w:b/>
          <w:i w:val="0"/>
          <w:color w:val="FFFFFF"/>
          <w:sz w:val="20"/>
          <w:u w:val="none"/>
        </w:rPr>
        <w:t>he doesn’t come across genuine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because of the above--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what are you willing to compromise for views and $$? Quite a few people have made comments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mentioning he doesn’t appear genuine. Some people have jumped to his defense that he’s accepted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feedback and is changing some things because of it (no idea what though, but then again I don't watch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 channel regularly... then again... I'm a pretty good guesser) which brings me to my next point.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He’s not changing.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clickbait is still there. I mean, how long have we known options were a no no? Recent video with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title that suggests options are some secret ticket to tendies (because options traders know something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 don’t?). He is still missing his value proposition. He is not giving written credit to folks providing him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information.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5">
        <w:r>
          <w:rPr>
            <w:rFonts w:ascii="Cambria" w:hAnsi="Cambria"/>
            <w:sz w:val="20"/>
            <w:color w:val="FFFFFF"/>
            <w:u/>
          </w:rPr>
          <w:t>https://preview.redd.it/4a1hno7augv61.png?width=217&amp;format=png&amp;auto=webp&amp;s=16117ccbe99d5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55">
        <w:r>
          <w:rPr>
            <w:rFonts w:ascii="Cambria" w:hAnsi="Cambria"/>
            <w:sz w:val="20"/>
            <w:color w:val="FFFFFF"/>
            <w:u/>
          </w:rPr>
          <w:t xml:space="preserve">65bfaf35668d757850aef2eb8d9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I also found out he used my DD in a video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which was pretty cool. I didn’t know a lot about him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besides watching people bicker about him on the sub, but I never personally watched. Decided to check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out.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6">
        <w:r>
          <w:rPr>
            <w:rFonts w:ascii="Cambria" w:hAnsi="Cambria"/>
            <w:sz w:val="20"/>
            <w:color w:val="FFFFFF"/>
            <w:u/>
          </w:rPr>
          <w:t xml:space="preserve">that 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Honestly, </w:t>
      </w:r>
      <w:r>
        <w:rPr>
          <w:rFonts w:ascii="Cambria" w:hAnsi="Cambria"/>
          <w:b/>
          <w:i w:val="0"/>
          <w:color w:val="FFFFFF"/>
          <w:sz w:val="20"/>
          <w:u w:val="none"/>
        </w:rPr>
        <w:t>I was so disappointed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>Not only in him, but shill dog as well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What I emphasize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EVERYONE is that we better be about our shit. You know you’re doing an interview?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Brush up on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public speaking skills. You are making history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you never know when the camera is rolling. If you </w:t>
      </w:r>
    </w:p>
    <w:p>
      <w:bookmarkStart w:id="655" w:name="pg65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5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ho-hum, seem unsure, or lie, the audience will know. The media will eat you alive and you destroy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credibility of the sub. You never know what opportunities will come from this either. </w:t>
      </w:r>
      <w:r>
        <w:rPr>
          <w:rFonts w:ascii="Cambria" w:hAnsi="Cambria"/>
          <w:b/>
          <w:i w:val="0"/>
          <w:color w:val="FFFFFF"/>
          <w:sz w:val="20"/>
          <w:u w:val="none"/>
        </w:rPr>
        <w:t>Be like DFV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No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excuses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My inbox is always open if you need help preparing for these things. Anyways.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bothers me how big of a joke this came off. It bothers me how suspicious I was of Shill dog because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they handled the interview--what a massive platform to be on and...woof.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It bothered me when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read a comment that said NEITHER of the people talking in this video seemed genuine.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name 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attached to this. That’s my research. My integrity is everything so </w:t>
      </w:r>
      <w:r>
        <w:rPr>
          <w:rFonts w:ascii="Cambria" w:hAnsi="Cambria"/>
          <w:b/>
          <w:i w:val="0"/>
          <w:color w:val="FFFFFF"/>
          <w:sz w:val="20"/>
          <w:u w:val="none"/>
        </w:rPr>
        <w:t>I felt a need to reach out to Andrew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Maybe I could come on and discuss in a way that would make people feel more at ease. I messaged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twitter, radio silence. I expected that though, no big deal. Next step, bring out my old youtube channel.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Check privacy settings. I leave a comment and go to bed.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wake up the next day expecting a comment or a like based upon how recently he interacted with other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commenters.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My comment is gone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I wondered if I just hadn’t actually submitted it, but I was so sure I had.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Immediately became sus, but I don’t make claims without proof. I painstakingly type up the same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comment. Gone within 10 minutes. </w:t>
      </w:r>
    </w:p>
    <w:p>
      <w:pPr>
        <w:keepLines w:val="0"/>
        <w:widowControl w:val="0"/>
        <w:spacing w:before="384" w:after="0" w:lineRule="exact" w:line="246"/>
        <w:ind w:left="0" w:right="-60"/>
      </w:pPr>
      <w:hyperlink r:id="rId1357">
        <w:r>
          <w:rPr>
            <w:rFonts w:ascii="Cambria" w:hAnsi="Cambria"/>
            <w:sz w:val="20"/>
            <w:color w:val="FFFFFF"/>
            <w:u/>
          </w:rPr>
          <w:t xml:space="preserve">go see if it's there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log onto another channel. I leave a comment praising him. Still up to this moment. I won't screenshot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one. Just take a guess.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That tells me everything I need to know.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Bonus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I found the reveal of his offer to shill odd. Many people were skeptical as well, asking why 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blurred the information out the way he did, why talk so briefly about it, why not put the company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there, etc.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So I’m gonna pull a Warden on you guys: It’s either fake, it’s real and he didn’t take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offer, or it’s real and he took an offer.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 was a live video. Often you don’t have yourself as put together as a scripted video you can reshoot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watch and edit and tweak and so on, but I want you to notice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he never said he wouldn’t take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offer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There was just a funky transition that he would have shill dog in the live stream to keep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him straight.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If I'm just being a skeptic and he gets upset by this because it's not true, that's on him for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allowing his viewers to doubt how honest of a content creator he is.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TLDR: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 majority of you will say you don't care about Andrew and never have and this is all stuff you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already figured out, but there are some apes out there who still view him as their first source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information and </w:t>
      </w:r>
      <w:r>
        <w:rPr>
          <w:rFonts w:ascii="Cambria" w:hAnsi="Cambria"/>
          <w:b/>
          <w:i w:val="0"/>
          <w:color w:val="FFFFFF"/>
          <w:sz w:val="20"/>
          <w:u w:val="none"/>
        </w:rPr>
        <w:t>you are only as strong as your weakest link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Through a brief analysis, I've shown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foundation or lack thereof behind this channel and how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AndrewMoMoney's channel is positioned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for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  <w:r>
        <w:rPr>
          <w:rFonts w:ascii="Cambria" w:hAnsi="Cambria"/>
          <w:b/>
          <w:i w:val="0"/>
          <w:color w:val="FFFFFF"/>
          <w:sz w:val="20"/>
          <w:u w:val="none"/>
        </w:rPr>
        <w:t xml:space="preserve">maximizing earnings through sensationalism. Sensationalism is a cheap way to grow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channel, but you will lose it all unless you adjust your marketing strategy and value proposition.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This type of channel is potentially damaging for the squeeze. I strongly urge you to consider what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media you will surround yourself with when this lifts off.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While I have you here Andrew, might I make some suggestions?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don't like plain criticism. We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constructive feedback around here: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Interview the people who write the DD you discuss. All of them. Not just the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"celebrities". </w:t>
      </w:r>
    </w:p>
    <w:p>
      <w:bookmarkStart w:id="656" w:name="pg655"/>
      <w:pPr>
        <w:keepLines w:val="0"/>
        <w:pageBreakBefore/>
        <w:widowControl w:val="0"/>
        <w:tabs>
          <w:tab w:pos="1922" w:val="left"/>
          <w:tab w:pos="2282" w:val="left"/>
        </w:tabs>
        <w:spacing w:before="71" w:after="0" w:lineRule="exact" w:line="246"/>
        <w:ind w:left="0" w:right="-60"/>
      </w:pPr>
      <w:bookmarkEnd w:id="656"/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 these interviews to supplement what you don't know instead of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reading straight DD.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8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a video for your OG subscribers on how they can use GME as a catalyst for their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careers--even if that's just having the extra tendies to go back to school or coast while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figure out their life.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a video that helps apes manage their tendies--like "how to find a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CPA", "how to pick a lawyer". You don't even need to pitch it as original.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Give credit to the person who posted first, say it's a video adaptation, </w:t>
      </w:r>
    </w:p>
    <w:p>
      <w:pPr>
        <w:keepLines w:val="0"/>
        <w:widowControl w:val="0"/>
        <w:spacing w:before="69" w:after="0" w:lineRule="exact" w:line="246"/>
        <w:ind w:left="2282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boom.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hyperlink r:id="rId1358">
        <w:r>
          <w:rPr>
            <w:rFonts w:ascii="Cambria" w:hAnsi="Cambria"/>
            <w:sz w:val="20"/>
            <w:color w:val="FFFFFF"/>
            <w:u/>
          </w:rPr>
          <w:t xml:space="preserve">Stop deleting negative comments and use them to your advantage. </w:t>
        </w:r>
      </w:hyperlink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Cut back on the click bait titles. You can optimize your title for the algorithm AND give </w:t>
      </w:r>
    </w:p>
    <w:p>
      <w:pPr>
        <w:keepLines w:val="0"/>
        <w:widowControl w:val="0"/>
        <w:spacing w:before="69" w:after="0" w:lineRule="exact" w:line="246"/>
        <w:ind w:left="120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viewers a clear understanding of what the video is about. </w:t>
      </w:r>
    </w:p>
    <w:p>
      <w:pPr>
        <w:keepLines w:val="0"/>
        <w:widowControl w:val="0"/>
        <w:tabs>
          <w:tab w:pos="1922" w:val="left"/>
          <w:tab w:pos="2282" w:val="left"/>
        </w:tabs>
        <w:spacing w:before="69" w:after="0" w:lineRule="exact" w:line="246"/>
        <w:ind w:left="0" w:right="-60"/>
      </w:pPr>
      <w:r>
        <w:tab/>
      </w:r>
      <w:r>
        <w:rPr>
          <w:rFonts w:ascii="Courier New" w:hAnsi="Courier New"/>
          <w:b w:val="0"/>
          <w:i w:val="0"/>
          <w:color w:val="FFFFFF"/>
          <w:sz w:val="19"/>
          <w:u w:val="none"/>
        </w:rPr>
        <w:t>o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Write what the video is about in the description.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 back to engaging with your subscribers like you did in the beginning.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Think about the social and economic repercussions of the content you're publishing. </w:t>
      </w:r>
    </w:p>
    <w:p>
      <w:pPr>
        <w:keepLines w:val="0"/>
        <w:widowControl w:val="0"/>
        <w:tabs>
          <w:tab w:pos="841" w:val="left"/>
          <w:tab w:pos="1201" w:val="left"/>
        </w:tabs>
        <w:spacing w:before="67" w:after="0" w:lineRule="exact" w:line="248"/>
        <w:ind w:left="0" w:right="-60"/>
      </w:pPr>
      <w:r>
        <w:tab/>
      </w:r>
      <w:r>
        <w:rPr>
          <w:rFonts w:ascii="Symbol" w:hAnsi="Symbol"/>
          <w:b w:val="0"/>
          <w:i w:val="0"/>
          <w:color w:val="FFFFFF"/>
          <w:sz w:val="19"/>
          <w:u w:val="none"/>
        </w:rPr>
        <w:t>•</w:t>
      </w:r>
      <w:r>
        <w:rPr>
          <w:rFonts w:ascii="Arial" w:hAnsi="Arial"/>
          <w:b w:val="0"/>
          <w:i w:val="0"/>
          <w:color w:val="FFFFFF"/>
          <w:sz w:val="19"/>
          <w:u w:val="none"/>
        </w:rPr>
        <w:t xml:space="preserve"> </w:t>
      </w:r>
      <w:r>
        <w:tab/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Wait don't take these, they're actually pretty good I might use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Please excuse typos or grammar as my eyes are burning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961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OBV and Beta definitively show that the price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is heavily suppressed and that GME is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ultimate hedge against market volatility </w:t>
      </w:r>
    </w:p>
    <w:p>
      <w:pPr>
        <w:keepLines w:val="0"/>
        <w:widowControl w:val="0"/>
        <w:spacing w:before="507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Hey there, dildos and dildettes. I normally keep my DD to myself and my friends, but if I can convince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cautious anchor to reality that GME is going to the moon, maybe I can help you do the same.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don't have someone keeping you grounded and real, you should. Fiery passion only beats cold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hard facts in Julie Garwood novels and succubus hentai.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OBV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 = On Balance Volume and typically it follows the price movement closer than Citadel interns follow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sub for the latest image of Kenneth as an alien covered in nipples. (You fuckin weirdos)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the OBV on some stocks that mean something to normal bipedal hominids: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59">
        <w:r>
          <w:rPr>
            <w:rFonts w:ascii="Cambria" w:hAnsi="Cambria"/>
            <w:sz w:val="20"/>
            <w:color w:val="FFFFFF"/>
            <w:u/>
          </w:rPr>
          <w:t xml:space="preserve">FB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60">
        <w:r>
          <w:rPr>
            <w:rFonts w:ascii="Cambria" w:hAnsi="Cambria"/>
            <w:sz w:val="20"/>
            <w:color w:val="FFFFFF"/>
            <w:u/>
          </w:rPr>
          <w:t xml:space="preserve">NIO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61">
        <w:r>
          <w:rPr>
            <w:rFonts w:ascii="Cambria" w:hAnsi="Cambria"/>
            <w:sz w:val="20"/>
            <w:color w:val="FFFFFF"/>
            <w:u/>
          </w:rPr>
          <w:t xml:space="preserve">AAPL </w:t>
        </w:r>
      </w:hyperlink>
    </w:p>
    <w:p>
      <w:bookmarkStart w:id="657" w:name="pg65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7"/>
      <w:hyperlink r:id="rId1362">
        <w:r>
          <w:rPr>
            <w:rFonts w:ascii="Cambria" w:hAnsi="Cambria"/>
            <w:sz w:val="20"/>
            <w:color w:val="FFFFFF"/>
            <w:u/>
          </w:rPr>
          <w:t xml:space="preserve">SPY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Very clearly you can see that the price movement and the OBV need to get a room. Now let's look at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 of GME. It should have the same line as the one on your RH homepage right?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63">
        <w:r>
          <w:rPr>
            <w:rFonts w:ascii="Cambria" w:hAnsi="Cambria"/>
            <w:sz w:val="20"/>
            <w:color w:val="FFFFFF"/>
            <w:u/>
          </w:rPr>
          <w:t xml:space="preserve">DatBoi OBV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Fuckin WRONG. Now I know what you're thinking: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But u/OverlordHippo how can you call us dildos when you didn't even crop your screenshots.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Blow me, I just realized it and I'm not redoing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So, what's the formula that turns numbers into lines here?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Come on now, let's not pretend you'd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understand it. Think of it like this though; There are daily posts showing the buy/sell ratio being a win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the Apes. The OBV confirms that.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What does this mean?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Look at the GME picture again and imagine the price movement continuing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way it should have without the good old fashioned HF fuckery. It looks like it should be sitting around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$550.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$550 without any shorts covering. Shorts covering equals = buying. Buying = price goes up. OBV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shows buying is dominant, yet price goes down = shorting enough not to just stop it from going up,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push it down significantly. Tits = Jacked.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Beta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We're not talking about your personality here. We're talking about a stocks relationship with the rest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market. The market beta value is hard set at a value of 1.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stock has a Beta value greater than 1, it's price will move in relation to the market's movement, but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a greater degree. If a stock has a Beta value lesser than 1, it's price will still move in relation to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market's, but to a lesser degree. It's rare, but a stock can have a negative beta, which means that it has 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inverse relationship with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Most stocks hover around the market value. Best buy is 0.82, Amazon is at 1.11, that sort of thing.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stocks within the market as a whole typically move together. You see those posts with all the red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squares when the nasdaq has a shit day. Good days and bad days evened out and extraneous events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aside (like some CEO gets caught on a zoom conference with a fleshlight/nipple clamp combo in his desk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drawer shaped like a scorpion) the market moves in tandem to the stocks that comprise it.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Here's some boomer piece talking about how stocks with low Beta are a great way to hedge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portfolio against market volatility.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64">
        <w:r>
          <w:rPr>
            <w:rFonts w:ascii="Cambria" w:hAnsi="Cambria"/>
            <w:sz w:val="20"/>
            <w:color w:val="FFFFFF"/>
            <w:u/>
          </w:rPr>
          <w:t xml:space="preserve">Lowest 5 Beta stocks of the S&amp;P 500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 there you'll find such classics as </w:t>
      </w:r>
      <w:r>
        <w:rPr>
          <w:rFonts w:ascii="Cambria" w:hAnsi="Cambria"/>
          <w:b w:val="0"/>
          <w:i/>
          <w:color w:val="FFFFFF"/>
          <w:sz w:val="20"/>
          <w:u w:val="none"/>
        </w:rPr>
        <w:t>Johnson and Johnson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and </w:t>
      </w:r>
      <w:r>
        <w:rPr>
          <w:rFonts w:ascii="Cambria" w:hAnsi="Cambria"/>
          <w:b w:val="0"/>
          <w:i/>
          <w:color w:val="FFFFFF"/>
          <w:sz w:val="20"/>
          <w:u w:val="none"/>
        </w:rPr>
        <w:t>Proctor and Gamble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the kind of stocks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less exciting than re-uploading screenshots that you forgot to crop. The point being that the lowest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Beta of the SPY is Walmart at 0.36.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the extreme outlier of stocks considered relevant.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65">
        <w:r>
          <w:rPr>
            <w:rFonts w:ascii="Cambria" w:hAnsi="Cambria"/>
            <w:sz w:val="20"/>
            <w:color w:val="FFFFFF"/>
            <w:u/>
          </w:rPr>
          <w:t xml:space="preserve">Here's GME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-5.62... Not just 0.069, not -4.20, but -5.62.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Basically the market could implode and GME is going surfing the waves of the tears of everyone who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doesn't have some. Someone should buy an ad on NPR or a commercial during MASH reruns about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hedging your portfolio with GME against market volatility. Our granpappy's will be burying shares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in the woods behind their houses and shit. </w:t>
      </w:r>
    </w:p>
    <w:p>
      <w:bookmarkStart w:id="658" w:name="pg65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58"/>
      <w:r>
        <w:rPr>
          <w:rFonts w:ascii="Cambria" w:hAnsi="Cambria"/>
          <w:b w:val="0"/>
          <w:i/>
          <w:color w:val="FFFFFF"/>
          <w:sz w:val="20"/>
          <w:u w:val="none"/>
        </w:rPr>
        <w:t>Are we the boomers now?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 fuckin guess so. It's going to be hilarious saying: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 should've hedged properly against this volatile market by buying something safe like GME.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there it is. Data driven proof of price suppression and certified boomer approval of portfolio hedging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strategies against market volatility all wrapped into one tasty package.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Summary/TLDR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 and Beta definitively show that the price is both heavily suppressed and that GME is a safe haven in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volatile market. Not only are we correct in our reasoning, we're in a financial lifeboat rowing away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the sinking Titanic that is the market.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that doesn't convince the skeptics in your life, then name your yachts after them or something.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 for those who can't read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7"/>
        <w:ind w:left="0" w:right="-60"/>
      </w:pPr>
      <w:r>
        <w:rPr>
          <w:rFonts w:ascii="Segoe UI Emoji" w:hAnsi="Segoe UI Emoji"/>
          <w:b w:val="0"/>
          <w:i w:val="0"/>
          <w:color w:val="FFFFFF"/>
          <w:sz w:val="20"/>
          <w:u w:val="none"/>
        </w:rPr>
        <w:t>🚀🚀🚀💎🤲💎🍆🐜🚀🚀🚀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2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Lots of dildapes out there twiddling their neckbeards and saying things like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OBV and Beta can't be used to predict price movement, they're made up of data from previous price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movements.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Congratulations, you just described literally all of technical analysis. </w:t>
      </w:r>
      <w:r>
        <w:rPr>
          <w:rFonts w:ascii="Cambria" w:hAnsi="Cambria"/>
          <w:b w:val="0"/>
          <w:i/>
          <w:color w:val="FFFFFF"/>
          <w:sz w:val="20"/>
          <w:u w:val="none"/>
        </w:rPr>
        <w:t>No shit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it's made of data from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past and present. It's not like it's made up of data from the future, McFly. MACD, RSI, Stochastics,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candlestick patterns, and the skidmarks in your briefs are all entirely comprised of prior movements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used to predict future movements. Even the skidmarks. </w:t>
      </w:r>
      <w:r>
        <w:rPr>
          <w:rFonts w:ascii="Cambria" w:hAnsi="Cambria"/>
          <w:b/>
          <w:i w:val="0"/>
          <w:color w:val="FFFFFF"/>
          <w:sz w:val="20"/>
          <w:u w:val="none"/>
        </w:rPr>
        <w:t>HELLO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you already almost shit yourself...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Are you going to try and sneak out another one?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Part Deux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I see a lot of different Beta values being posted from different sources. Yahoo Finance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shows -1.94 and the Bloomberg terminal shows -bazillion. </w:t>
      </w:r>
      <w:r>
        <w:rPr>
          <w:rFonts w:ascii="Cambria" w:hAnsi="Cambria"/>
          <w:b w:val="0"/>
          <w:i/>
          <w:color w:val="FFFFFF"/>
          <w:sz w:val="20"/>
          <w:u w:val="none"/>
        </w:rPr>
        <w:t>Which is it?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As some have said, some sources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don't include AH trading, so who knows. It's probably something closer to zero than the overpriced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boomer machine that runs Windows '69. But, with information as it is for us lowly peons of the financial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world, who tf knows. You can bet your Shrek box set on the fact that if even Yahoo Finance says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it's </w:t>
      </w:r>
      <w:r>
        <w:rPr>
          <w:rFonts w:ascii="Cambria" w:hAnsi="Cambria"/>
          <w:b w:val="0"/>
          <w:i/>
          <w:color w:val="FFFFFF"/>
          <w:sz w:val="20"/>
          <w:u w:val="none"/>
        </w:rPr>
        <w:t>pretty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bad, it is really fuckin bad. </w:t>
      </w:r>
    </w:p>
    <w:p>
      <w:pPr>
        <w:keepLines w:val="0"/>
        <w:widowControl w:val="0"/>
        <w:spacing w:before="319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pPr>
        <w:keepLines w:val="0"/>
        <w:widowControl w:val="0"/>
        <w:spacing w:before="240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Over 30% of GME bananas are missing from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Bloomberg Terminal. Over 69% of GME is </w:t>
      </w:r>
    </w:p>
    <w:p>
      <w:bookmarkStart w:id="659" w:name="pg658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659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trading off exchanges or in an unreported Dark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Pool? It's National Banana Day - Do you know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where your GME bananas are? </w:t>
      </w:r>
    </w:p>
    <w:p>
      <w:pPr>
        <w:keepLines w:val="0"/>
        <w:widowControl w:val="0"/>
        <w:spacing w:before="508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57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 yesterday I posted about </w:t>
      </w:r>
      <w:r>
        <w:rPr>
          <w:rFonts w:ascii="Cambria" w:hAnsi="Cambria"/>
          <w:b/>
          <w:i w:val="0"/>
          <w:color w:val="FFFFFF"/>
          <w:sz w:val="20"/>
          <w:u w:val="none"/>
        </w:rPr>
        <w:t>FINRA ADF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showing up as the primary exchange for GME trades over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past 6 trading days (and likely much longer). The thing is, FINRA ADF is not currently in operation... </w:t>
      </w:r>
    </w:p>
    <w:p>
      <w:pPr>
        <w:keepLines w:val="0"/>
        <w:widowControl w:val="0"/>
        <w:spacing w:before="69" w:after="0" w:lineRule="exact" w:line="246"/>
        <w:ind w:left="0" w:right="-60"/>
      </w:pPr>
      <w:hyperlink r:id="rId1366">
        <w:r>
          <w:rPr>
            <w:rFonts w:ascii="Cambria" w:hAnsi="Cambria"/>
            <w:sz w:val="20"/>
            <w:color w:val="FFFFFF"/>
            <w:u/>
          </w:rPr>
          <w:t>https://www.reddit.com/r/Superstonk/comments/muzj4o/finra_webmaster_no_brokerdealers_curren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hyperlink r:id="rId1366">
        <w:r>
          <w:rPr>
            <w:rFonts w:ascii="Cambria" w:hAnsi="Cambria"/>
            <w:sz w:val="20"/>
            <w:color w:val="FFFFFF"/>
            <w:u/>
          </w:rPr>
          <w:t xml:space="preserve">tly_using/ </w:t>
        </w:r>
      </w:hyperlink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u/koreanjc had a great post about this a little over a week ago FADF - A Dark Pool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looking into this, I realized that the GME Bloomberg Terminal data is missing between 31.4%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38.9% of GME daily trading volume from 4/13 - 4/20.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That's </w:t>
      </w:r>
      <w:r>
        <w:rPr>
          <w:rFonts w:ascii="Cambria" w:hAnsi="Cambria"/>
          <w:b/>
          <w:i w:val="0"/>
          <w:color w:val="FFFFFF"/>
          <w:sz w:val="20"/>
          <w:u w:val="none"/>
        </w:rPr>
        <w:t>19,411,389 missing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over just 6 trading days. Only 70 million GME-issued bananas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supposed to exist...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you add up the </w:t>
      </w:r>
      <w:r>
        <w:rPr>
          <w:rFonts w:ascii="Cambria" w:hAnsi="Cambria"/>
          <w:b/>
          <w:i w:val="0"/>
          <w:color w:val="FFFFFF"/>
          <w:sz w:val="20"/>
          <w:u w:val="none"/>
        </w:rPr>
        <w:t>total missing volume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+ </w:t>
      </w:r>
      <w:r>
        <w:rPr>
          <w:rFonts w:ascii="Cambria" w:hAnsi="Cambria"/>
          <w:b/>
          <w:i w:val="0"/>
          <w:color w:val="FFFFFF"/>
          <w:sz w:val="20"/>
          <w:u w:val="none"/>
        </w:rPr>
        <w:t>ADF volume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, you will see that </w:t>
      </w:r>
      <w:r>
        <w:rPr>
          <w:rFonts w:ascii="Cambria" w:hAnsi="Cambria"/>
          <w:b/>
          <w:i w:val="0"/>
          <w:color w:val="FFFFFF"/>
          <w:sz w:val="20"/>
          <w:u w:val="none"/>
        </w:rPr>
        <w:t>over 69%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GME bananas are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being reported as trading off exchange (FINRA ADF, which is reportedly not in operation - again see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post from yesterday), or completely missing (a deeper, darker pool that even Bloomberg can't see?).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40,126,778 GME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were traded over 6 days, and even Bloomberg, which costs $24,000/year,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has no idea where they are.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I'm not a finance guy, or a stock guy - I'm an ape. I can't really do math, but luckily Excel does the math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don't play options, but if I had call options for 4/16 or 4/23, which are each worth thousands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thousands of dollars, I would certainly want to know what unknown entity is keeping the price of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this $160 threshold by hiding </w:t>
      </w:r>
      <w:r>
        <w:rPr>
          <w:rFonts w:ascii="Cambria" w:hAnsi="Cambria"/>
          <w:b/>
          <w:i w:val="0"/>
          <w:color w:val="FFFFFF"/>
          <w:sz w:val="20"/>
          <w:u w:val="none"/>
        </w:rPr>
        <w:t>40,126,778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making their way to the exchanges. </w:t>
      </w:r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TLDR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- each day, over </w:t>
      </w:r>
      <w:r>
        <w:rPr>
          <w:rFonts w:ascii="Cambria" w:hAnsi="Cambria"/>
          <w:b/>
          <w:i w:val="0"/>
          <w:color w:val="FFFFFF"/>
          <w:sz w:val="20"/>
          <w:u w:val="none"/>
        </w:rPr>
        <w:t>69%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of GME bananas are either missing, or being routed through "</w:t>
      </w:r>
      <w:r>
        <w:rPr>
          <w:rFonts w:ascii="Cambria" w:hAnsi="Cambria"/>
          <w:b/>
          <w:i w:val="0"/>
          <w:color w:val="FFFFFF"/>
          <w:sz w:val="20"/>
          <w:u w:val="none"/>
        </w:rPr>
        <w:t>FINRA ADF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",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is not currently operating. Someone is hiding your GME bananas to artificially manipulate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stock price from mooning. The rocket is fueled for take-off. Can anyone find out what is going 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with the missing bananas? </w:t>
      </w:r>
    </w:p>
    <w:p>
      <w:pPr>
        <w:keepLines w:val="0"/>
        <w:widowControl w:val="0"/>
        <w:spacing w:before="31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430655"/>
            <wp:docPr id="472" name="Picture 4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0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660" w:name="pg659"/>
      <w:pPr>
        <w:keepLines w:val="0"/>
        <w:pageBreakBefore/>
        <w:widowControl w:val="0"/>
        <w:spacing w:before="114" w:after="0" w:lineRule="exact" w:line="199"/>
        <w:ind w:right="-60"/>
        <w:jc w:val="center"/>
      </w:pPr>
      <w:bookmarkEnd w:id="660"/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Data from Bloomberg vs Actual Daily Volume. So many missing bananas... </w:t>
      </w:r>
    </w:p>
    <w:p>
      <w:pPr>
        <w:keepLines w:val="0"/>
        <w:widowControl w:val="0"/>
        <w:spacing w:before="362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7069455"/>
            <wp:docPr id="473" name="Picture 4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694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5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Missing bananas? 3/24 Tweet from DFV (sorry for the Play icon) </w:t>
      </w:r>
    </w:p>
    <w:p>
      <w:pPr>
        <w:keepLines w:val="0"/>
        <w:widowControl w:val="0"/>
        <w:spacing w:before="433" w:after="0" w:lineRule="exact" w:line="246"/>
        <w:ind w:left="0" w:right="-60"/>
      </w:pPr>
      <w:hyperlink r:id="rId1369">
        <w:r>
          <w:rPr>
            <w:rFonts w:ascii="Cambria" w:hAnsi="Cambria"/>
            <w:sz w:val="20"/>
            <w:color w:val="FFFFFF"/>
            <w:u/>
          </w:rPr>
          <w:t xml:space="preserve">DFV Tweet from 3/24 </w:t>
        </w:r>
      </w:hyperlink>
    </w:p>
    <w:p>
      <w:bookmarkStart w:id="661" w:name="pg660"/>
      <w:pPr>
        <w:keepLines w:val="0"/>
        <w:pageBreakBefore/>
        <w:widowControl w:val="0"/>
        <w:spacing w:before="315" w:after="0"/>
        <w:ind w:left="0"/>
      </w:pPr>
      <w:bookmarkEnd w:id="661"/>
      <w:r>
        <w:drawing>
          <wp:inline xmlns:a="http://schemas.openxmlformats.org/drawingml/2006/main" xmlns:pic="http://schemas.openxmlformats.org/drawingml/2006/picture">
            <wp:extent cx="1461770" cy="1602105"/>
            <wp:docPr id="474" name="Picture 4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0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602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7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4/22 will be Wild after green reversal?? Had to include it... </w:t>
      </w:r>
    </w:p>
    <w:p>
      <w:pPr>
        <w:keepLines w:val="0"/>
        <w:widowControl w:val="0"/>
        <w:spacing w:before="433" w:after="0" w:lineRule="exact" w:line="246"/>
        <w:ind w:left="0" w:right="-60"/>
      </w:pPr>
      <w:hyperlink r:id="rId1371">
        <w:r>
          <w:rPr>
            <w:rFonts w:ascii="Cambria" w:hAnsi="Cambria"/>
            <w:sz w:val="20"/>
            <w:color w:val="FFFFFF"/>
            <w:u/>
          </w:rPr>
          <w:t xml:space="preserve">DFV Tweet from 4/9 </w:t>
        </w:r>
      </w:hyperlink>
    </w:p>
    <w:p>
      <w:pPr>
        <w:keepLines w:val="0"/>
        <w:widowControl w:val="0"/>
        <w:spacing w:before="38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Thanks again to u/Ravada for the daily Bloomberg Terminal drops. All Bloomberg images were taken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from his posts.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Bloomberg Data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(just look at the middle of the screen for FINRA ADF and Total Volume):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80004"/>
            <wp:docPr id="475" name="Picture 4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0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4/20 - 1,802,127 missing bananas + 1,431,221 through ADF = 69.4% of daily volume </w:t>
      </w:r>
    </w:p>
    <w:p>
      <w:bookmarkStart w:id="662" w:name="pg661"/>
      <w:pPr>
        <w:keepLines w:val="0"/>
        <w:pageBreakBefore/>
        <w:widowControl w:val="0"/>
        <w:spacing w:before="0" w:after="0"/>
        <w:jc w:val="center"/>
      </w:pPr>
      <w:bookmarkEnd w:id="662"/>
      <w:r>
        <w:drawing>
          <wp:inline xmlns:a="http://schemas.openxmlformats.org/drawingml/2006/main" xmlns:pic="http://schemas.openxmlformats.org/drawingml/2006/picture">
            <wp:extent cx="5943600" cy="2560954"/>
            <wp:docPr id="476" name="Picture 4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0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2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4/19 - 3,900,530 missing bananas + 3,425,731 through ADF = 69.6% of daily volume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50795"/>
            <wp:docPr id="477" name="Picture 4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0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4/16 - 2,031,239 missing bananas + 1,783,408 through ADF = 73.1% daily volume </w:t>
      </w:r>
    </w:p>
    <w:p>
      <w:bookmarkStart w:id="663" w:name="pg662"/>
      <w:pPr>
        <w:keepLines w:val="0"/>
        <w:pageBreakBefore/>
        <w:widowControl w:val="0"/>
        <w:spacing w:before="0" w:after="0"/>
        <w:jc w:val="center"/>
      </w:pPr>
      <w:bookmarkEnd w:id="663"/>
      <w:r>
        <w:drawing>
          <wp:inline xmlns:a="http://schemas.openxmlformats.org/drawingml/2006/main" xmlns:pic="http://schemas.openxmlformats.org/drawingml/2006/picture">
            <wp:extent cx="5943600" cy="2575560"/>
            <wp:docPr id="478" name="Picture 4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5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9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4/15 - 2,640,551 missing bananas + 2,935,255 through ADF = 70.9% daily volume </w:t>
      </w:r>
    </w:p>
    <w:p>
      <w:pPr>
        <w:keepLines w:val="0"/>
        <w:widowControl w:val="0"/>
        <w:spacing w:before="36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93340"/>
            <wp:docPr id="479" name="Picture 4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8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4/14 - 6,641,202 missing bananas + 8,792,903 through ADF = 73.0% daily volume </w:t>
      </w:r>
    </w:p>
    <w:p>
      <w:bookmarkStart w:id="664" w:name="pg663"/>
      <w:pPr>
        <w:keepLines w:val="0"/>
        <w:pageBreakBefore/>
        <w:widowControl w:val="0"/>
        <w:spacing w:before="0" w:after="0"/>
        <w:jc w:val="center"/>
      </w:pPr>
      <w:bookmarkEnd w:id="664"/>
      <w:r>
        <w:drawing>
          <wp:inline xmlns:a="http://schemas.openxmlformats.org/drawingml/2006/main" xmlns:pic="http://schemas.openxmlformats.org/drawingml/2006/picture">
            <wp:extent cx="5943600" cy="2574289"/>
            <wp:docPr id="480" name="Picture 4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42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1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4/13 - 2,395,740 missing bananas + 2,346,871 through ADF = 69.6% daily volume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1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Daily GME Volume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3068954"/>
            <wp:docPr id="481" name="Picture 4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8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0" w:after="0" w:lineRule="exact" w:line="199"/>
        <w:ind w:left="55" w:right="-60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Source: nasdaq.com. Why is the actual daily volume so much different than reported Bloomberg volume? Where are the missing </w:t>
      </w:r>
    </w:p>
    <w:p>
      <w:pPr>
        <w:keepLines w:val="0"/>
        <w:widowControl w:val="0"/>
        <w:spacing w:before="11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bananas? </w:t>
      </w:r>
    </w:p>
    <w:p>
      <w:pPr>
        <w:keepLines w:val="0"/>
        <w:widowControl w:val="0"/>
        <w:spacing w:before="433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Edit 2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Edited the Excel sheet to reflect the Nasdaq daily volume (I had used a different source,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had slightly different Total Volume data).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total missing bananas </w:t>
      </w:r>
      <w:r>
        <w:rPr>
          <w:rFonts w:ascii="Cambria" w:hAnsi="Cambria"/>
          <w:b/>
          <w:i w:val="0"/>
          <w:color w:val="FFFFFF"/>
          <w:sz w:val="20"/>
          <w:u w:val="none"/>
        </w:rPr>
        <w:t>increased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from 19,285,389 to </w:t>
      </w:r>
      <w:r>
        <w:rPr>
          <w:rFonts w:ascii="Cambria" w:hAnsi="Cambria"/>
          <w:b/>
          <w:i w:val="0"/>
          <w:color w:val="FFFFFF"/>
          <w:sz w:val="20"/>
          <w:u w:val="none"/>
        </w:rPr>
        <w:t>19,411,389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Also edited the missing banana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data for each Bloomberg terminal to reflect Nasdaq. Thanks u/2008UniGrad </w:t>
      </w:r>
    </w:p>
    <w:p>
      <w:bookmarkStart w:id="665" w:name="pg664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65"/>
      <w:r>
        <w:rPr>
          <w:rFonts w:ascii="Cambria" w:hAnsi="Cambria"/>
          <w:b/>
          <w:i w:val="0"/>
          <w:color w:val="FFFFFF"/>
          <w:sz w:val="20"/>
          <w:u w:val="none"/>
        </w:rPr>
        <w:t>Edit 3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: Added Bloomberg Terminal from 4/21 (below) and added updated Excel sheet to reflect 4/21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data (also below). Updated total missing bananas to reflect 4/21 data.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Total missing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last 7 trading days = </w:t>
      </w:r>
      <w:r>
        <w:rPr>
          <w:rFonts w:ascii="Cambria" w:hAnsi="Cambria"/>
          <w:b/>
          <w:i w:val="0"/>
          <w:color w:val="FFFFFF"/>
          <w:sz w:val="20"/>
          <w:u w:val="none"/>
        </w:rPr>
        <w:t>20,798,855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Total missing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+ </w:t>
      </w:r>
      <w:r>
        <w:rPr>
          <w:rFonts w:ascii="Cambria" w:hAnsi="Cambria"/>
          <w:b/>
          <w:i w:val="0"/>
          <w:color w:val="FFFFFF"/>
          <w:sz w:val="20"/>
          <w:u w:val="none"/>
        </w:rPr>
        <w:t>ADF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for last 7 trading days = </w:t>
      </w:r>
      <w:r>
        <w:rPr>
          <w:rFonts w:ascii="Cambria" w:hAnsi="Cambria"/>
          <w:b/>
          <w:i w:val="0"/>
          <w:color w:val="FFFFFF"/>
          <w:sz w:val="20"/>
          <w:u w:val="none"/>
        </w:rPr>
        <w:t>42,644,089 bananas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93339"/>
            <wp:docPr id="482" name="Picture 4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3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74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4/21 - 1,387,466 missing bananas + 1,129,845 through ADF = 66.5% daily volume </w:t>
      </w:r>
    </w:p>
    <w:p>
      <w:pPr>
        <w:keepLines w:val="0"/>
        <w:widowControl w:val="0"/>
        <w:spacing w:before="359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569084"/>
            <wp:docPr id="483" name="Picture 4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9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86" w:after="0" w:lineRule="exact" w:line="199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16"/>
          <w:u w:val="none"/>
        </w:rPr>
        <w:t xml:space="preserve">Data from Bloomberg vs Actual Daily Volume. Added 4/21 data to running total from last 7 trading days. </w:t>
      </w:r>
    </w:p>
    <w:p>
      <w:pPr>
        <w:keepLines w:val="0"/>
        <w:widowControl w:val="0"/>
        <w:spacing w:before="388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p>
      <w:bookmarkStart w:id="666" w:name="pg665"/>
      <w:pPr>
        <w:keepLines w:val="0"/>
        <w:pageBreakBefore/>
        <w:widowControl w:val="0"/>
        <w:spacing w:before="106" w:after="0" w:lineRule="exact" w:line="480"/>
        <w:ind w:left="0" w:right="-60"/>
      </w:pPr>
      <w:bookmarkEnd w:id="666"/>
      <w:r>
        <w:rPr>
          <w:rFonts w:ascii="Calibri" w:hAnsi="Calibri"/>
          <w:b/>
          <w:i w:val="0"/>
          <w:color w:val="FFFFFF"/>
          <w:sz w:val="48"/>
          <w:u w:val="none"/>
        </w:rPr>
        <w:t xml:space="preserve">Citadel has hostages: explaining why the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MOASS is taking so long, how the January </w:t>
      </w:r>
    </w:p>
    <w:p>
      <w:pPr>
        <w:keepLines w:val="0"/>
        <w:widowControl w:val="0"/>
        <w:spacing w:before="105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spike was stopped, Robinhood's motives for </w:t>
      </w:r>
    </w:p>
    <w:p>
      <w:pPr>
        <w:keepLines w:val="0"/>
        <w:widowControl w:val="0"/>
        <w:spacing w:before="110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trading halt, and the mysterious silence of </w:t>
      </w:r>
    </w:p>
    <w:p>
      <w:pPr>
        <w:keepLines w:val="0"/>
        <w:widowControl w:val="0"/>
        <w:spacing w:before="106" w:after="0" w:lineRule="exact" w:line="480"/>
        <w:ind w:left="0" w:right="-60"/>
      </w:pPr>
      <w:r>
        <w:rPr>
          <w:rFonts w:ascii="Calibri" w:hAnsi="Calibri"/>
          <w:b/>
          <w:i w:val="0"/>
          <w:color w:val="FFFFFF"/>
          <w:sz w:val="48"/>
          <w:u w:val="none"/>
        </w:rPr>
        <w:t xml:space="preserve">the SEC </w:t>
      </w:r>
    </w:p>
    <w:p>
      <w:pPr>
        <w:keepLines w:val="0"/>
        <w:widowControl w:val="0"/>
        <w:spacing w:before="502" w:after="0" w:lineRule="exact" w:line="281"/>
        <w:ind w:left="0" w:right="-60"/>
      </w:pPr>
      <w:hyperlink r:id="rId101">
        <w:r>
          <w:rPr>
            <w:rFonts w:ascii="Cambria" w:hAnsi="Cambria"/>
            <w:sz w:val="17"/>
            <w:color w:val="FFFFFF"/>
            <w:u/>
          </w:rPr>
          <w:t xml:space="preserve">DD </w:t>
        </w:r>
      </w:hyperlink>
      <w:hyperlink r:id="rId101">
        <w:r>
          <w:rPr>
            <w:rFonts w:ascii="Segoe UI Emoji" w:hAnsi="Segoe UI Emoji"/>
            <w:sz w:val="17"/>
            <w:color w:val="FFFFFF"/>
            <w:u/>
          </w:rPr>
          <w:t>👨‍🔬</w:t>
        </w:r>
      </w:hyperlink>
      <w:hyperlink r:id="rId101">
        <w:r>
          <w:rPr>
            <w:rFonts w:ascii="Cambria" w:hAnsi="Cambria"/>
            <w:sz w:val="23"/>
            <w:color w:val="818384"/>
            <w:u/>
          </w:rPr>
          <w:t xml:space="preserve"> </w:t>
        </w:r>
      </w:hyperlink>
    </w:p>
    <w:p>
      <w:pPr>
        <w:keepLines w:val="0"/>
        <w:widowControl w:val="0"/>
        <w:spacing w:before="19" w:after="0" w:lineRule="exact" w:line="281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TA;DR: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January MOASS is delayed because Citadel took hostages. They figured out how to ensure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others would be squeezed before they were. January 28th is the day Robinhood was required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deliver some of the GME shares Citadel owed to its customers, so they halted trading. They halted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trading because their relationship with Citadel turned them into a hostage. The MOASS waits until new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regulations ensure the hostages are safe...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TL;DR: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wasn’t going to be squeezed in January, Robinhood was. Citadel took hostages and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figured out how to ensure that others were squeezed before they were. Robinhood halted trading after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GME was on the threshold list for 35 days. After 35 days of failures to deliver, a broker becomes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responsible for delivering the security to their customer. The MOASS is taking so long because 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managed to figure out how to make their short position other people's problem. This is why 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seems to have so many people protecting it and willing to lie for it: they’ve spent six months figuring out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how to ensure it’s actually Citadel that gets squeezed. This is why there is an unusual cooperation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between parties we wouldn’t expect to be able to keep this secret for this long. Not even the SEC can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address this directly, Citadel figured out how to take everyone hostage. The past six months have been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negotiation to figure out how to deliver our tendies.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Theory: Robinhood halted trading the day they became liable for delivery of the GME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Citadel sold to their customers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Robinhood halted trading because they were required to purchase GME shares to deliver their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customers' past orders. Look at this requirement from</w:t>
      </w:r>
      <w:hyperlink r:id="rId1244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hyperlink r:id="rId1244">
        <w:r>
          <w:rPr>
            <w:rFonts w:ascii="Cambria" w:hAnsi="Cambria"/>
            <w:sz w:val="20"/>
            <w:color w:val="FFFFFF"/>
            <w:u/>
          </w:rPr>
          <w:t xml:space="preserve">SHO § 242.203 (b2): </w:t>
        </w:r>
      </w:hyperlink>
    </w:p>
    <w:p>
      <w:pPr>
        <w:keepLines w:val="0"/>
        <w:widowControl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1348740"/>
            <wp:docPr id="484" name="Picture 4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87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 w:val="0"/>
        <w:widowControl w:val="0"/>
        <w:spacing w:before="34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a Robinhood customer buys shares that are cleared by Citadel Securities, their delivery is not a </w:t>
      </w:r>
    </w:p>
    <w:p>
      <w:pPr>
        <w:keepLines w:val="0"/>
        <w:widowControl w:val="0"/>
        <w:spacing w:before="31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problem for Robinhood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unless it takes longer than 35 days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Once a security has taken longer than 35 days </w:t>
      </w:r>
    </w:p>
    <w:p>
      <w:bookmarkStart w:id="667" w:name="pg666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67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be delivered, Robinhood is responsible for delivering it to their customer. Citadel still has to deliver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security too, but they deliver to Robinhood. So, the chain of obligation goes like this: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1.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Your broker/dealer owes you the security they sold you </w:t>
      </w:r>
    </w:p>
    <w:p>
      <w:pPr>
        <w:keepLines w:val="0"/>
        <w:widowControl w:val="0"/>
        <w:spacing w:before="69" w:after="0" w:lineRule="exact" w:line="246"/>
        <w:ind w:left="72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market maker owes your broker the security they sold to the broker </w:t>
      </w:r>
    </w:p>
    <w:p>
      <w:pPr>
        <w:keepLines w:val="0"/>
        <w:widowControl w:val="0"/>
        <w:spacing w:before="69" w:after="0" w:lineRule="exact" w:line="246"/>
        <w:ind w:right="-60"/>
        <w:jc w:val="center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3.</w:t>
      </w:r>
      <w:r>
        <w:rPr>
          <w:rFonts w:ascii="Arial" w:hAnsi="Arial"/>
          <w:b w:val="0"/>
          <w:i w:val="0"/>
          <w:color w:val="FFFFFF"/>
          <w:sz w:val="20"/>
          <w:u w:val="none"/>
        </w:rPr>
        <w:t xml:space="preserve"> </w:t>
      </w:r>
      <w:r>
        <w:rPr>
          <w:color w:val="FFFFFF"/>
          <w:sz w:val="20"/>
        </w:rPr>
        <w:t xml:space="preserve"> 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seller of the security owes the market maker the security they sold to the market </w:t>
      </w:r>
    </w:p>
    <w:p>
      <w:pPr>
        <w:keepLines w:val="0"/>
        <w:widowControl w:val="0"/>
        <w:spacing w:before="69" w:after="0" w:lineRule="exact" w:line="246"/>
        <w:ind w:left="1081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maker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The key point is that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your broker is the one who owes you the shares you buy.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If someone else fails to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deliver those shares, it’s your broker's problem (although they have some ability to make this into your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problem, there were too many GME shares owed to avoid their SHO obligations).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(Expanded explanation, boring - you should skip)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So, if I want to sell a share on the market (strictly hypothetical, I’ve never actually tried selling), then I do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 owe the sold share directly to the buyer of that share. I send my sell order into the market via my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broker and they send that off to the market center where the order is executed by a market maker. I sell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my share to the market maker executing the trade. The market maker then sells that share to the broker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whichever ape has brought it and the broker then sells that share to the buyer. Assuming this goes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smoothly, my share ends up in the account of the buyer. However, technically speaking, I do not owe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security to the buyer. I owe the security to the market maker, who owes it to the broker, who owes it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buyer. So, if something goes wrong, and I fail to deliver that share, I have not defaulted on my sale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buyer, I have defaulted on my sale to the market maker executing the trade. That market maker still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owes the share to the buyer's broker, regardless of my failure.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/>
          <w:color w:val="FFFFFF"/>
          <w:sz w:val="20"/>
          <w:u w:val="none"/>
        </w:rPr>
        <w:t>(End of skippable content)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suspect that Citadel had been failing to deliver GME shares to Robinhood for an extended period, which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why Robinhood halted buying. Their primary motive was not to help Citadel, but to protect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themselves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from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Citadel. After 35 days of failure, Robinhood has to buy the shares they expected Citadel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to deliver for their customers. Effectively, due to Citadel’s failures to deliver, Robinhood had inherited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Citadel’s short position. Citadel owed Robinhood and Robinhood owed their customers. I should clarify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that, in this scenario, Citadel still owes Robinhood the shares at some point, but Robinhood has to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deliver them to their customers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now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At first, Robinhood didn’t care that Citadel owed shares to their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customers, until it went on for too long and Robinhood was on the hook to deliver.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Proof: the timing lines up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this to be true, you would expect there to be a relationship between when Robinhood halted trading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and the 35 day threshold. If you look at my recent</w:t>
      </w:r>
      <w:hyperlink r:id="rId1382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hyperlink r:id="rId1382">
        <w:r>
          <w:rPr>
            <w:rFonts w:ascii="Cambria" w:hAnsi="Cambria"/>
            <w:sz w:val="20"/>
            <w:color w:val="FFFFFF"/>
            <w:u/>
          </w:rPr>
          <w:t xml:space="preserve">post on the relationship between the threshold </w:t>
        </w:r>
      </w:hyperlink>
    </w:p>
    <w:p>
      <w:pPr>
        <w:keepLines w:val="0"/>
        <w:widowControl w:val="0"/>
        <w:spacing w:before="34" w:after="0" w:lineRule="exact" w:line="281"/>
        <w:ind w:left="0" w:right="-60"/>
      </w:pPr>
      <w:hyperlink r:id="rId1382">
        <w:r>
          <w:rPr>
            <w:rFonts w:ascii="Cambria" w:hAnsi="Cambria"/>
            <w:sz w:val="20"/>
            <w:color w:val="FFFFFF"/>
            <w:u/>
          </w:rPr>
          <w:t>security list and the January price spike</w:t>
        </w:r>
      </w:hyperlink>
      <w:hyperlink r:id="rId1382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you’ll see that GME was on the threshold list for 39 consecutive </w:t>
      </w:r>
    </w:p>
    <w:p>
      <w:pPr>
        <w:keepLines w:val="0"/>
        <w:widowControl w:val="0"/>
        <w:spacing w:before="73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settlement days, from early December to early February. Robinhood halted trading on January 28, which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/>
          <w:i/>
          <w:color w:val="FFFFFF"/>
          <w:sz w:val="20"/>
          <w:u w:val="none"/>
        </w:rPr>
        <w:t>day 35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this 39 day streak. The trading halt aligns with when the obligation for Robinhood to deliver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kicks in. As soon as the undelivered shares became Robinhood’s problem, trading was halted. Frankly,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would have expected them to halt trading earlier than the final moment, day 35, but perhaps waiting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until the last moment will allow them some legal defense in the court cases to come?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Proof: the weird cost basis after transfer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A number of users pointed out that their</w:t>
      </w:r>
      <w:hyperlink r:id="rId1383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hyperlink r:id="rId1383">
        <w:r>
          <w:rPr>
            <w:rFonts w:ascii="Cambria" w:hAnsi="Cambria"/>
            <w:sz w:val="20"/>
            <w:color w:val="FFFFFF"/>
            <w:u/>
          </w:rPr>
          <w:t xml:space="preserve">purchase prices and dates were incorrectly reported when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hyperlink r:id="rId1383">
        <w:r>
          <w:rPr>
            <w:rFonts w:ascii="Cambria" w:hAnsi="Cambria"/>
            <w:sz w:val="20"/>
            <w:color w:val="FFFFFF"/>
            <w:u/>
          </w:rPr>
          <w:t xml:space="preserve">transferring from Robinhood to other brokers. I suspect this is because Robinhood initially sold their </w:t>
        </w:r>
      </w:hyperlink>
    </w:p>
    <w:p>
      <w:bookmarkStart w:id="668" w:name="pg667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68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users the shares based on delivery promises made by Citadel that Citadel then failed to fulfil. So, after 35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days, Robinhood had to fulfil them instead. My guess is that this process was an absolute mess because it </w:t>
      </w:r>
    </w:p>
    <w:p>
      <w:pPr>
        <w:keepLines w:val="0"/>
        <w:widowControl w:val="0"/>
        <w:spacing w:before="31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required Robinhood to at least appear to be purchasing GME shares from someone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other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than Citadel,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which is rather awkward when Citadel is a designated market maker for GME on all major exchanges.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transaction dates and prices are wrong because the trade that was eventually settled for your GME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shares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was not the same trade you sent to your broker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- that trade failed and Robinhood had to redo it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after 35+ days. </w:t>
      </w:r>
    </w:p>
    <w:p>
      <w:pPr>
        <w:keepLines w:val="0"/>
        <w:widowControl w:val="0"/>
        <w:spacing w:before="31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This might help explain why</w:t>
      </w:r>
      <w:hyperlink r:id="rId327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hyperlink r:id="rId327">
        <w:r>
          <w:rPr>
            <w:rFonts w:ascii="Cambria" w:hAnsi="Cambria"/>
            <w:sz w:val="20"/>
            <w:color w:val="FFFFFF"/>
            <w:u/>
          </w:rPr>
          <w:t>my analysis of the 605 data</w:t>
        </w:r>
      </w:hyperlink>
      <w:hyperlink r:id="rId327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found that the proportion of GME order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executions done through NASDAQ spikes in February, despite being almost non-existent prior to Feb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2021. If Robinhood needs to buy-up GME without going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directly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through Citadel, they’ll need to get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inventive and perhaps even use over the counter purchases. So, go to a market center that has very little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history of executing GME orders - NASDAQ. It’s possible that Robinhood borrowed/brought GME from a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variety of places to cover for the clusterfuck Citadel dumped them with, and then allocated those GME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shares that actually got delivered to customers that transferred. If you had a massive shambles of shares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like this, it might manifest in an inaccurate and messy purchase history for your customers.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Proof: others halted trading too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Robinhood wasn’t the only one that halted trading. It’s difficult, but not impossible, for Citadel to have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orchestrated this behind the scenes. It’s much easier to explain this seemingly organized trading halt by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pointing out that the brokers who halted trading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only halted trading when they themselves became </w:t>
      </w:r>
    </w:p>
    <w:p>
      <w:pPr>
        <w:keepLines w:val="0"/>
        <w:widowControl w:val="0"/>
        <w:spacing w:before="34" w:after="0" w:lineRule="exact" w:line="281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obligated to deliver the shares in question.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>This is why they halted trading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after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price had already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spiking - my guess is that Citadel was putting on pressure behind the scenes too, but I don’t think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a coincidence that trading didn’t actually halt until the time arrived that the brokers themselves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threatened with delivery obligations.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Context and discussion: saving Citadel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Notice that my theory does not do Robinhood any favors - this is not a defense of them or their actions.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suspect, as was claimed during the congressional hearings, the trading halt was the main reason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January spike ended. If my theory is correct, it’s likely that the ending of the January spike saved Citadel.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This claim is nothing new. What I think my theory adds to the discussion is a better explanation of why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Robinhood and others did this. Remember, the buying halt was a disaster for Robinhood! They were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dragged in front of congress, their reputation is in tatters, and they’re bleeding customers. Halting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buying was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not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 good play. My guess is that they knew it would be a disaster and did it anyway. I think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that this is why they waited right up until day 35 of GME’s run on the threshold list - they didn’t help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until the only other option was delivering the undeliverable. In January, those who halted trading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were slated to be the first victims of the MOASS.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Further implications: MOASS is so slow because Citadel has hostages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suspect that the implications of what almost happened to Robinhood in January are why we’re seeing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some of the recent regulation changes (‘clarifications’). I think that it was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Robinhood and not Citadel that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was squeezed in the January spike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. Citadel is a market maker with its own market center, it has privileges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and exemptions that make it quite resilient (as we’ve found out over the past six months). Robinhood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does not have the same level of protection from its exposures, once the 35 day settlement mark passed,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they had to deliver shares. It was the brokers that needed to buy shares from the 28th onwards: </w:t>
      </w:r>
    </w:p>
    <w:p>
      <w:bookmarkStart w:id="669" w:name="pg668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69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Citadel’s failures to deliver were, in the short term at least, the brokers' problem. For all we know,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Citadel didn’t cover any of the deliveries that finally got GME off the threshold list at the beginning of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and managed to force the brokers to do it for them. If they were willing to abuse the market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enough, perhaps via abuse of NASDAQ in February as my previously linked post discusses, Citadel might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have even used the brokers need to deliver as a way of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expanding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their short position substantially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while ‘technically’ resolving the failures to deliver (kicking the can down the road to another day). I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guess there is no better ally than one who has to pay your debt if you go under… </w:t>
      </w:r>
    </w:p>
    <w:p>
      <w:pPr>
        <w:keepLines w:val="0"/>
        <w:widowControl w:val="0"/>
        <w:spacing w:before="31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So, if my theory is correct, January almost saw Citadel’s failures result in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someone else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getting squeezed!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Perhaps this is why the trading halt became the focus of the congressional hearings. Maybe this is why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DTCC has focused so many of their new regulations on clarifying what happens if positions need to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 forcibly closed. January might have demonstrated that a market center, such as Citadel Securities,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could contrive a scenario where they force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>someone else to be squeezed by their short position!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4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In</w:t>
      </w:r>
      <w:hyperlink r:id="rId326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hyperlink r:id="rId326">
        <w:r>
          <w:rPr>
            <w:rFonts w:ascii="Cambria" w:hAnsi="Cambria"/>
            <w:sz w:val="20"/>
            <w:color w:val="FFFFFF"/>
            <w:u/>
          </w:rPr>
          <w:t xml:space="preserve">my post examining the February gamma, I argue that the bizarre market activity near the end of </w:t>
        </w:r>
      </w:hyperlink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was a failed attempt to begin the MOASS. If my theory that Robinhood, not Citadel, was being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forced to deliver in January is correct, I don’t think it’s any surprise that attempts to begin the MOASS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have been prevented since January. The regulations required updating to prevent Citadel from forcing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others to be squeezed before they were. If I am correct, Citadel was holding everyone hostage.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embodiment of too big to fail: not just because of the havoc their sudden demise would cause, but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because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/>
          <w:color w:val="FFFFFF"/>
          <w:sz w:val="20"/>
          <w:u w:val="none"/>
        </w:rPr>
        <w:t xml:space="preserve">they wouldn’t be squeezed until after the squeezing of all the smaller parties caught in the </w:t>
      </w:r>
    </w:p>
    <w:p>
      <w:pPr>
        <w:keepLines w:val="0"/>
        <w:widowControl w:val="0"/>
        <w:spacing w:before="34" w:after="0" w:lineRule="exact" w:line="281"/>
        <w:ind w:left="0" w:right="-60"/>
      </w:pPr>
      <w:r>
        <w:rPr>
          <w:rFonts w:ascii="Cambria" w:hAnsi="Cambria"/>
          <w:b w:val="0"/>
          <w:i/>
          <w:color w:val="FFFFFF"/>
          <w:sz w:val="20"/>
          <w:u w:val="none"/>
        </w:rPr>
        <w:t>impossibly convoluted web of failures to deliver and rehypothecation that Citadel shat into the market.</w:t>
      </w:r>
      <w:r>
        <w:rPr>
          <w:rFonts w:ascii="Cambria" w:hAnsi="Cambria"/>
          <w:b w:val="0"/>
          <w:i w:val="0"/>
          <w:color w:val="FFFFFF"/>
          <w:sz w:val="23"/>
          <w:u w:val="none"/>
        </w:rPr>
        <w:t xml:space="preserve"> 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Lots </w:t>
      </w:r>
    </w:p>
    <w:p>
      <w:pPr>
        <w:keepLines w:val="0"/>
        <w:widowControl w:val="0"/>
        <w:spacing w:before="72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of entities were exposed to the squeeze, and Citadel was setup to be hit last.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MOASS can’t launch until the hostages are safe. It needs to be Citadel that’s squeezed. Otherwise,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squeeze might wreak havoc on the market with no guarantee that the one responsible dies too. There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was no choice but to wait. Meanwhile, Citadel is a huge market center with substantial political clout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presence in the regulators themselves. So, setting up the regulations for the MOASS took time. It was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urgent, but those involved were regulating against one of their own.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 think this offers a compelling explanation for what we’ve been living through over the last six months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because it attributes a strong motive to the parties involved to remain silent. Explaining why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debacle has lasted six months is very difficult. It’s an absolute disaster and we haven't even heard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anything from the SEC. What could justify this level of cooperation to keep lips tight, just to delay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inevitable? Why such slow action as the problem gets bigger? My guess is that Citadel has hostages and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it’s taking a lot of careful work behind the scenes to figure out how to be sure that Citadel is the one that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takes the fall. With everyone's hands tied and the need for secrecy so high, the job takes time.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As a disgusting parting thought, I should mention that, if I’m right, my theory predicts that those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responsible will suffer only minimal punishment. I suspect it’s taken six months because they’ve needed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at least some cooperation from Citadel to sort this out. If this is true, my guess is that Citadel spent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February trying to get out of their predicament and refused to cooperate with attempts to arrange the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MOASS that will kill them. The February gamma might have been other parties preventing Citadel’s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efforts to make the situation worse and forcing Citadel to come to the negotiating table. During the early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months we saw market activity that indicated whales were fighting each other. I think this was Citadel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trying to escape their own trap and whales preventing them, knowing it was too dangerous to let Citadel </w:t>
      </w:r>
    </w:p>
    <w:p>
      <w:bookmarkStart w:id="670" w:name="pg669"/>
      <w:pPr>
        <w:keepLines w:val="0"/>
        <w:pageBreakBefore/>
        <w:widowControl w:val="0"/>
        <w:spacing w:before="71" w:after="0" w:lineRule="exact" w:line="246"/>
        <w:ind w:left="0" w:right="-60"/>
      </w:pPr>
      <w:bookmarkEnd w:id="670"/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make things worse while it held the system hostage. Notice that this explains why, relatively speaking,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the GME activity calmed slightly as this dragged on: Citadel was forced to the negotiating table and has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been helping plan and regulate its own destruction. I suspect the payment for this cooperation will be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those involved getting off lightly, because the alternative would be to have the MOASS without them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releasing the hostages. Unfortunately, if I’m right, we’ll see those responsible living in Florida after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is over. Bankrupt and embarrassed, but more comfortable than the plebs.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Obvious but crucial disclaimer: I am a random on the internet spinning yarns about a conspiracy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theory. As I was posting this thread, I decided to literally wear a tinfoil hat. Anyone reading this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should understand my tinfoil attire to mean that I am not competent enough to be offering any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 xml:space="preserve">advice or taken seriously. Readers must carefully examine any claims made here independently </w:t>
      </w:r>
    </w:p>
    <w:p>
      <w:pPr>
        <w:keepLines w:val="0"/>
        <w:widowControl w:val="0"/>
        <w:spacing w:before="69" w:after="0" w:lineRule="exact" w:line="246"/>
        <w:ind w:left="0" w:right="-60"/>
      </w:pPr>
      <w:r>
        <w:rPr>
          <w:rFonts w:ascii="Cambria" w:hAnsi="Cambria"/>
          <w:b/>
          <w:i w:val="0"/>
          <w:color w:val="FFFFFF"/>
          <w:sz w:val="20"/>
          <w:u w:val="none"/>
        </w:rPr>
        <w:t>and not regard my words as authoritative.</w:t>
      </w:r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 </w:t>
      </w:r>
    </w:p>
    <w:p>
      <w:pPr>
        <w:keepLines w:val="0"/>
        <w:widowControl w:val="0"/>
        <w:spacing w:before="30" w:after="0" w:lineRule="exact" w:line="281"/>
        <w:ind w:left="0" w:right="-60"/>
      </w:pPr>
      <w:r>
        <w:rPr>
          <w:rFonts w:ascii="Cambria" w:hAnsi="Cambria"/>
          <w:b w:val="0"/>
          <w:i w:val="0"/>
          <w:color w:val="FFFFFF"/>
          <w:sz w:val="20"/>
          <w:u w:val="none"/>
        </w:rPr>
        <w:t>Thank you to</w:t>
      </w:r>
      <w:hyperlink r:id="rId1384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hyperlink r:id="rId1384">
        <w:r>
          <w:rPr>
            <w:rFonts w:ascii="Cambria" w:hAnsi="Cambria"/>
            <w:sz w:val="20"/>
            <w:color w:val="FFFFFF"/>
            <w:u/>
          </w:rPr>
          <w:t>u/RoutineYesterday267</w:t>
        </w:r>
      </w:hyperlink>
      <w:hyperlink r:id="rId1384">
        <w:r>
          <w:rPr>
            <w:rFonts w:ascii="Cambria" w:hAnsi="Cambria"/>
            <w:sz w:val="23"/>
            <w:color w:val="FFFFFF"/>
            <w:u/>
          </w:rPr>
          <w:t xml:space="preserve"> </w:t>
        </w:r>
      </w:hyperlink>
      <w:r>
        <w:rPr>
          <w:rFonts w:ascii="Cambria" w:hAnsi="Cambria"/>
          <w:b w:val="0"/>
          <w:i w:val="0"/>
          <w:color w:val="FFFFFF"/>
          <w:sz w:val="20"/>
          <w:u w:val="none"/>
        </w:rPr>
        <w:t xml:space="preserve">for a post that led to me writing this </w:t>
      </w:r>
    </w:p>
    <w:p>
      <w:pPr>
        <w:keepLines w:val="0"/>
        <w:widowControl w:val="0"/>
        <w:spacing w:before="342" w:after="0" w:lineRule="exact" w:line="240"/>
        <w:ind w:left="0" w:right="-60"/>
      </w:pPr>
      <w:hyperlink w:anchor="pg0">
        <w:r>
          <w:rPr>
            <w:rFonts w:ascii="Calibri" w:hAnsi="Calibri"/>
            <w:sz w:val="20"/>
            <w:color w:val="00B0F0"/>
            <w:u/>
          </w:rPr>
          <w:t>Back to Table of Contents</w:t>
        </w:r>
      </w:hyperlink>
      <w:hyperlink w:anchor="pg0">
        <w:r>
          <w:rPr>
            <w:rFonts w:ascii="Calibri" w:hAnsi="Calibri"/>
            <w:sz w:val="23"/>
            <w:color w:val="FFFFFF"/>
            <w:u/>
          </w:rPr>
          <w:t xml:space="preserve"> </w:t>
        </w:r>
      </w:hyperlink>
    </w:p>
    <w:sectPr w:rsidR="00FC693F" w:rsidRPr="0006063C" w:rsidSect="00034616">
      <w:headerReference w:type="default" r:id="rId9"/>
      <w:pgSz w:w="12240" w:h="15840"/>
      <w:pgMar w:top="1440" w:right="1080" w:bottom="40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wrapNone/>
          <wp:docPr id="1" name="Picture 1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mbria" w:hAnsi="Cambria"/>
      <w:color w:val="FFFFF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hyperlink" Target="https://www.reddit.com/r/Superstonk/comments/mpo1yh/late_i_know_but_heres_my_banner_submission/" TargetMode="External"/><Relationship Id="rId12" Type="http://schemas.openxmlformats.org/officeDocument/2006/relationships/hyperlink" Target="https://www.reddit.com/r/Superstonk/comments/mvk5dv/a_house_of_cards_part_1/" TargetMode="External"/><Relationship Id="rId13" Type="http://schemas.openxmlformats.org/officeDocument/2006/relationships/hyperlink" Target="https://www.reddit.com/r/Superstonk/comments/nlwaxv/house_of_cards_part_2/" TargetMode="External"/><Relationship Id="rId14" Type="http://schemas.openxmlformats.org/officeDocument/2006/relationships/hyperlink" Target="https://www.reddit.com/r/Superstonk/comments/nlwqyv/house_of_cards_part_3/" TargetMode="External"/><Relationship Id="rId15" Type="http://schemas.openxmlformats.org/officeDocument/2006/relationships/hyperlink" Target="https://www.reddit.com/r/Superstonk/comments/odsded/peekaboo_i_see_you_79m_hidden_shorts/" TargetMode="External"/><Relationship Id="rId16" Type="http://schemas.openxmlformats.org/officeDocument/2006/relationships/hyperlink" Target="https://www.reddit.com/r/Superstonk/comments/oenvoh/peekaboo_i_see_103m_hidden_shorts_part_deux/" TargetMode="External"/><Relationship Id="rId17" Type="http://schemas.openxmlformats.org/officeDocument/2006/relationships/hyperlink" Target="https://www.reddit.com/r/Superstonk/comments/oe6i3l/tldr_i_believe_inflation_is_the_match_that_has/" TargetMode="External"/><Relationship Id="rId18" Type="http://schemas.openxmlformats.org/officeDocument/2006/relationships/hyperlink" Target="https://www.reddit.com/r/Superstonk/comments/odk41o/the_anatomy_of_the_moass_part_13_the_key_market/" TargetMode="External"/><Relationship Id="rId19" Type="http://schemas.openxmlformats.org/officeDocument/2006/relationships/hyperlink" Target="https://www.reddit.com/r/Superstonk/comments/od7swq/wen_moon_10_endgame_final_ta/" TargetMode="External"/><Relationship Id="rId20" Type="http://schemas.openxmlformats.org/officeDocument/2006/relationships/hyperlink" Target="https://www.reddit.com/r/Superstonk/comments/o2xz48/the_sun_never_sets_on_citadel_part_1/" TargetMode="External"/><Relationship Id="rId21" Type="http://schemas.openxmlformats.org/officeDocument/2006/relationships/hyperlink" Target="https://www.reddit.com/r/Superstonk/comments/od4bb1/the_sun_never_sets_on_citadel_part_2/" TargetMode="External"/><Relationship Id="rId22" Type="http://schemas.openxmlformats.org/officeDocument/2006/relationships/hyperlink" Target="https://www.reddit.com/r/Superstonk/comments/ocotk9/new_occ_rule_passed_to_fuck_the_large_financial/" TargetMode="External"/><Relationship Id="rId23" Type="http://schemas.openxmlformats.org/officeDocument/2006/relationships/hyperlink" Target="https://www.reddit.com/r/Superstonk/comments/ocds1m/the_dtcc_depository_that_clears_counterfeits_is/" TargetMode="External"/><Relationship Id="rId24" Type="http://schemas.openxmlformats.org/officeDocument/2006/relationships/hyperlink" Target="https://www.reddit.com/r/Superstonk/comments/obn6rx/elliott_waves_and_the_top_of_the_market_is_this/" TargetMode="External"/><Relationship Id="rId25" Type="http://schemas.openxmlformats.org/officeDocument/2006/relationships/hyperlink" Target="https://www.reddit.com/r/Superstonk/comments/oakqvt/the_moass_preparation_guide_20/" TargetMode="External"/><Relationship Id="rId26" Type="http://schemas.openxmlformats.org/officeDocument/2006/relationships/hyperlink" Target="https://www.reddit.com/r/Superstonk/comments/oao9oo/the_nyse_threshold_list_collapsing_shorts_and/" TargetMode="External"/><Relationship Id="rId27" Type="http://schemas.openxmlformats.org/officeDocument/2006/relationships/hyperlink" Target="https://www.reddit.com/r/Superstonk/comments/o9ifjx/infinity_pool_how_gme_will_break_the_laws_of/" TargetMode="External"/><Relationship Id="rId28" Type="http://schemas.openxmlformats.org/officeDocument/2006/relationships/hyperlink" Target="https://www.reddit.com/r/Superstonk/comments/o7fsqc/where_and_how_citadelother_hedge_funds_have_been/" TargetMode="External"/><Relationship Id="rId29" Type="http://schemas.openxmlformats.org/officeDocument/2006/relationships/hyperlink" Target="https://www.reddit.com/r/Superstonk/comments/o70lid/dark_pools_price_discovery_and_short/" TargetMode="External"/><Relationship Id="rId30" Type="http://schemas.openxmlformats.org/officeDocument/2006/relationships/hyperlink" Target="https://www.reddit.com/r/Superstonk/comments/o6tax3/hi_all_its_ryan_cohen_t21_tweet_guy_im_losing_my/" TargetMode="External"/><Relationship Id="rId31" Type="http://schemas.openxmlformats.org/officeDocument/2006/relationships/hyperlink" Target="https://www.reddit.com/r/Superstonk/comments/o61rkw/elliot_waves_and_gme_the_return_of_the_uptrend/" TargetMode="External"/><Relationship Id="rId32" Type="http://schemas.openxmlformats.org/officeDocument/2006/relationships/hyperlink" Target="https://www.reddit.com/r/Superstonk/comments/o5phuu/ryan_cohen_started_chewy_with_15m_in_investments/" TargetMode="External"/><Relationship Id="rId33" Type="http://schemas.openxmlformats.org/officeDocument/2006/relationships/hyperlink" Target="https://www.reddit.com/r/Superstonk/comments/o4vzau/hyperinflation_is_coming_the_dollar_endgame_part/" TargetMode="External"/><Relationship Id="rId34" Type="http://schemas.openxmlformats.org/officeDocument/2006/relationships/hyperlink" Target="https://www.reddit.com/r/Superstonk/comments/o4rfnu/the_fed_is_pinned_into_a_corner_from_the_2008/" TargetMode="External"/><Relationship Id="rId35" Type="http://schemas.openxmlformats.org/officeDocument/2006/relationships/hyperlink" Target="https://www.reddit.com/r/Superstonk/comments/o4n596/reverse_repos_dtc2021005_srnscc2021002_banks_and/" TargetMode="External"/><Relationship Id="rId36" Type="http://schemas.openxmlformats.org/officeDocument/2006/relationships/hyperlink" Target="https://www.reddit.com/r/Superstonk/comments/o4jxb3/gme_banks_falling_off_a_cliff_the_movie_stock/" TargetMode="External"/><Relationship Id="rId37" Type="http://schemas.openxmlformats.org/officeDocument/2006/relationships/hyperlink" Target="https://www.reddit.com/r/Superstonk/comments/o49o2w/debunking_the_20_inflation_dds_it_is_crucial_to/" TargetMode="External"/><Relationship Id="rId38" Type="http://schemas.openxmlformats.org/officeDocument/2006/relationships/hyperlink" Target="https://www.reddit.com/r/Superstonk/comments/o3e9kg/annihilationgod_presents_the_big_short_data/" TargetMode="External"/><Relationship Id="rId39" Type="http://schemas.openxmlformats.org/officeDocument/2006/relationships/hyperlink" Target="https://www.reddit.com/r/Superstonk/comments/o2lgfg/i_think_the_fed_just_accidentally_proved_us_right/" TargetMode="External"/><Relationship Id="rId40" Type="http://schemas.openxmlformats.org/officeDocument/2006/relationships/hyperlink" Target="https://www.reddit.com/r/Superstonk/comments/o27k2h/reverse_repo_operations_explaining_their_purpose/" TargetMode="External"/><Relationship Id="rId41" Type="http://schemas.openxmlformats.org/officeDocument/2006/relationships/hyperlink" Target="https://www.reddit.com/r/Superstonk/comments/o1gn2u/i_processed_16_years_of_data_across_8_stocks_to/" TargetMode="External"/><Relationship Id="rId42" Type="http://schemas.openxmlformats.org/officeDocument/2006/relationships/hyperlink" Target="https://www.reddit.com/r/Superstonk/comments/o120xs/the_obv_does_not_lie_the_price_is_wronghodl/" TargetMode="External"/><Relationship Id="rId43" Type="http://schemas.openxmlformats.org/officeDocument/2006/relationships/hyperlink" Target="https://www.reddit.com/r/Superstonk/comments/o155a6/t35_is_the_one_true_cycle_evidence_to_back_my/" TargetMode="External"/><Relationship Id="rId44" Type="http://schemas.openxmlformats.org/officeDocument/2006/relationships/hyperlink" Target="https://www.reddit.com/r/Superstonk/comments/o0scoy/the_bigger_short_how_2008_is_repeating_at_a_much/" TargetMode="External"/><Relationship Id="rId45" Type="http://schemas.openxmlformats.org/officeDocument/2006/relationships/hyperlink" Target="https://www.reddit.com/r/Superstonk/comments/o02fnr/elliot_waves_gme_the_sp_500_wen_market_peak_and/" TargetMode="External"/><Relationship Id="rId46" Type="http://schemas.openxmlformats.org/officeDocument/2006/relationships/hyperlink" Target="https://www.reddit.com/r/Superstonk/comments/o0hey8/why_big_name_banks_like_bank_of_america_jp_morgan/" TargetMode="External"/><Relationship Id="rId47" Type="http://schemas.openxmlformats.org/officeDocument/2006/relationships/hyperlink" Target="https://www.reddit.com/r/Superstonk/comments/nyhr3m/riding_elliot_waves_to_the_moon_why_gme_from_a/" TargetMode="External"/><Relationship Id="rId48" Type="http://schemas.openxmlformats.org/officeDocument/2006/relationships/hyperlink" Target="https://www.reddit.com/r/Superstonk/comments/nycuk4/cohen_has_reached_the_same_conclusion_as_ucriands/" TargetMode="External"/><Relationship Id="rId49" Type="http://schemas.openxmlformats.org/officeDocument/2006/relationships/hyperlink" Target="https://www.reddit.com/r/Superstonk/comments/ny2ov4/a_revisit_to_net_capital_what_is_truly_driving/" TargetMode="External"/><Relationship Id="rId50" Type="http://schemas.openxmlformats.org/officeDocument/2006/relationships/hyperlink" Target="https://www.reddit.com/r/Superstonk/comments/nxkuvw/clarification_of_when_gamestop_will_issue_a_press/" TargetMode="External"/><Relationship Id="rId51" Type="http://schemas.openxmlformats.org/officeDocument/2006/relationships/hyperlink" Target="https://www.reddit.com/r/Superstonk/comments/nwyj77/elliot_waves_and_gme_why_im_jacked_to_infinity/" TargetMode="External"/><Relationship Id="rId52" Type="http://schemas.openxmlformats.org/officeDocument/2006/relationships/hyperlink" Target="https://www.reddit.com/r/Superstonk/comments/nwgzw7/danger_zone_part_2_shorts_are_terrified_of_a_310/" TargetMode="External"/><Relationship Id="rId53" Type="http://schemas.openxmlformats.org/officeDocument/2006/relationships/hyperlink" Target="https://www.reddit.com/r/Superstonk/comments/nvzwou/important_this_is_why_they_mentioned_more_than_a/" TargetMode="External"/><Relationship Id="rId54" Type="http://schemas.openxmlformats.org/officeDocument/2006/relationships/hyperlink" Target="https://www.reddit.com/r/Superstonk/comments/nv6nmj/whats_happening_today_682021/" TargetMode="External"/><Relationship Id="rId55" Type="http://schemas.openxmlformats.org/officeDocument/2006/relationships/hyperlink" Target="https://www.reddit.com/r/Superstonk/comments/n5me5g/the_mother_of_all_wedges_an_endgame_dd_technical/" TargetMode="External"/><Relationship Id="rId56" Type="http://schemas.openxmlformats.org/officeDocument/2006/relationships/hyperlink" Target="https://www.reddit.com/r/Superstonk/comments/o7klxj/looks_like_the_recent_robinhood_class_action_si/" TargetMode="External"/><Relationship Id="rId57" Type="http://schemas.openxmlformats.org/officeDocument/2006/relationships/hyperlink" Target="https://www.reddit.com/r/Superstonk/comments/mu9xed/why_were_still_trading_sideways_and_why_we_havent/" TargetMode="External"/><Relationship Id="rId58" Type="http://schemas.openxmlformats.org/officeDocument/2006/relationships/hyperlink" Target="https://www.reddit.com/r/Superstonk/comments/mvcqpi/holy_shit_i_was_skeptical_of_all_the_high/" TargetMode="External"/><Relationship Id="rId59" Type="http://schemas.openxmlformats.org/officeDocument/2006/relationships/hyperlink" Target="https://www.reddit.com/r/Superstonk/comments/nletnn/gme_the_mother_of_all_short_squeezes_moass_thesis/" TargetMode="External"/><Relationship Id="rId60" Type="http://schemas.openxmlformats.org/officeDocument/2006/relationships/hyperlink" Target="https://www.reddit.com/r/Superstonk/comments/ngru15/the_flurry_of_rules_before_the_storm_dtc_icc_occ/" TargetMode="External"/><Relationship Id="rId61" Type="http://schemas.openxmlformats.org/officeDocument/2006/relationships/hyperlink" Target="https://www.reddit.com/r/Superstonk/comments/o5ingt/wait_is_nscc002_about_to_turn_the_t21t35_loop/" TargetMode="External"/><Relationship Id="rId62" Type="http://schemas.openxmlformats.org/officeDocument/2006/relationships/hyperlink" Target="https://www.reddit.com/r/Superstonk/comments/nqbera/things_are_shockingly_similar_to_the_february/" TargetMode="External"/><Relationship Id="rId63" Type="http://schemas.openxmlformats.org/officeDocument/2006/relationships/hyperlink" Target="https://www.reddit.com/r/Superstonk/comments/nu9qq9/hanks_big_bang_quant_apes_glitch_the_simulation/" TargetMode="External"/><Relationship Id="rId64" Type="http://schemas.openxmlformats.org/officeDocument/2006/relationships/hyperlink" Target="https://www.reddit.com/r/Superstonk/comments/mvdgf5/the_naked_shorting_scam_in_numbers_ai_detection/" TargetMode="External"/><Relationship Id="rId65" Type="http://schemas.openxmlformats.org/officeDocument/2006/relationships/hyperlink" Target="https://www.reddit.com/r/Superstonk/comments/n66tzh/hanks_definitive_gme_theory_of_everything/" TargetMode="External"/><Relationship Id="rId66" Type="http://schemas.openxmlformats.org/officeDocument/2006/relationships/hyperlink" Target="https://www.reddit.com/r/Superstonk/comments/mwuszf/actually_useful_info_you_might_have_missed_230421/" TargetMode="External"/><Relationship Id="rId67" Type="http://schemas.openxmlformats.org/officeDocument/2006/relationships/hyperlink" Target="https://www.reddit.com/r/Superstonk/comments/ml48ov/walkin_like_a_duck_talkin_like_a_duck/" TargetMode="External"/><Relationship Id="rId68" Type="http://schemas.openxmlformats.org/officeDocument/2006/relationships/hyperlink" Target="https://www.reddit.com/r/Superstonk/comments/nc1lny/ive_estimated_the_current_si_based_on_the_si/" TargetMode="External"/><Relationship Id="rId69" Type="http://schemas.openxmlformats.org/officeDocument/2006/relationships/hyperlink" Target="https://www.reddit.com/r/Superstonk/comments/nf2q78/glacier_capital_exists_and_its_much_spicer_than/" TargetMode="External"/><Relationship Id="rId70" Type="http://schemas.openxmlformats.org/officeDocument/2006/relationships/hyperlink" Target="https://www.reddit.com/r/Superstonk/comments/n792mf/all_shorts_must_cover_theyre_entering_the_danger/" TargetMode="External"/><Relationship Id="rId71" Type="http://schemas.openxmlformats.org/officeDocument/2006/relationships/hyperlink" Target="https://www.reddit.com/r/Superstonk/comments/nnmb4c/tombstone_tweet_confirms_reverse_merger_reposted/" TargetMode="External"/><Relationship Id="rId72" Type="http://schemas.openxmlformats.org/officeDocument/2006/relationships/hyperlink" Target="https://www.reddit.com/user/Damsellindistress/" TargetMode="External"/><Relationship Id="rId73" Type="http://schemas.openxmlformats.org/officeDocument/2006/relationships/hyperlink" Target="https://www.reddit.com/r/Superstonk/comments/mvvmvp/time_to_expose_the_shell_game_ftds_can_be_reset/" TargetMode="External"/><Relationship Id="rId74" Type="http://schemas.openxmlformats.org/officeDocument/2006/relationships/hyperlink" Target="https://www.reddit.com/user/myplayprofile/" TargetMode="External"/><Relationship Id="rId75" Type="http://schemas.openxmlformats.org/officeDocument/2006/relationships/hyperlink" Target="https://www.reddit.com/r/Superstonk/comments/n59n8x/the_end_has_begun_important_info_inside/" TargetMode="External"/><Relationship Id="rId76" Type="http://schemas.openxmlformats.org/officeDocument/2006/relationships/hyperlink" Target="https://www.reddit.com/r/Superstonk/comments/n3ehw0/the_march_to_zero_liquidity_volume_or_bust/" TargetMode="External"/><Relationship Id="rId77" Type="http://schemas.openxmlformats.org/officeDocument/2006/relationships/hyperlink" Target="https://www.reddit.com/r/Superstonk/comments/mur8bz/srdtc2021004_the_dtcc_and_jp_morgan_theyre/" TargetMode="External"/><Relationship Id="rId78" Type="http://schemas.openxmlformats.org/officeDocument/2006/relationships/hyperlink" Target="https://www.reddit.com/r/Superstonk/comments/n5yl8r/citadel_margin_call_1m_missing_shares_the_trading/" TargetMode="External"/><Relationship Id="rId79" Type="http://schemas.openxmlformats.org/officeDocument/2006/relationships/hyperlink" Target="https://www.reddit.com/r/Superstonk/comments/n4h832/major_deep_itm_call_option_dates_a_massive_net/" TargetMode="External"/><Relationship Id="rId80" Type="http://schemas.openxmlformats.org/officeDocument/2006/relationships/hyperlink" Target="https://www.reddit.com/r/Superstonk/comments/nnsfs6/another_gme_dd_dump_from_hank/" TargetMode="External"/><Relationship Id="rId81" Type="http://schemas.openxmlformats.org/officeDocument/2006/relationships/hyperlink" Target="https://www.reddit.com/r/Superstonk/comments/mseyai/chaos_theory_the_final_connection/" TargetMode="External"/><Relationship Id="rId82" Type="http://schemas.openxmlformats.org/officeDocument/2006/relationships/hyperlink" Target="https://www.reddit.com/r/Superstonk/comments/mq4gfi/sec_filing_merger_with_brokarage_detailing/" TargetMode="External"/><Relationship Id="rId83" Type="http://schemas.openxmlformats.org/officeDocument/2006/relationships/hyperlink" Target="https://www.reddit.com/r/Superstonk/comments/no14pt/a_followup_to_the_hoc_dd_the_everything_in/" TargetMode="External"/><Relationship Id="rId84" Type="http://schemas.openxmlformats.org/officeDocument/2006/relationships/hyperlink" Target="https://www.reddit.com/r/Superstonk/comments/mlevq3/ive_been_scraping_data_used_by_hedge_funds_for/" TargetMode="External"/><Relationship Id="rId85" Type="http://schemas.openxmlformats.org/officeDocument/2006/relationships/hyperlink" Target="https://www.reddit.com/r/Superstonk/comments/mxrdcb/updated_dd_i_did_the_math_there_is_literally_no/" TargetMode="External"/><Relationship Id="rId86" Type="http://schemas.openxmlformats.org/officeDocument/2006/relationships/hyperlink" Target="https://www.reddit.com/r/Superstonk/comments/n0a0hf/proof_of_artificial_price_movement_spreadsheets/" TargetMode="External"/><Relationship Id="rId87" Type="http://schemas.openxmlformats.org/officeDocument/2006/relationships/hyperlink" Target="https://www.reddit.com/r/Superstonk/comments/nexfv4/its_just_a_pyramid_scheme_part_1_the_missing/" TargetMode="External"/><Relationship Id="rId88" Type="http://schemas.openxmlformats.org/officeDocument/2006/relationships/hyperlink" Target="https://www.reddit.com/r/Superstonk/comments/movevb/dance_of_darkness_the_sec_and_dark_pools/" TargetMode="External"/><Relationship Id="rId89" Type="http://schemas.openxmlformats.org/officeDocument/2006/relationships/hyperlink" Target="https://www.reddit.com/r/Superstonk/comments/mzuodo/final_update_superstonk_users_alone_hold_between/" TargetMode="External"/><Relationship Id="rId90" Type="http://schemas.openxmlformats.org/officeDocument/2006/relationships/hyperlink" Target="https://www.reddit.com/r/Superstonk/comments/njd8au/the_moass_is_not_a_straight_line_up_do_not_paper/" TargetMode="External"/><Relationship Id="rId91" Type="http://schemas.openxmlformats.org/officeDocument/2006/relationships/hyperlink" Target="https://www.reddit.com/r/Superstonk/comments/nsioql/the_complete_bank_of_america_gamestop_dd/" TargetMode="External"/><Relationship Id="rId92" Type="http://schemas.openxmlformats.org/officeDocument/2006/relationships/hyperlink" Target="https://www.reddit.com/r/Superstonk/comments/of4zjh/elliott_waves_gme_wen_the_fck_moon/" TargetMode="External"/><Relationship Id="rId93" Type="http://schemas.openxmlformats.org/officeDocument/2006/relationships/hyperlink" Target="https://www.reddit.com/r/Superstonk/comments/n9326x/sro_filings/" TargetMode="External"/><Relationship Id="rId94" Type="http://schemas.openxmlformats.org/officeDocument/2006/relationships/hyperlink" Target="https://www.reddit.com/r/Superstonk/comments/nogxnr/infinity_war_the_final_exit_dd_compilation/" TargetMode="External"/><Relationship Id="rId95" Type="http://schemas.openxmlformats.org/officeDocument/2006/relationships/hyperlink" Target="https://www.reddit.com/r/Superstonk/comments/myryiv/andrewmomoney_used_my_dd_in_a_live_stream_ft/" TargetMode="External"/><Relationship Id="rId96" Type="http://schemas.openxmlformats.org/officeDocument/2006/relationships/hyperlink" Target="https://www.reddit.com/r/Superstonk/comments/n9mkoj/obv_and_beta_definitively_show_that_the_price_is/" TargetMode="External"/><Relationship Id="rId97" Type="http://schemas.openxmlformats.org/officeDocument/2006/relationships/hyperlink" Target="https://www.reddit.com/r/Superstonk/comments/mvfs0c/over_30_of_gme_bananas_are_missing_from_bloomberg/" TargetMode="External"/><Relationship Id="rId98" Type="http://schemas.openxmlformats.org/officeDocument/2006/relationships/hyperlink" Target="https://www.reddit.com/r/Superstonk/comments/ofdhkk/citadel_has_hostages_explaining_why_the_moass_is/?utm_source=share&amp;utm_medium=ios_app&amp;utm_name=iossmf" TargetMode="External"/><Relationship Id="rId99" Type="http://schemas.openxmlformats.org/officeDocument/2006/relationships/hyperlink" Target="https://pdfhost.io/v/lRQ4HqpG0_House_of_Cards_Atobitt.pdf" TargetMode="External"/><Relationship Id="rId100" Type="http://schemas.openxmlformats.org/officeDocument/2006/relationships/image" Target="media/image3.png"/><Relationship Id="rId101" Type="http://schemas.openxmlformats.org/officeDocument/2006/relationships/hyperlink" Target="https://www.reddit.com/r/Superstonk/search?q=flair_name%3A%22DD%20%F0%9F%91%A8%E2%80%8D%F0%9F%94%AC%22&amp;restrict_sr=1" TargetMode="External"/><Relationship Id="rId102" Type="http://schemas.openxmlformats.org/officeDocument/2006/relationships/hyperlink" Target="https://www.reddit.com/r/Superstonk/comments/ocen11/historical_gme_71421_options_oi_to_see_how_many/" TargetMode="External"/><Relationship Id="rId103" Type="http://schemas.openxmlformats.org/officeDocument/2006/relationships/hyperlink" Target="https://www.historicaloptiondata.com/" TargetMode="External"/><Relationship Id="rId104" Type="http://schemas.openxmlformats.org/officeDocument/2006/relationships/hyperlink" Target="https://preview.redd.it/mfk5o6z1r8971.png?width=1097&amp;format=png&amp;auto=webp&amp;s=26b7024d5072bbb0683b9d9c1a3d34e596ddfa4e" TargetMode="External"/><Relationship Id="rId105" Type="http://schemas.openxmlformats.org/officeDocument/2006/relationships/hyperlink" Target="https://www.investopedia.com/terms/g/greeks.asp" TargetMode="External"/><Relationship Id="rId106" Type="http://schemas.openxmlformats.org/officeDocument/2006/relationships/hyperlink" Target="https://www.reddit.com/r/GME/comments/mgj0j1/the_naked_shorting_scam_revealed_lending_of/" TargetMode="External"/><Relationship Id="rId107" Type="http://schemas.openxmlformats.org/officeDocument/2006/relationships/hyperlink" Target="https://www.reddit.com/r/Superstonk/comments/nxxwqt/tldr_i_believe_inflation_is_the_match_that_has/" TargetMode="External"/><Relationship Id="rId108" Type="http://schemas.openxmlformats.org/officeDocument/2006/relationships/hyperlink" Target="https://www.reddit.com/r/Superstonk/comments/o6ie6p/a_deep_dive_into_the_housing_data_released/" TargetMode="External"/><Relationship Id="rId109" Type="http://schemas.openxmlformats.org/officeDocument/2006/relationships/hyperlink" Target="https://www.reddit.com/r/Superstonk/comments/o6soxw/part_ii_a_deep_dive_into_the_housing_data/" TargetMode="External"/><Relationship Id="rId110" Type="http://schemas.openxmlformats.org/officeDocument/2006/relationships/hyperlink" Target="https://www.reddit.com/r/Superstonk/comments/o2dw45/thoughts_on_the_feds_balance_sheet_after_todays/" TargetMode="External"/><Relationship Id="rId111" Type="http://schemas.openxmlformats.org/officeDocument/2006/relationships/hyperlink" Target="https://www.reddit.com/r/Superstonk/comments/od9tt1/a_deep_dive_into_some_more_of_the_data_released/" TargetMode="External"/><Relationship Id="rId112" Type="http://schemas.openxmlformats.org/officeDocument/2006/relationships/hyperlink" Target="https://www.reddit.com/r/Superstonk/comments/o7r4zw/the_feds_favorite_inflation_measure_which_is_the/" TargetMode="External"/><Relationship Id="rId113" Type="http://schemas.openxmlformats.org/officeDocument/2006/relationships/image" Target="media/image4.png"/><Relationship Id="rId114" Type="http://schemas.openxmlformats.org/officeDocument/2006/relationships/image" Target="media/image5.jpg"/><Relationship Id="rId115" Type="http://schemas.openxmlformats.org/officeDocument/2006/relationships/hyperlink" Target="https://home.treasury.gov/news/press-releases/jy0011" TargetMode="External"/><Relationship Id="rId116" Type="http://schemas.openxmlformats.org/officeDocument/2006/relationships/image" Target="media/image6.png"/><Relationship Id="rId117" Type="http://schemas.openxmlformats.org/officeDocument/2006/relationships/image" Target="media/image7.png"/><Relationship Id="rId118" Type="http://schemas.openxmlformats.org/officeDocument/2006/relationships/image" Target="media/image8.png"/><Relationship Id="rId119" Type="http://schemas.openxmlformats.org/officeDocument/2006/relationships/image" Target="media/image9.jpg"/><Relationship Id="rId120" Type="http://schemas.openxmlformats.org/officeDocument/2006/relationships/hyperlink" Target="https://www.mba.org/2021-press-releases/june/share-of-mortgage-loans-in-forbearance-slightly-decreases-to-416-percent" TargetMode="External"/><Relationship Id="rId121" Type="http://schemas.openxmlformats.org/officeDocument/2006/relationships/image" Target="media/image10.jpg"/><Relationship Id="rId122" Type="http://schemas.openxmlformats.org/officeDocument/2006/relationships/hyperlink" Target="https://www.wsj.com/articles/central-bank-will-begin-reducing-bond-purchases-well-before-raising-interest-rates-powell-says-11618421656" TargetMode="External"/><Relationship Id="rId123" Type="http://schemas.openxmlformats.org/officeDocument/2006/relationships/hyperlink" Target="https://apps.newyorkfed.org/markets/autorates/temp" TargetMode="External"/><Relationship Id="rId124" Type="http://schemas.openxmlformats.org/officeDocument/2006/relationships/hyperlink" Target="https://web.archive.org/web/20210630081637/https:/www.nytimes.com/2021/06/30/business/economy/inflation-federal-reserve.html" TargetMode="External"/><Relationship Id="rId125" Type="http://schemas.openxmlformats.org/officeDocument/2006/relationships/hyperlink" Target="https://en.wikipedia.org/wiki/Hyperinflation_in_the_Weimar_Republic" TargetMode="External"/><Relationship Id="rId126" Type="http://schemas.openxmlformats.org/officeDocument/2006/relationships/hyperlink" Target="https://www.reddit.com/r/Superstonk/comments/nwodvj/the_consumer_price_index_climbed_06_from_the/" TargetMode="External"/><Relationship Id="rId127" Type="http://schemas.openxmlformats.org/officeDocument/2006/relationships/image" Target="media/image11.png"/><Relationship Id="rId128" Type="http://schemas.openxmlformats.org/officeDocument/2006/relationships/image" Target="media/image12.jpg"/><Relationship Id="rId129" Type="http://schemas.openxmlformats.org/officeDocument/2006/relationships/image" Target="media/image13.png"/><Relationship Id="rId130" Type="http://schemas.openxmlformats.org/officeDocument/2006/relationships/hyperlink" Target="https://www.reddit.com/r/Superstonk/comments/o59uyb/no_inflation_my_waffle_house_has_had_to_print_new/" TargetMode="External"/><Relationship Id="rId131" Type="http://schemas.openxmlformats.org/officeDocument/2006/relationships/hyperlink" Target="https://apps.bea.gov/iTable/iTable.cfm?1921=underlying&amp;isuri=1&amp;reqid=19&amp;step=2#1921=underlying&amp;isuri=1&amp;reqid=19&amp;step=2" TargetMode="External"/><Relationship Id="rId132" Type="http://schemas.openxmlformats.org/officeDocument/2006/relationships/hyperlink" Target="https://www.businesswire.com/news/home/20210625005063/en/J.D.-Power-and-LMC-Automotive-U.S.-Automotive-Forecast-for-June-2021" TargetMode="External"/><Relationship Id="rId133" Type="http://schemas.openxmlformats.org/officeDocument/2006/relationships/hyperlink" Target="https://www.detroitnews.com/story/business/autos/ford/2021/07/02/ford-sales-fall-27-june-lingering-chip-shortage/7839245002/" TargetMode="External"/><Relationship Id="rId134" Type="http://schemas.openxmlformats.org/officeDocument/2006/relationships/hyperlink" Target="https://www.iseecars.com/used-cars-cost-more-than-new-study" TargetMode="External"/><Relationship Id="rId135" Type="http://schemas.openxmlformats.org/officeDocument/2006/relationships/hyperlink" Target="https://investor.washingtonprime.com/investor-relations/news-and-views/news/news-details/2021/Washington-Prime-Group-Commences-Voluntary-Chapter-11-Financial-Restructuring-with-RSA-Supported-by-Over-70-of-Holders-of-Secured-and-Unsecured-Corporate-Debt/default.aspx" TargetMode="External"/><Relationship Id="rId136" Type="http://schemas.openxmlformats.org/officeDocument/2006/relationships/hyperlink" Target="https://twitter.com/100trillionUSD" TargetMode="External"/><Relationship Id="rId137" Type="http://schemas.openxmlformats.org/officeDocument/2006/relationships/image" Target="media/image14.png"/><Relationship Id="rId138" Type="http://schemas.openxmlformats.org/officeDocument/2006/relationships/image" Target="media/image15.jpg"/><Relationship Id="rId139" Type="http://schemas.openxmlformats.org/officeDocument/2006/relationships/hyperlink" Target="https://i.redd.it/xrcur2axv4571.jpg" TargetMode="External"/><Relationship Id="rId140" Type="http://schemas.openxmlformats.org/officeDocument/2006/relationships/hyperlink" Target="https://www.reddit.com/r/superstonk/" TargetMode="External"/><Relationship Id="rId141" Type="http://schemas.openxmlformats.org/officeDocument/2006/relationships/hyperlink" Target="https://www.reddit.com/r/Superstonk/comments/nsgv3d/ape_security_protocols/" TargetMode="External"/><Relationship Id="rId142" Type="http://schemas.openxmlformats.org/officeDocument/2006/relationships/hyperlink" Target="https://www.reddit.com/r/Superstonk/comments/njwv6n/the_gme_masters_guide_a_dd_campaign_for_apes/?utm_medium=android_app&amp;utm_source=share" TargetMode="External"/><Relationship Id="rId143" Type="http://schemas.openxmlformats.org/officeDocument/2006/relationships/hyperlink" Target="https://www.reddit.com/r/Superstonk/wiki/index" TargetMode="External"/><Relationship Id="rId144" Type="http://schemas.openxmlformats.org/officeDocument/2006/relationships/hyperlink" Target="https://twitter.com/intent/user?screen_name=HCMF_MaceFace" TargetMode="External"/><Relationship Id="rId145" Type="http://schemas.openxmlformats.org/officeDocument/2006/relationships/hyperlink" Target="https://www.reddit.com/r/Superstonk/comments/nletnn/gme_the_mother_of_all_short_squeezes_moass_thesis/?utm_source=share&amp;utm_medium=web2x&amp;context=3" TargetMode="External"/><Relationship Id="rId146" Type="http://schemas.openxmlformats.org/officeDocument/2006/relationships/hyperlink" Target="https://www.investopedia.com/" TargetMode="External"/><Relationship Id="rId147" Type="http://schemas.openxmlformats.org/officeDocument/2006/relationships/hyperlink" Target="https://www.investopedia.com/ask/answers/difference-between-shares-and-stocks/#shares" TargetMode="External"/><Relationship Id="rId148" Type="http://schemas.openxmlformats.org/officeDocument/2006/relationships/hyperlink" Target="https://www.investopedia.com/ask/answers/difference-between-shares-and-stocks/#stocks" TargetMode="External"/><Relationship Id="rId149" Type="http://schemas.openxmlformats.org/officeDocument/2006/relationships/hyperlink" Target="https://www.investopedia.com/terms/c/class.asp" TargetMode="External"/><Relationship Id="rId150" Type="http://schemas.openxmlformats.org/officeDocument/2006/relationships/hyperlink" Target="https://www.investopedia.com/terms/s/synthetic.asp" TargetMode="External"/><Relationship Id="rId151" Type="http://schemas.openxmlformats.org/officeDocument/2006/relationships/hyperlink" Target="https://www.investopedia.com/terms/n/nakedshorting.asp" TargetMode="External"/><Relationship Id="rId152" Type="http://schemas.openxmlformats.org/officeDocument/2006/relationships/hyperlink" Target="https://www.investopedia.com/articles/optioninvestor/08/synthetic-options.asp" TargetMode="External"/><Relationship Id="rId153" Type="http://schemas.openxmlformats.org/officeDocument/2006/relationships/hyperlink" Target="https://www.investopedia.com/terms/o/outstandingshares.asp" TargetMode="External"/><Relationship Id="rId154" Type="http://schemas.openxmlformats.org/officeDocument/2006/relationships/hyperlink" Target="https://www.investopedia.com/terms/r/restrictedstock.asp" TargetMode="External"/><Relationship Id="rId155" Type="http://schemas.openxmlformats.org/officeDocument/2006/relationships/hyperlink" Target="https://www.investopedia.com/terms/f/floating-stock.asp" TargetMode="External"/><Relationship Id="rId156" Type="http://schemas.openxmlformats.org/officeDocument/2006/relationships/hyperlink" Target="https://www.investopedia.com/terms/r/retailinvestor.asp" TargetMode="External"/><Relationship Id="rId157" Type="http://schemas.openxmlformats.org/officeDocument/2006/relationships/hyperlink" Target="https://www.investopedia.com/terms/i/institutionalinvestor.asp" TargetMode="External"/><Relationship Id="rId158" Type="http://schemas.openxmlformats.org/officeDocument/2006/relationships/hyperlink" Target="https://finance.yahoo.com/quote/GME/key-statistics/" TargetMode="External"/><Relationship Id="rId159" Type="http://schemas.openxmlformats.org/officeDocument/2006/relationships/hyperlink" Target="https://www.investopedia.com/terms/l/long.asp" TargetMode="External"/><Relationship Id="rId160" Type="http://schemas.openxmlformats.org/officeDocument/2006/relationships/hyperlink" Target="https://www.investopedia.com/terms/l/longterminvestments.asp" TargetMode="External"/><Relationship Id="rId161" Type="http://schemas.openxmlformats.org/officeDocument/2006/relationships/hyperlink" Target="https://www.investopedia.com/terms/c/closeposition.asp" TargetMode="External"/><Relationship Id="rId162" Type="http://schemas.openxmlformats.org/officeDocument/2006/relationships/hyperlink" Target="https://www.investopedia.com/terms/s/short.asp" TargetMode="External"/><Relationship Id="rId163" Type="http://schemas.openxmlformats.org/officeDocument/2006/relationships/hyperlink" Target="https://www.investopedia.com/terms/s/shorterminvestments.asp" TargetMode="External"/><Relationship Id="rId164" Type="http://schemas.openxmlformats.org/officeDocument/2006/relationships/hyperlink" Target="https://www.investopedia.com/terms/s/shortcovering.asp" TargetMode="External"/><Relationship Id="rId165" Type="http://schemas.openxmlformats.org/officeDocument/2006/relationships/hyperlink" Target="https://www.investopedia.com/terms/p/putoption.asp" TargetMode="External"/><Relationship Id="rId166" Type="http://schemas.openxmlformats.org/officeDocument/2006/relationships/hyperlink" Target="https://www.investopedia.com/terms/w/writing-an-option.asp" TargetMode="External"/><Relationship Id="rId167" Type="http://schemas.openxmlformats.org/officeDocument/2006/relationships/hyperlink" Target="https://www.reddit.com/u/DeepFuckingValue/" TargetMode="External"/><Relationship Id="rId168" Type="http://schemas.openxmlformats.org/officeDocument/2006/relationships/hyperlink" Target="https://youtu.be/-kWeB4IJ7sA" TargetMode="External"/><Relationship Id="rId169" Type="http://schemas.openxmlformats.org/officeDocument/2006/relationships/hyperlink" Target="https://www.investopedia.com/terms/m/marketmaker.asp" TargetMode="External"/><Relationship Id="rId170" Type="http://schemas.openxmlformats.org/officeDocument/2006/relationships/hyperlink" Target="https://www.investopedia.com/terms/l/liquidity.asp" TargetMode="External"/><Relationship Id="rId171" Type="http://schemas.openxmlformats.org/officeDocument/2006/relationships/hyperlink" Target="https://www.investopedia.com/terms/h/high-frequency-trading.asp" TargetMode="External"/><Relationship Id="rId172" Type="http://schemas.openxmlformats.org/officeDocument/2006/relationships/hyperlink" Target="https://www.investopedia.com/terms/p/primebrokerage.asp" TargetMode="External"/><Relationship Id="rId173" Type="http://schemas.openxmlformats.org/officeDocument/2006/relationships/hyperlink" Target="https://www.investopedia.com/terms/n/netting.asp" TargetMode="External"/><Relationship Id="rId174" Type="http://schemas.openxmlformats.org/officeDocument/2006/relationships/hyperlink" Target="https://www.investopedia.com/terms/a/absolutereturn.asp" TargetMode="External"/><Relationship Id="rId175" Type="http://schemas.openxmlformats.org/officeDocument/2006/relationships/hyperlink" Target="https://www.investopedia.com/terms/b/broker.asp" TargetMode="External"/><Relationship Id="rId176" Type="http://schemas.openxmlformats.org/officeDocument/2006/relationships/hyperlink" Target="https://www.investopedia.com/terms/c/clearinghouse.asp" TargetMode="External"/><Relationship Id="rId177" Type="http://schemas.openxmlformats.org/officeDocument/2006/relationships/hyperlink" Target="https://www.investopedia.com/terms/m/media_effect.asp" TargetMode="External"/><Relationship Id="rId178" Type="http://schemas.openxmlformats.org/officeDocument/2006/relationships/hyperlink" Target="https://www.investopedia.com/terms/f/failuretodeliver.asp" TargetMode="External"/><Relationship Id="rId179" Type="http://schemas.openxmlformats.org/officeDocument/2006/relationships/hyperlink" Target="https://www.sec.gov/investor/pubs/regsho.htm" TargetMode="External"/><Relationship Id="rId180" Type="http://schemas.openxmlformats.org/officeDocument/2006/relationships/hyperlink" Target="https://www.investopedia.com/terms/m/margin.asp" TargetMode="External"/><Relationship Id="rId181" Type="http://schemas.openxmlformats.org/officeDocument/2006/relationships/hyperlink" Target="https://www.investopedia.com/terms/m/margincall.asp" TargetMode="External"/><Relationship Id="rId182" Type="http://schemas.openxmlformats.org/officeDocument/2006/relationships/hyperlink" Target="https://www.investopedia.com/terms/s/shortsqueeze.asp" TargetMode="External"/><Relationship Id="rId183" Type="http://schemas.openxmlformats.org/officeDocument/2006/relationships/hyperlink" Target="https://www.dtcc.com/~/media/Files/Downloads/legal/policy-and-compliance/NSCC_Disclosure_Framework.pdf" TargetMode="External"/><Relationship Id="rId184" Type="http://schemas.openxmlformats.org/officeDocument/2006/relationships/hyperlink" Target="https://www.reddit.com/u/chayse1984/" TargetMode="External"/><Relationship Id="rId185" Type="http://schemas.openxmlformats.org/officeDocument/2006/relationships/hyperlink" Target="https://www.youtube.com/watch?v=mHzT5JRMQCg" TargetMode="External"/><Relationship Id="rId186" Type="http://schemas.openxmlformats.org/officeDocument/2006/relationships/image" Target="media/image16.png"/><Relationship Id="rId187" Type="http://schemas.openxmlformats.org/officeDocument/2006/relationships/image" Target="media/image17.png"/><Relationship Id="rId188" Type="http://schemas.openxmlformats.org/officeDocument/2006/relationships/image" Target="media/image18.png"/><Relationship Id="rId189" Type="http://schemas.openxmlformats.org/officeDocument/2006/relationships/image" Target="media/image19.png"/><Relationship Id="rId190" Type="http://schemas.openxmlformats.org/officeDocument/2006/relationships/image" Target="media/image20.png"/><Relationship Id="rId191" Type="http://schemas.openxmlformats.org/officeDocument/2006/relationships/image" Target="media/image21.png"/><Relationship Id="rId192" Type="http://schemas.openxmlformats.org/officeDocument/2006/relationships/image" Target="media/image22.png"/><Relationship Id="rId193" Type="http://schemas.openxmlformats.org/officeDocument/2006/relationships/image" Target="media/image23.png"/><Relationship Id="rId194" Type="http://schemas.openxmlformats.org/officeDocument/2006/relationships/image" Target="media/image24.png"/><Relationship Id="rId195" Type="http://schemas.openxmlformats.org/officeDocument/2006/relationships/image" Target="media/image25.png"/><Relationship Id="rId196" Type="http://schemas.openxmlformats.org/officeDocument/2006/relationships/image" Target="media/image26.png"/><Relationship Id="rId197" Type="http://schemas.openxmlformats.org/officeDocument/2006/relationships/image" Target="media/image27.png"/><Relationship Id="rId198" Type="http://schemas.openxmlformats.org/officeDocument/2006/relationships/image" Target="media/image28.png"/><Relationship Id="rId199" Type="http://schemas.openxmlformats.org/officeDocument/2006/relationships/image" Target="media/image29.jpg"/><Relationship Id="rId200" Type="http://schemas.openxmlformats.org/officeDocument/2006/relationships/image" Target="media/image30.png"/><Relationship Id="rId201" Type="http://schemas.openxmlformats.org/officeDocument/2006/relationships/hyperlink" Target="https://i.redd.it/y39nj0kvo2671.gif" TargetMode="External"/><Relationship Id="rId202" Type="http://schemas.openxmlformats.org/officeDocument/2006/relationships/hyperlink" Target="https://www.reddit.com/u/atobitt/" TargetMode="External"/><Relationship Id="rId203" Type="http://schemas.openxmlformats.org/officeDocument/2006/relationships/hyperlink" Target="https://www.reddit.com/u/criand/" TargetMode="External"/><Relationship Id="rId204" Type="http://schemas.openxmlformats.org/officeDocument/2006/relationships/hyperlink" Target="https://www.reddit.com/r/Superstonk/" TargetMode="External"/><Relationship Id="rId205" Type="http://schemas.openxmlformats.org/officeDocument/2006/relationships/hyperlink" Target="https://www.reddit.com/r/Superstonk/comments/mn0q9q/theory_all_the_pieces_pt_1_the_anatomy_of_the/" TargetMode="External"/><Relationship Id="rId206" Type="http://schemas.openxmlformats.org/officeDocument/2006/relationships/hyperlink" Target="https://www.reddit.com/r/Superstonk/comments/ms9z0n/theory_all_the_pieces_pt_2_the_deep_end_of_the/" TargetMode="External"/><Relationship Id="rId207" Type="http://schemas.openxmlformats.org/officeDocument/2006/relationships/hyperlink" Target="https://www.fi-desk.com/market-structure-meet-the-new-market-makers/" TargetMode="External"/><Relationship Id="rId208" Type="http://schemas.openxmlformats.org/officeDocument/2006/relationships/hyperlink" Target="https://i.redd.it/tolp2scxfw571.png" TargetMode="External"/><Relationship Id="rId209" Type="http://schemas.openxmlformats.org/officeDocument/2006/relationships/hyperlink" Target="https://www.tsx.com/trading/toronto-stock-exchange/order-types-and-features/market-maker-program/market-makers-list?id=5" TargetMode="External"/><Relationship Id="rId210" Type="http://schemas.openxmlformats.org/officeDocument/2006/relationships/hyperlink" Target="https://www.financemagnates.com/forex/brokers/citadels-technology-arm-posts-30-decline-in-2019-revenue/" TargetMode="External"/><Relationship Id="rId211" Type="http://schemas.openxmlformats.org/officeDocument/2006/relationships/hyperlink" Target="https://www.reuters.com/article/us-citadel-singapore/citadel-securities-hedge-fund-citadel-to-open-new-office-in-singapore-idUSKBN25K08J" TargetMode="External"/><Relationship Id="rId212" Type="http://schemas.openxmlformats.org/officeDocument/2006/relationships/hyperlink" Target="https://i.redd.it/n16pu83yiw571.png" TargetMode="External"/><Relationship Id="rId213" Type="http://schemas.openxmlformats.org/officeDocument/2006/relationships/hyperlink" Target="https://i.redd.it/idkn9cchpn571.png" TargetMode="External"/><Relationship Id="rId214" Type="http://schemas.openxmlformats.org/officeDocument/2006/relationships/hyperlink" Target="https://qz.com/1969532/how-ken-griffins-citadel-transformed-financial-markets/" TargetMode="External"/><Relationship Id="rId215" Type="http://schemas.openxmlformats.org/officeDocument/2006/relationships/hyperlink" Target="https://www.usatoday.com/story/money/2016/05/16/citadel-securities-buys-citi-market-making-assets/84437638/" TargetMode="External"/><Relationship Id="rId216" Type="http://schemas.openxmlformats.org/officeDocument/2006/relationships/hyperlink" Target="https://www.prnewswire.com/news-releases/citadel-securities-reaches-preliminary-agreement-to-acquire-dmm-unit-from-imc-301149075.html" TargetMode="External"/><Relationship Id="rId217" Type="http://schemas.openxmlformats.org/officeDocument/2006/relationships/hyperlink" Target="https://www.tradersmagazine.com/departments/brokerage/citadel-purchases-kcg-dmm-business-becomes-1-on-nyse/" TargetMode="External"/><Relationship Id="rId218" Type="http://schemas.openxmlformats.org/officeDocument/2006/relationships/hyperlink" Target="https://blog.themistrading.com/2020/12/14434/" TargetMode="External"/><Relationship Id="rId219" Type="http://schemas.openxmlformats.org/officeDocument/2006/relationships/hyperlink" Target="https://www.reddit.com/r/Superstonk/comments/nyxs1f/learn_from_the_past_when_they_didnt_care_to_hide/" TargetMode="External"/><Relationship Id="rId220" Type="http://schemas.openxmlformats.org/officeDocument/2006/relationships/hyperlink" Target="https://www.reddit.com/r/Superstonk/comments/nr6urb/i_look_up_top_brokers_for_gme_year_to_date_and/" TargetMode="External"/><Relationship Id="rId221" Type="http://schemas.openxmlformats.org/officeDocument/2006/relationships/hyperlink" Target="https://www.reddit.com/u/BadassTrader/" TargetMode="External"/><Relationship Id="rId222" Type="http://schemas.openxmlformats.org/officeDocument/2006/relationships/hyperlink" Target="https://www.reddit.com/u/JustBeingPunny/" TargetMode="External"/><Relationship Id="rId223" Type="http://schemas.openxmlformats.org/officeDocument/2006/relationships/hyperlink" Target="https://www.reddit.com/u/Sti8man7/" TargetMode="External"/><Relationship Id="rId224" Type="http://schemas.openxmlformats.org/officeDocument/2006/relationships/hyperlink" Target="https://s21.q4cdn.com/422114427/files/doc_presentations/2020/09/Virtu-Financial-Presentation-Sept-2020-Draft-v3.pdf" TargetMode="External"/><Relationship Id="rId225" Type="http://schemas.openxmlformats.org/officeDocument/2006/relationships/hyperlink" Target="https://memx.com/" TargetMode="External"/><Relationship Id="rId226" Type="http://schemas.openxmlformats.org/officeDocument/2006/relationships/hyperlink" Target="https://i.redd.it/ujeiloi5dw571.png" TargetMode="External"/><Relationship Id="rId227" Type="http://schemas.openxmlformats.org/officeDocument/2006/relationships/hyperlink" Target="https://i.redd.it/0kxh46xwcw571.jpg" TargetMode="External"/><Relationship Id="rId228" Type="http://schemas.openxmlformats.org/officeDocument/2006/relationships/hyperlink" Target="https://i.redd.it/gff2fr1edw571.png" TargetMode="External"/><Relationship Id="rId229" Type="http://schemas.openxmlformats.org/officeDocument/2006/relationships/hyperlink" Target="https://i.redd.it/owqyk8kxdw571.png" TargetMode="External"/><Relationship Id="rId230" Type="http://schemas.openxmlformats.org/officeDocument/2006/relationships/hyperlink" Target="https://i.redd.it/hknpksgdew571.png" TargetMode="External"/><Relationship Id="rId231" Type="http://schemas.openxmlformats.org/officeDocument/2006/relationships/hyperlink" Target="https://www.reddit.com/u/NoughtyNought/" TargetMode="External"/><Relationship Id="rId232" Type="http://schemas.openxmlformats.org/officeDocument/2006/relationships/hyperlink" Target="https://www.esma.europa.eu/sites/default/files/library/list_of_market_makers_and_primary_dealers.pdf" TargetMode="External"/><Relationship Id="rId233" Type="http://schemas.openxmlformats.org/officeDocument/2006/relationships/hyperlink" Target="https://www.reddit.com/u/LNhamburg/" TargetMode="External"/><Relationship Id="rId234" Type="http://schemas.openxmlformats.org/officeDocument/2006/relationships/hyperlink" Target="https://www.reddit.com/r/Superstonk/comments/o3c7ar/a_european_footprint_after_reading_the_sun_never/" TargetMode="External"/><Relationship Id="rId235" Type="http://schemas.openxmlformats.org/officeDocument/2006/relationships/hyperlink" Target="https://www.reddit.com/u/mattlukinhapilydrunk/" TargetMode="External"/><Relationship Id="rId236" Type="http://schemas.openxmlformats.org/officeDocument/2006/relationships/hyperlink" Target="https://www.reddit.com/u/Robin_Squeeze/" TargetMode="External"/><Relationship Id="rId237" Type="http://schemas.openxmlformats.org/officeDocument/2006/relationships/hyperlink" Target="https://i.redd.it/0ruptccy0u871.png" TargetMode="External"/><Relationship Id="rId238" Type="http://schemas.openxmlformats.org/officeDocument/2006/relationships/hyperlink" Target="https://twitter.com/EricBalchunas/status/1354775322445701128" TargetMode="External"/><Relationship Id="rId239" Type="http://schemas.openxmlformats.org/officeDocument/2006/relationships/hyperlink" Target="https://www.marketsmedia.com/us-equity-trading-volume-reaches-record/" TargetMode="External"/><Relationship Id="rId240" Type="http://schemas.openxmlformats.org/officeDocument/2006/relationships/hyperlink" Target="https://www.nasdaq.com/articles/the-answer-to-memx-2020-07-06" TargetMode="External"/><Relationship Id="rId241" Type="http://schemas.openxmlformats.org/officeDocument/2006/relationships/hyperlink" Target="https://www.reddit.com/u/Fantasybroke/" TargetMode="External"/><Relationship Id="rId242" Type="http://schemas.openxmlformats.org/officeDocument/2006/relationships/hyperlink" Target="https://www.reddit.com/r/Superstonk/comments/o2xz48/the_sun_never_sets_on_citadel_part_1/h2936st/" TargetMode="External"/><Relationship Id="rId243" Type="http://schemas.openxmlformats.org/officeDocument/2006/relationships/hyperlink" Target="https://www.businessinsider.com/how-citadel-securities-dmms-are-handling-ipos-remotely-2020-5" TargetMode="External"/><Relationship Id="rId244" Type="http://schemas.openxmlformats.org/officeDocument/2006/relationships/hyperlink" Target="https://www.reactiongifs.com/wp-content/uploads/2013/10/tom-delonge-wtf1.gif" TargetMode="External"/><Relationship Id="rId245" Type="http://schemas.openxmlformats.org/officeDocument/2006/relationships/hyperlink" Target="https://www.bloomberg.com/news/articles/2016-09-01/ken-griffin-gets-redemption-in-swaps-market-once-ruled-by-banks" TargetMode="External"/><Relationship Id="rId246" Type="http://schemas.openxmlformats.org/officeDocument/2006/relationships/hyperlink" Target="https://www.citadel.com/disclosures/" TargetMode="External"/><Relationship Id="rId247" Type="http://schemas.openxmlformats.org/officeDocument/2006/relationships/hyperlink" Target="https://www.investopedia.com/terms/n/nbbo.asp" TargetMode="External"/><Relationship Id="rId248" Type="http://schemas.openxmlformats.org/officeDocument/2006/relationships/hyperlink" Target="https://www.law.berkeley.edu/wp-content/uploads/2019/10/bartlett_mccrary_latency2017.pdf" TargetMode="External"/><Relationship Id="rId249" Type="http://schemas.openxmlformats.org/officeDocument/2006/relationships/hyperlink" Target="https://www.sec.gov/files/data/alternative-trading-system-ats-list/atslist053121.pdf" TargetMode="External"/><Relationship Id="rId250" Type="http://schemas.openxmlformats.org/officeDocument/2006/relationships/hyperlink" Target="https://www.sec.gov/divisions/marketreg/form-ats-n-filings.htm" TargetMode="External"/><Relationship Id="rId251" Type="http://schemas.openxmlformats.org/officeDocument/2006/relationships/hyperlink" Target="https://i.redd.it/v35705zpru871.png" TargetMode="External"/><Relationship Id="rId252" Type="http://schemas.openxmlformats.org/officeDocument/2006/relationships/hyperlink" Target="https://i.redd.it/wy0fpnnb0u871.jpg" TargetMode="External"/><Relationship Id="rId253" Type="http://schemas.openxmlformats.org/officeDocument/2006/relationships/hyperlink" Target="https://www.sec.gov/rules/sro/finra/2019/34-86315.pdf" TargetMode="External"/><Relationship Id="rId254" Type="http://schemas.openxmlformats.org/officeDocument/2006/relationships/hyperlink" Target="https://i.redd.it/328lgq1s1v871.png" TargetMode="External"/><Relationship Id="rId255" Type="http://schemas.openxmlformats.org/officeDocument/2006/relationships/hyperlink" Target="https://media0.giphy.com/media/UvtKiyeWYEhRC/giphy.gif?cid=ecf05e47d9juouou9jrbshblwc2adl6q17tv6g424rp2kvoi&amp;rid=giphy.gif&amp;ct=g" TargetMode="External"/><Relationship Id="rId256" Type="http://schemas.openxmlformats.org/officeDocument/2006/relationships/hyperlink" Target="https://www.reuters.com/article/us-citadel-darkpool/citadel-securities-to-close-apogee-dark-pool-sources-idUSKBN0MN22Q20150327" TargetMode="External"/><Relationship Id="rId257" Type="http://schemas.openxmlformats.org/officeDocument/2006/relationships/hyperlink" Target="https://www.reuters.com/article/citadel-darkpool/citadel-sees-volume-surge-in-its-citadel-connect-dark-pool-idUSL2N0LQ17H20140221" TargetMode="External"/><Relationship Id="rId258" Type="http://schemas.openxmlformats.org/officeDocument/2006/relationships/hyperlink" Target="https://i.redd.it/dojfd7lyru871.png" TargetMode="External"/><Relationship Id="rId259" Type="http://schemas.openxmlformats.org/officeDocument/2006/relationships/hyperlink" Target="https://globalmarkets.cib.bnpparibas/app/uploads/sites/4/2021/05/execution-venues-us-version.pdf" TargetMode="External"/><Relationship Id="rId260" Type="http://schemas.openxmlformats.org/officeDocument/2006/relationships/hyperlink" Target="https://www.investopedia.com/terms/i/internalization.asp" TargetMode="External"/><Relationship Id="rId261" Type="http://schemas.openxmlformats.org/officeDocument/2006/relationships/hyperlink" Target="https://i.redd.it/drdcsznn0u871.png" TargetMode="External"/><Relationship Id="rId262" Type="http://schemas.openxmlformats.org/officeDocument/2006/relationships/hyperlink" Target="https://www.rblt.com/market-reports/let-there-be-light-us-edition-24" TargetMode="External"/><Relationship Id="rId263" Type="http://schemas.openxmlformats.org/officeDocument/2006/relationships/hyperlink" Target="https://medium.com/boxes-and-lines/the-rising-tide-of-broker-costs-and-the-shrinking-pool-of-competitors-40d4d389e59a" TargetMode="External"/><Relationship Id="rId264" Type="http://schemas.openxmlformats.org/officeDocument/2006/relationships/hyperlink" Target="https://i.redd.it/axa0gpvap1971.png" TargetMode="External"/><Relationship Id="rId265" Type="http://schemas.openxmlformats.org/officeDocument/2006/relationships/hyperlink" Target="https://www.youtube.com/watch?v=eVfxEBE-nI4&amp;t=158s" TargetMode="External"/><Relationship Id="rId266" Type="http://schemas.openxmlformats.org/officeDocument/2006/relationships/hyperlink" Target="https://i.giphy.com/media/kGweWfIbaezO8/giphy.webp" TargetMode="External"/><Relationship Id="rId267" Type="http://schemas.openxmlformats.org/officeDocument/2006/relationships/hyperlink" Target="https://www.reddit.com/u/dlauer/" TargetMode="External"/><Relationship Id="rId268" Type="http://schemas.openxmlformats.org/officeDocument/2006/relationships/hyperlink" Target="https://www.reddit.com/r/Superstonk/comments/ocfcfi/occ_rule_in_effect_7121_net_stable_funding_ratio/" TargetMode="External"/><Relationship Id="rId269" Type="http://schemas.openxmlformats.org/officeDocument/2006/relationships/image" Target="media/image31.jpg"/><Relationship Id="rId270" Type="http://schemas.openxmlformats.org/officeDocument/2006/relationships/hyperlink" Target="https://www.reddit.com/u/leisure_rules/" TargetMode="External"/><Relationship Id="rId271" Type="http://schemas.openxmlformats.org/officeDocument/2006/relationships/image" Target="media/image32.png"/><Relationship Id="rId272" Type="http://schemas.openxmlformats.org/officeDocument/2006/relationships/hyperlink" Target="https://www.federalregister.gov/d/2020-26546/p-363" TargetMode="External"/><Relationship Id="rId273" Type="http://schemas.openxmlformats.org/officeDocument/2006/relationships/hyperlink" Target="https://www.federalregister.gov/d/2020-26546/p-481" TargetMode="External"/><Relationship Id="rId274" Type="http://schemas.openxmlformats.org/officeDocument/2006/relationships/image" Target="media/image33.jpg"/><Relationship Id="rId275" Type="http://schemas.openxmlformats.org/officeDocument/2006/relationships/hyperlink" Target="https://www.federalregister.gov/d/2020-26546/p-810" TargetMode="External"/><Relationship Id="rId276" Type="http://schemas.openxmlformats.org/officeDocument/2006/relationships/hyperlink" Target="https://docs.google.com/document/d/e/2PACX-1vSsrsCvdsDUQK-yapdQllwk0PqzN6jZgG-ykDi6csJfJC3fvFrnpp5sZuMa8oQneUhLDY3z78vVFd8s/pub" TargetMode="External"/><Relationship Id="rId277" Type="http://schemas.openxmlformats.org/officeDocument/2006/relationships/image" Target="media/image34.jpg"/><Relationship Id="rId278" Type="http://schemas.openxmlformats.org/officeDocument/2006/relationships/image" Target="media/image35.jpg"/><Relationship Id="rId279" Type="http://schemas.openxmlformats.org/officeDocument/2006/relationships/image" Target="media/image36.jpg"/><Relationship Id="rId280" Type="http://schemas.openxmlformats.org/officeDocument/2006/relationships/hyperlink" Target="https://www.reddit.com/r/Superstonk/comments/o02fnr/elliot_waves_gme_the_sp_500_wen_market_peak_and/?utm_source=share&amp;utm_medium=web2x&amp;context=3" TargetMode="External"/><Relationship Id="rId281" Type="http://schemas.openxmlformats.org/officeDocument/2006/relationships/image" Target="media/image37.jpg"/><Relationship Id="rId282" Type="http://schemas.openxmlformats.org/officeDocument/2006/relationships/image" Target="media/image38.jpg"/><Relationship Id="rId283" Type="http://schemas.openxmlformats.org/officeDocument/2006/relationships/image" Target="media/image39.jpg"/><Relationship Id="rId284" Type="http://schemas.openxmlformats.org/officeDocument/2006/relationships/image" Target="media/image40.jpg"/><Relationship Id="rId285" Type="http://schemas.openxmlformats.org/officeDocument/2006/relationships/hyperlink" Target="https://www.reddit.com/r/Superstonk/comments/mm5qle/the_moass_preparation_guide/" TargetMode="External"/><Relationship Id="rId286" Type="http://schemas.openxmlformats.org/officeDocument/2006/relationships/image" Target="media/image41.jpg"/><Relationship Id="rId287" Type="http://schemas.openxmlformats.org/officeDocument/2006/relationships/hyperlink" Target="https://www.reddit.com/r/Superstonk/comments/mowzjk/the_broker_preparation_guide/" TargetMode="External"/><Relationship Id="rId288" Type="http://schemas.openxmlformats.org/officeDocument/2006/relationships/hyperlink" Target="https://investorjunkie.com/stock-brokers/broker-clearing-firms/" TargetMode="External"/><Relationship Id="rId289" Type="http://schemas.openxmlformats.org/officeDocument/2006/relationships/hyperlink" Target="https://www.reddit.com/r/Superstonk/comments/oa7nq4/fud_alert_t212_simply_do_not_agree_to_terms_hold/" TargetMode="External"/><Relationship Id="rId290" Type="http://schemas.openxmlformats.org/officeDocument/2006/relationships/hyperlink" Target="https://www.reddit.com/r/Superstonk/comments/oa7st6/citadel_really_doesnt_like_iex_if_you_have_the/?utm_source=share&amp;utm_medium=web2x&amp;context=3" TargetMode="External"/><Relationship Id="rId291" Type="http://schemas.openxmlformats.org/officeDocument/2006/relationships/hyperlink" Target="https://www.investopedia.com/terms/c/capital_gains_tax.asp" TargetMode="External"/><Relationship Id="rId292" Type="http://schemas.openxmlformats.org/officeDocument/2006/relationships/hyperlink" Target="https://www.youtube.com/watch?v=hhKO6MRvk_c" TargetMode="External"/><Relationship Id="rId293" Type="http://schemas.openxmlformats.org/officeDocument/2006/relationships/hyperlink" Target="https://my.clevelandclinic.org/health/articles/9445-diaphragmatic-breathing" TargetMode="External"/><Relationship Id="rId294" Type="http://schemas.openxmlformats.org/officeDocument/2006/relationships/hyperlink" Target="https://www.investopedia.com/terms/t/tradinghalt.asp" TargetMode="External"/><Relationship Id="rId295" Type="http://schemas.openxmlformats.org/officeDocument/2006/relationships/hyperlink" Target="https://www.nyse.com/trade-halt-current" TargetMode="External"/><Relationship Id="rId296" Type="http://schemas.openxmlformats.org/officeDocument/2006/relationships/hyperlink" Target="https://www.sec.gov/oiea/investor-alerts-and-bulletins/ib_tradingsuspensions" TargetMode="External"/><Relationship Id="rId297" Type="http://schemas.openxmlformats.org/officeDocument/2006/relationships/hyperlink" Target="https://www.youtube.com/channel/UCI4EET9NJPWxUuXGlG6fxPA" TargetMode="External"/><Relationship Id="rId298" Type="http://schemas.openxmlformats.org/officeDocument/2006/relationships/hyperlink" Target="https://twitter.com/rensole" TargetMode="External"/><Relationship Id="rId299" Type="http://schemas.openxmlformats.org/officeDocument/2006/relationships/hyperlink" Target="https://twitter.com/RedChessQueen99" TargetMode="External"/><Relationship Id="rId300" Type="http://schemas.openxmlformats.org/officeDocument/2006/relationships/hyperlink" Target="https://twitter.com/PinkCatsOnAcid" TargetMode="External"/><Relationship Id="rId301" Type="http://schemas.openxmlformats.org/officeDocument/2006/relationships/image" Target="media/image42.jpg"/><Relationship Id="rId302" Type="http://schemas.openxmlformats.org/officeDocument/2006/relationships/hyperlink" Target="https://www.reddit.com/u/gherkinit/" TargetMode="External"/><Relationship Id="rId303" Type="http://schemas.openxmlformats.org/officeDocument/2006/relationships/hyperlink" Target="https://www.fidelity.com/learning-center/trading-investing/trading/avoiding-cash-trading-violations" TargetMode="External"/><Relationship Id="rId304" Type="http://schemas.openxmlformats.org/officeDocument/2006/relationships/hyperlink" Target="https://www.fdic.gov/deposit/deposits/faq.html" TargetMode="External"/><Relationship Id="rId305" Type="http://schemas.openxmlformats.org/officeDocument/2006/relationships/hyperlink" Target="https://ec.europa.eu/info/business-economy-euro/banking-and-finance/financial-supervision-and-risk-management/managing-risks-banks-and-financial-institutions/deposit-guarantee-schemes_en" TargetMode="External"/><Relationship Id="rId306" Type="http://schemas.openxmlformats.org/officeDocument/2006/relationships/hyperlink" Target="https://www.moneycrashers.com/when-to-hire-a-tax-attorney/" TargetMode="External"/><Relationship Id="rId307" Type="http://schemas.openxmlformats.org/officeDocument/2006/relationships/hyperlink" Target="https://www.youtube.com/watch?v=T2IaJwkqgPk" TargetMode="External"/><Relationship Id="rId308" Type="http://schemas.openxmlformats.org/officeDocument/2006/relationships/hyperlink" Target="https://en.wikipedia.org/wiki/Charles_Ferguson_(filmmaker)" TargetMode="External"/><Relationship Id="rId309" Type="http://schemas.openxmlformats.org/officeDocument/2006/relationships/hyperlink" Target="https://www.reddit.com/u/Criand/" TargetMode="External"/><Relationship Id="rId310" Type="http://schemas.openxmlformats.org/officeDocument/2006/relationships/hyperlink" Target="https://www.reddit.com/r/Superstonk/comments/nm83eb/a_house_of_cards_parts_i_ii_iii_in_pdf/" TargetMode="External"/><Relationship Id="rId311" Type="http://schemas.openxmlformats.org/officeDocument/2006/relationships/hyperlink" Target="https://www.reddit.com/r/GME/comments/mgucv2/the_everything_short/" TargetMode="External"/><Relationship Id="rId312" Type="http://schemas.openxmlformats.org/officeDocument/2006/relationships/hyperlink" Target="https://www.investopedia.com/terms/q/quantitative-easing.asp" TargetMode="External"/><Relationship Id="rId313" Type="http://schemas.openxmlformats.org/officeDocument/2006/relationships/hyperlink" Target="https://www.cnbc.com/2021/06/16/fed-holds-rates-steady-but-raises-inflation-expectations-sharply-and-makes-no-mention-of-taper.html" TargetMode="External"/><Relationship Id="rId314" Type="http://schemas.openxmlformats.org/officeDocument/2006/relationships/hyperlink" Target="https://www.investopedia.com/terms/f/fixedrate-bond.asp" TargetMode="External"/><Relationship Id="rId315" Type="http://schemas.openxmlformats.org/officeDocument/2006/relationships/hyperlink" Target="https://www.investopedia.com/terms/g/growthstock.asp" TargetMode="External"/><Relationship Id="rId316" Type="http://schemas.openxmlformats.org/officeDocument/2006/relationships/hyperlink" Target="https://www.investopedia.com/terms/c/cash.asp" TargetMode="External"/><Relationship Id="rId317" Type="http://schemas.openxmlformats.org/officeDocument/2006/relationships/hyperlink" Target="https://www.investopedia.com/terms/r/realestate.asp" TargetMode="External"/><Relationship Id="rId318" Type="http://schemas.openxmlformats.org/officeDocument/2006/relationships/hyperlink" Target="https://www.investopedia.com/terms/c/commodity.asp" TargetMode="External"/><Relationship Id="rId319" Type="http://schemas.openxmlformats.org/officeDocument/2006/relationships/hyperlink" Target="https://www.investopedia.com/terms/v/valuestock.asp" TargetMode="External"/><Relationship Id="rId320" Type="http://schemas.openxmlformats.org/officeDocument/2006/relationships/image" Target="media/image43.jpg"/><Relationship Id="rId321" Type="http://schemas.openxmlformats.org/officeDocument/2006/relationships/hyperlink" Target="https://www.reddit.com/r/Superstonk/comments/o9x3hf/guys_before_you_downvote_this_to_hell_bc_its_not/h3e1asv?utm_source=share&amp;utm_medium=web2x&amp;context=3" TargetMode="External"/><Relationship Id="rId322" Type="http://schemas.openxmlformats.org/officeDocument/2006/relationships/hyperlink" Target="https://www.reddit.com/r/Superstonk/comments/o9x3hf/guys_before_you_downvote_this_to_hell_bc_its_not/?utm_source=share&amp;utm_medium=web2x&amp;context=3" TargetMode="External"/><Relationship Id="rId323" Type="http://schemas.openxmlformats.org/officeDocument/2006/relationships/hyperlink" Target="https://www.reddit.com/u/OrwellsWarning/" TargetMode="External"/><Relationship Id="rId324" Type="http://schemas.openxmlformats.org/officeDocument/2006/relationships/hyperlink" Target="https://www.reddit.com/u/mlebjerg/" TargetMode="External"/><Relationship Id="rId325" Type="http://schemas.openxmlformats.org/officeDocument/2006/relationships/image" Target="media/image44.png"/><Relationship Id="rId326" Type="http://schemas.openxmlformats.org/officeDocument/2006/relationships/hyperlink" Target="https://www.reddit.com/r/Superstonk/comments/mvvuhp/feb_2426_failed_launch_attempt_and_proof_the_dtcc/?utm_source=share&amp;utm_medium=web2x&amp;context=3" TargetMode="External"/><Relationship Id="rId327" Type="http://schemas.openxmlformats.org/officeDocument/2006/relationships/hyperlink" Target="https://www.reddit.com/r/Superstonk/comments/nc1h4o/findings_from_my_analysis_of_605_data_huge_short/?utm_source=share&amp;utm_medium=web2x&amp;context=3" TargetMode="External"/><Relationship Id="rId328" Type="http://schemas.openxmlformats.org/officeDocument/2006/relationships/hyperlink" Target="https://www.reddit.com/r/GME/comments/nc2zcc/findings_from_my_analysis_of_605_data_huge_short/?utm_source=share&amp;utm_medium=web2x&amp;context=3" TargetMode="External"/><Relationship Id="rId329" Type="http://schemas.openxmlformats.org/officeDocument/2006/relationships/hyperlink" Target="https://www.reddit.com/r/SuperStonk/" TargetMode="External"/><Relationship Id="rId330" Type="http://schemas.openxmlformats.org/officeDocument/2006/relationships/hyperlink" Target="https://www.reddit.com/u/Feeling_Point_5978/" TargetMode="External"/><Relationship Id="rId331" Type="http://schemas.openxmlformats.org/officeDocument/2006/relationships/hyperlink" Target="https://www.investopedia.com/terms/t/theory-of-price.asp#:~:text=Understanding%20the%20Theory%20of%20Price,a%20given%20good%20or%20service.&amp;text=The%20concept%20of%20price%20theory,adjustments%20as%20market%20conditions%20change." TargetMode="External"/><Relationship Id="rId332" Type="http://schemas.openxmlformats.org/officeDocument/2006/relationships/hyperlink" Target="https://www.investopedia.com/terms/l/lawofsupply.asp" TargetMode="External"/><Relationship Id="rId333" Type="http://schemas.openxmlformats.org/officeDocument/2006/relationships/hyperlink" Target="https://www.investopedia.com/terms/l/lawofdemand.asp" TargetMode="External"/><Relationship Id="rId334" Type="http://schemas.openxmlformats.org/officeDocument/2006/relationships/hyperlink" Target="https://imgur.com/a/WlR7tGv" TargetMode="External"/><Relationship Id="rId335" Type="http://schemas.openxmlformats.org/officeDocument/2006/relationships/hyperlink" Target="https://open.lib.umn.edu/principleseconomics/chapter/3-3-demand-supply-and-equilibrium/" TargetMode="External"/><Relationship Id="rId336" Type="http://schemas.openxmlformats.org/officeDocument/2006/relationships/hyperlink" Target="https://imgur.com/a/xVsyDnh" TargetMode="External"/><Relationship Id="rId337" Type="http://schemas.openxmlformats.org/officeDocument/2006/relationships/hyperlink" Target="https://www.investopedia.com/terms/e/equilibrium.asp#:~:text=The%20equilibrium%20price%20is%20where,in%20a%20state%20of%20equilibrium." TargetMode="External"/><Relationship Id="rId338" Type="http://schemas.openxmlformats.org/officeDocument/2006/relationships/hyperlink" Target="https://opentextbc.ca/principlesofeconomics/chapter/5-2-polar-cases-of-elasticity-and-constant-elasticity/" TargetMode="External"/><Relationship Id="rId339" Type="http://schemas.openxmlformats.org/officeDocument/2006/relationships/hyperlink" Target="https://imgur.com/a/09lARpM" TargetMode="External"/><Relationship Id="rId340" Type="http://schemas.openxmlformats.org/officeDocument/2006/relationships/hyperlink" Target="https://www.reddit.com/u/bluprince/" TargetMode="External"/><Relationship Id="rId341" Type="http://schemas.openxmlformats.org/officeDocument/2006/relationships/hyperlink" Target="https://www.reddit.com/r/Superstonk/comments/mpvx9n/the_infinity_pool_naming_a_theoretical_posit_for" TargetMode="External"/><Relationship Id="rId342" Type="http://schemas.openxmlformats.org/officeDocument/2006/relationships/image" Target="media/image45.jpg"/><Relationship Id="rId343" Type="http://schemas.openxmlformats.org/officeDocument/2006/relationships/image" Target="media/image46.png"/><Relationship Id="rId344" Type="http://schemas.openxmlformats.org/officeDocument/2006/relationships/hyperlink" Target="https://finance.yahoo.com/quote/GME/options?p=GME" TargetMode="External"/><Relationship Id="rId345" Type="http://schemas.openxmlformats.org/officeDocument/2006/relationships/image" Target="media/image47.png"/><Relationship Id="rId346" Type="http://schemas.openxmlformats.org/officeDocument/2006/relationships/image" Target="media/image48.png"/><Relationship Id="rId347" Type="http://schemas.openxmlformats.org/officeDocument/2006/relationships/image" Target="media/image49.png"/><Relationship Id="rId348" Type="http://schemas.openxmlformats.org/officeDocument/2006/relationships/image" Target="media/image50.png"/><Relationship Id="rId349" Type="http://schemas.openxmlformats.org/officeDocument/2006/relationships/image" Target="media/image51.png"/><Relationship Id="rId350" Type="http://schemas.openxmlformats.org/officeDocument/2006/relationships/image" Target="media/image52.png"/><Relationship Id="rId351" Type="http://schemas.openxmlformats.org/officeDocument/2006/relationships/hyperlink" Target="https://www.reddit.com/r/Superstonk/comments/o7klxj/looks_like_the_recent_robinhood_class_action_si/?utm_source=share&amp;utm_medium=web2x&amp;context=3" TargetMode="External"/><Relationship Id="rId352" Type="http://schemas.openxmlformats.org/officeDocument/2006/relationships/image" Target="media/image53.png"/><Relationship Id="rId353" Type="http://schemas.openxmlformats.org/officeDocument/2006/relationships/hyperlink" Target="https://www.reddit.com/r/Superstonk/comments/o7g9mn/net_capital_and_t21/" TargetMode="External"/><Relationship Id="rId354" Type="http://schemas.openxmlformats.org/officeDocument/2006/relationships/hyperlink" Target="https://twitter.com/ryancohen/status/1407896835096678402" TargetMode="External"/><Relationship Id="rId355" Type="http://schemas.openxmlformats.org/officeDocument/2006/relationships/hyperlink" Target="https://www.youtube.com/watch?v=X2LTL8KgKv8" TargetMode="External"/><Relationship Id="rId356" Type="http://schemas.openxmlformats.org/officeDocument/2006/relationships/hyperlink" Target="https://preview.redd.it/zce14troow671.png?width=1068&amp;format=png&amp;auto=webp&amp;s=532917c08d25cce427f678f4edbf1971bc16916c" TargetMode="External"/><Relationship Id="rId357" Type="http://schemas.openxmlformats.org/officeDocument/2006/relationships/hyperlink" Target="https://imgur.com/dmywYOA" TargetMode="External"/><Relationship Id="rId358" Type="http://schemas.openxmlformats.org/officeDocument/2006/relationships/hyperlink" Target="https://preview.redd.it/zhkj5o01qw671.png?width=2830&amp;format=png&amp;auto=webp&amp;s=27f75c344d208b35483ab071a5d17bde5e61d1b0" TargetMode="External"/><Relationship Id="rId359" Type="http://schemas.openxmlformats.org/officeDocument/2006/relationships/hyperlink" Target="https://preview.redd.it/rxzx4kc4sw671.png?width=2790&amp;format=png&amp;auto=webp&amp;s=ca0fd31c5cd05f794ad36a9099dc0954864df1ac" TargetMode="External"/><Relationship Id="rId360" Type="http://schemas.openxmlformats.org/officeDocument/2006/relationships/hyperlink" Target="https://preview.redd.it/jteqhb9ouw671.png?width=2824&amp;format=png&amp;auto=webp&amp;s=4860b784c2e9608d8cee3c23b996fa5d4fd7d587" TargetMode="External"/><Relationship Id="rId361" Type="http://schemas.openxmlformats.org/officeDocument/2006/relationships/hyperlink" Target="https://preview.redd.it/uzfrfragww671.png?width=2824&amp;format=png&amp;auto=webp&amp;s=e48ad6f5acdb725dfd8e1e9272c99372155d7805" TargetMode="External"/><Relationship Id="rId362" Type="http://schemas.openxmlformats.org/officeDocument/2006/relationships/hyperlink" Target="https://preview.redd.it/i3nu7mokww671.png?width=2802&amp;format=png&amp;auto=webp&amp;s=018a2d4522b4d0c6938d7cb53a650cb91568dad5" TargetMode="External"/><Relationship Id="rId363" Type="http://schemas.openxmlformats.org/officeDocument/2006/relationships/hyperlink" Target="https://investor.gamestop.com/news-releases/news-release-details/gamestop-expands-fulfillment-network-new-facility-york" TargetMode="External"/><Relationship Id="rId364" Type="http://schemas.openxmlformats.org/officeDocument/2006/relationships/hyperlink" Target="https://www.reddit.com/r/Superstonk/comments/o727oc/the_dollar_endgame_part_2_the_ouroboros/" TargetMode="External"/><Relationship Id="rId365" Type="http://schemas.openxmlformats.org/officeDocument/2006/relationships/image" Target="media/image54.jpg"/><Relationship Id="rId366" Type="http://schemas.openxmlformats.org/officeDocument/2006/relationships/hyperlink" Target="https://loloro.com/artwork/3552148-Allegory-of-the-Prisoner-s-Dilemma.html" TargetMode="External"/><Relationship Id="rId367" Type="http://schemas.openxmlformats.org/officeDocument/2006/relationships/hyperlink" Target="https://artemiscm.docsend.com/view/t2rpfyivddgqg6n8" TargetMode="External"/><Relationship Id="rId368" Type="http://schemas.openxmlformats.org/officeDocument/2006/relationships/image" Target="media/image55.jpg"/><Relationship Id="rId369" Type="http://schemas.openxmlformats.org/officeDocument/2006/relationships/image" Target="media/image56.jpg"/><Relationship Id="rId370" Type="http://schemas.openxmlformats.org/officeDocument/2006/relationships/image" Target="media/image57.png"/><Relationship Id="rId371" Type="http://schemas.openxmlformats.org/officeDocument/2006/relationships/image" Target="media/image58.jpg"/><Relationship Id="rId372" Type="http://schemas.openxmlformats.org/officeDocument/2006/relationships/hyperlink" Target="https://www.investopedia.com/terms/p/parity.asp" TargetMode="External"/><Relationship Id="rId373" Type="http://schemas.openxmlformats.org/officeDocument/2006/relationships/image" Target="media/image59.jpg"/><Relationship Id="rId374" Type="http://schemas.openxmlformats.org/officeDocument/2006/relationships/hyperlink" Target="https://www.stlouisfed.org/open-vault/2020/january/what-is-phillips-curve-why-flattened" TargetMode="External"/><Relationship Id="rId375" Type="http://schemas.openxmlformats.org/officeDocument/2006/relationships/hyperlink" Target="https://en.wikipedia.org/wiki/1973%E2%80%931975_recession#:~:text=The%201973%E2%80%931975%20recession%20or,World%20War%20II%20economic%20expansion." TargetMode="External"/><Relationship Id="rId376" Type="http://schemas.openxmlformats.org/officeDocument/2006/relationships/image" Target="media/image60.jpg"/><Relationship Id="rId377" Type="http://schemas.openxmlformats.org/officeDocument/2006/relationships/image" Target="media/image61.jpg"/><Relationship Id="rId378" Type="http://schemas.openxmlformats.org/officeDocument/2006/relationships/image" Target="media/image62.jpg"/><Relationship Id="rId379" Type="http://schemas.openxmlformats.org/officeDocument/2006/relationships/image" Target="media/image63.jpg"/><Relationship Id="rId380" Type="http://schemas.openxmlformats.org/officeDocument/2006/relationships/image" Target="media/image64.jpg"/><Relationship Id="rId381" Type="http://schemas.openxmlformats.org/officeDocument/2006/relationships/hyperlink" Target="https://www.reddit.com/r/Superstonk/comments/o4w45f/hyperinflation_is_coming_the_dollar_endgame_part/" TargetMode="External"/><Relationship Id="rId382" Type="http://schemas.openxmlformats.org/officeDocument/2006/relationships/image" Target="media/image65.jpg"/><Relationship Id="rId383" Type="http://schemas.openxmlformats.org/officeDocument/2006/relationships/image" Target="media/image66.png"/><Relationship Id="rId384" Type="http://schemas.openxmlformats.org/officeDocument/2006/relationships/image" Target="media/image67.jpg"/><Relationship Id="rId385" Type="http://schemas.openxmlformats.org/officeDocument/2006/relationships/image" Target="media/image68.png"/><Relationship Id="rId386" Type="http://schemas.openxmlformats.org/officeDocument/2006/relationships/image" Target="media/image69.png"/><Relationship Id="rId387" Type="http://schemas.openxmlformats.org/officeDocument/2006/relationships/image" Target="media/image70.png"/><Relationship Id="rId388" Type="http://schemas.openxmlformats.org/officeDocument/2006/relationships/hyperlink" Target="https://www.businessinsider.com/why-supply-shortages-economy-inventory-chips-lumber-cars-toilet-paper-2021-5" TargetMode="External"/><Relationship Id="rId389" Type="http://schemas.openxmlformats.org/officeDocument/2006/relationships/image" Target="media/image71.png"/><Relationship Id="rId390" Type="http://schemas.openxmlformats.org/officeDocument/2006/relationships/image" Target="media/image72.png"/><Relationship Id="rId391" Type="http://schemas.openxmlformats.org/officeDocument/2006/relationships/image" Target="media/image73.png"/><Relationship Id="rId392" Type="http://schemas.openxmlformats.org/officeDocument/2006/relationships/image" Target="media/image74.png"/><Relationship Id="rId393" Type="http://schemas.openxmlformats.org/officeDocument/2006/relationships/image" Target="media/image75.png"/><Relationship Id="rId394" Type="http://schemas.openxmlformats.org/officeDocument/2006/relationships/image" Target="media/image76.png"/><Relationship Id="rId395" Type="http://schemas.openxmlformats.org/officeDocument/2006/relationships/image" Target="media/image77.jpg"/><Relationship Id="rId396" Type="http://schemas.openxmlformats.org/officeDocument/2006/relationships/image" Target="media/image78.png"/><Relationship Id="rId397" Type="http://schemas.openxmlformats.org/officeDocument/2006/relationships/image" Target="media/image79.png"/><Relationship Id="rId398" Type="http://schemas.openxmlformats.org/officeDocument/2006/relationships/image" Target="media/image80.png"/><Relationship Id="rId399" Type="http://schemas.openxmlformats.org/officeDocument/2006/relationships/image" Target="media/image81.png"/><Relationship Id="rId400" Type="http://schemas.openxmlformats.org/officeDocument/2006/relationships/hyperlink" Target="https://www.youtube.com/watch?v=l4nSHsbFe-o" TargetMode="External"/><Relationship Id="rId401" Type="http://schemas.openxmlformats.org/officeDocument/2006/relationships/image" Target="media/image82.png"/><Relationship Id="rId402" Type="http://schemas.openxmlformats.org/officeDocument/2006/relationships/image" Target="media/image83.png"/><Relationship Id="rId403" Type="http://schemas.openxmlformats.org/officeDocument/2006/relationships/hyperlink" Target="https://www.dtcc.com/-/media/Files/Downloads/legal/rule-filings/2021/DTC/SR-DTC-2021-005.pdf" TargetMode="External"/><Relationship Id="rId404" Type="http://schemas.openxmlformats.org/officeDocument/2006/relationships/image" Target="media/image84.png"/><Relationship Id="rId405" Type="http://schemas.openxmlformats.org/officeDocument/2006/relationships/image" Target="media/image85.png"/><Relationship Id="rId406" Type="http://schemas.openxmlformats.org/officeDocument/2006/relationships/hyperlink" Target="https://www.reddit.com/r/GME/comments/mi3xdt/dtcc_new_proposed_rule_change_dtc2021005/?utm_source=share&amp;utm_medium=web2x&amp;context=3" TargetMode="External"/><Relationship Id="rId407" Type="http://schemas.openxmlformats.org/officeDocument/2006/relationships/hyperlink" Target="https://www.reddit.com/r/Superstonk/comments/o4hzvx/3rd_tiktok_ive_seen_in_the_last_2_hours_about/?utm_source=share&amp;utm_medium=web2x&amp;context=3" TargetMode="External"/><Relationship Id="rId408" Type="http://schemas.openxmlformats.org/officeDocument/2006/relationships/image" Target="media/image86.jpg"/><Relationship Id="rId409" Type="http://schemas.openxmlformats.org/officeDocument/2006/relationships/hyperlink" Target="https://www.reddit.com/u/jaybaumyo/" TargetMode="External"/><Relationship Id="rId410" Type="http://schemas.openxmlformats.org/officeDocument/2006/relationships/image" Target="media/image87.png"/><Relationship Id="rId411" Type="http://schemas.openxmlformats.org/officeDocument/2006/relationships/hyperlink" Target="https://www.fox5atlanta.com/news/crypto-currency-confusion-georgia-man-wakes-up-a-trillionaire" TargetMode="External"/><Relationship Id="rId412" Type="http://schemas.openxmlformats.org/officeDocument/2006/relationships/image" Target="media/image88.jpg"/><Relationship Id="rId413" Type="http://schemas.openxmlformats.org/officeDocument/2006/relationships/hyperlink" Target="https://www.youtube.com/watch?v=bvBfiRWLj_0" TargetMode="External"/><Relationship Id="rId414" Type="http://schemas.openxmlformats.org/officeDocument/2006/relationships/hyperlink" Target="https://www.reddit.com/r/Superstonk/comments/o42bfm/big_banks_lost_a_lot_of_value_on_january_14th_but/" TargetMode="External"/><Relationship Id="rId415" Type="http://schemas.openxmlformats.org/officeDocument/2006/relationships/hyperlink" Target="https://preview.redd.it/vqt6zzy8ji671.png?width=2802&amp;format=png&amp;auto=webp&amp;s=0e482ac603a8601e6d2988e8ac7e1475473c5140" TargetMode="External"/><Relationship Id="rId416" Type="http://schemas.openxmlformats.org/officeDocument/2006/relationships/hyperlink" Target="https://preview.redd.it/eb9h44rgji671.png?width=2806&amp;format=png&amp;auto=webp&amp;s=d45dcd5616c6db3ab3d85698ad1f65b9c31dc424" TargetMode="External"/><Relationship Id="rId417" Type="http://schemas.openxmlformats.org/officeDocument/2006/relationships/hyperlink" Target="https://preview.redd.it/jg73y59tji671.png?width=2770&amp;format=png&amp;auto=webp&amp;s=0af347858b726f3fe3104a2339cd794cc2412543" TargetMode="External"/><Relationship Id="rId418" Type="http://schemas.openxmlformats.org/officeDocument/2006/relationships/hyperlink" Target="https://preview.redd.it/k6na9x1ali671.png?width=1642&amp;format=png&amp;auto=webp&amp;s=b76c79799b8653e2f7a1abd4519511f3ec4de0d9" TargetMode="External"/><Relationship Id="rId419" Type="http://schemas.openxmlformats.org/officeDocument/2006/relationships/hyperlink" Target="https://preview.redd.it/vsbpkxlqli671.png?width=1652&amp;format=png&amp;auto=webp&amp;s=968f2fdef4407b30ca589c9c7b6ad887dec9fc4e" TargetMode="External"/><Relationship Id="rId420" Type="http://schemas.openxmlformats.org/officeDocument/2006/relationships/hyperlink" Target="https://preview.redd.it/uq7aosflmi671.png?width=457&amp;format=png&amp;auto=webp&amp;s=a068716cd483c2b6793e4d54d98ed2e1f852c613" TargetMode="External"/><Relationship Id="rId421" Type="http://schemas.openxmlformats.org/officeDocument/2006/relationships/hyperlink" Target="https://preview.redd.it/1xw8lktmmi671.png?width=457&amp;format=png&amp;auto=webp&amp;s=ad27d18e0a9739aa32ec178e69b29a6a39f9dc4f" TargetMode="External"/><Relationship Id="rId422" Type="http://schemas.openxmlformats.org/officeDocument/2006/relationships/hyperlink" Target="https://preview.redd.it/04006jafni671.png?width=2812&amp;format=png&amp;auto=webp&amp;s=eb668952f63ba29226abd0855cbecd476b479466" TargetMode="External"/><Relationship Id="rId423" Type="http://schemas.openxmlformats.org/officeDocument/2006/relationships/hyperlink" Target="https://preview.redd.it/tg53oi4ioi671.png?width=2830&amp;format=png&amp;auto=webp&amp;s=fb523f927bed85a65d2e1a43b2b000295e84d8bf" TargetMode="External"/><Relationship Id="rId424" Type="http://schemas.openxmlformats.org/officeDocument/2006/relationships/hyperlink" Target="https://preview.redd.it/58x900k3pi671.png?width=2802&amp;format=png&amp;auto=webp&amp;s=5ee14be1a71b82ca0ab2cde627b5e47467dad7f5" TargetMode="External"/><Relationship Id="rId425" Type="http://schemas.openxmlformats.org/officeDocument/2006/relationships/hyperlink" Target="https://imgur.com/a/uzTn3OR" TargetMode="External"/><Relationship Id="rId426" Type="http://schemas.openxmlformats.org/officeDocument/2006/relationships/hyperlink" Target="https://www.reddit.com/r/Superstonk/comments/o2dw45/thoughts_on_the_feds_balance_sheet_after_todays/h268kop?utm_source=share&amp;utm_medium=web2x&amp;context=3" TargetMode="External"/><Relationship Id="rId427" Type="http://schemas.openxmlformats.org/officeDocument/2006/relationships/hyperlink" Target="https://saylordotorg.github.io/text_macroeconomics-theory-through-applications/s15-01-the-quantity-theory-of-money.html" TargetMode="External"/><Relationship Id="rId428" Type="http://schemas.openxmlformats.org/officeDocument/2006/relationships/hyperlink" Target="https://www.stockinvestor.com/50573/did-the-fed-stop-reporting-the-money-supply-m2-why-inflation-is-coming-back/" TargetMode="External"/><Relationship Id="rId429" Type="http://schemas.openxmlformats.org/officeDocument/2006/relationships/hyperlink" Target="https://fred.stlouisfed.org/series/M2V" TargetMode="External"/><Relationship Id="rId430" Type="http://schemas.openxmlformats.org/officeDocument/2006/relationships/hyperlink" Target="https://www.usnews.com/news/economy/articles/2021-03-17/fed-ups-2021-economic-forecast-significantly-leaves-interest-rates-unchanged" TargetMode="External"/><Relationship Id="rId431" Type="http://schemas.openxmlformats.org/officeDocument/2006/relationships/hyperlink" Target="https://www.reddit.com/r/Superstonk/comments/o42ftz/theres_been_a_lot_of_talk_about_inflation_what/" TargetMode="External"/><Relationship Id="rId432" Type="http://schemas.openxmlformats.org/officeDocument/2006/relationships/hyperlink" Target="https://thismatter.com/money/banking/money-growth-money-velocity-inflation.htm" TargetMode="External"/><Relationship Id="rId433" Type="http://schemas.openxmlformats.org/officeDocument/2006/relationships/image" Target="media/image89.jpg"/><Relationship Id="rId434" Type="http://schemas.openxmlformats.org/officeDocument/2006/relationships/image" Target="media/image90.jpg"/><Relationship Id="rId435" Type="http://schemas.openxmlformats.org/officeDocument/2006/relationships/image" Target="media/image91.jpg"/><Relationship Id="rId436" Type="http://schemas.openxmlformats.org/officeDocument/2006/relationships/image" Target="media/image92.jpg"/><Relationship Id="rId437" Type="http://schemas.openxmlformats.org/officeDocument/2006/relationships/image" Target="media/image93.png"/><Relationship Id="rId438" Type="http://schemas.openxmlformats.org/officeDocument/2006/relationships/hyperlink" Target="https://easyupload.io/ogovzr" TargetMode="External"/><Relationship Id="rId439" Type="http://schemas.openxmlformats.org/officeDocument/2006/relationships/hyperlink" Target="https://mega.nz/file/ikgUUCRC#HxOl0afMatKWpmmWrYOBMwQgQwVU2MHgGSoG0p1uRQk" TargetMode="External"/><Relationship Id="rId440" Type="http://schemas.openxmlformats.org/officeDocument/2006/relationships/image" Target="media/image94.jpg"/><Relationship Id="rId441" Type="http://schemas.openxmlformats.org/officeDocument/2006/relationships/hyperlink" Target="http://regsho.finra.org/regsho-June.html" TargetMode="External"/><Relationship Id="rId442" Type="http://schemas.openxmlformats.org/officeDocument/2006/relationships/hyperlink" Target="https://www.cboe.com/us/equities/market_statistics/short_sale/?mkt=bzx" TargetMode="External"/><Relationship Id="rId443" Type="http://schemas.openxmlformats.org/officeDocument/2006/relationships/hyperlink" Target="https://www.cboe.com/us/equities/market_statistics/short_sale/?mkt=byx" TargetMode="External"/><Relationship Id="rId444" Type="http://schemas.openxmlformats.org/officeDocument/2006/relationships/hyperlink" Target="https://www.cboe.com/us/equities/market_statistics/short_sale/?mkt=edga" TargetMode="External"/><Relationship Id="rId445" Type="http://schemas.openxmlformats.org/officeDocument/2006/relationships/hyperlink" Target="https://www.cboe.com/us/equities/market_statistics/short_sale/?mkt=edgx" TargetMode="External"/><Relationship Id="rId446" Type="http://schemas.openxmlformats.org/officeDocument/2006/relationships/hyperlink" Target="https://de.finance.yahoo.com/quote/GME/history?p=GME" TargetMode="External"/><Relationship Id="rId447" Type="http://schemas.openxmlformats.org/officeDocument/2006/relationships/hyperlink" Target="https://www.nasdaq.com/de/market-activity/stocks/gme/historical" TargetMode="External"/><Relationship Id="rId448" Type="http://schemas.openxmlformats.org/officeDocument/2006/relationships/hyperlink" Target="https://www.sec.gov/edgar/search/?r=el#/dateRange=all&amp;category=form-cat0" TargetMode="External"/><Relationship Id="rId449" Type="http://schemas.openxmlformats.org/officeDocument/2006/relationships/hyperlink" Target="https://www.securitiesfinancetimes.com/securitieslendingnews/industryarticle.php?article_id=224548&amp;navigationaction=industrynews&amp;newssection=industry" TargetMode="External"/><Relationship Id="rId450" Type="http://schemas.openxmlformats.org/officeDocument/2006/relationships/image" Target="media/image95.png"/><Relationship Id="rId451" Type="http://schemas.openxmlformats.org/officeDocument/2006/relationships/image" Target="media/image96.jpg"/><Relationship Id="rId452" Type="http://schemas.openxmlformats.org/officeDocument/2006/relationships/image" Target="media/image97.jpg"/><Relationship Id="rId453" Type="http://schemas.openxmlformats.org/officeDocument/2006/relationships/image" Target="media/image98.jpg"/><Relationship Id="rId454" Type="http://schemas.openxmlformats.org/officeDocument/2006/relationships/image" Target="media/image99.png"/><Relationship Id="rId455" Type="http://schemas.openxmlformats.org/officeDocument/2006/relationships/hyperlink" Target="https://www.reddit.com/u/scamiran/" TargetMode="External"/><Relationship Id="rId456" Type="http://schemas.openxmlformats.org/officeDocument/2006/relationships/hyperlink" Target="https://alhambrapartners.com/author/jsnider/" TargetMode="External"/><Relationship Id="rId457" Type="http://schemas.openxmlformats.org/officeDocument/2006/relationships/hyperlink" Target="https://www.youtube.com/channel/UCp8Xi-sPTL9VyZpHTPfLA-g" TargetMode="External"/><Relationship Id="rId458" Type="http://schemas.openxmlformats.org/officeDocument/2006/relationships/image" Target="media/image100.jpg"/><Relationship Id="rId459" Type="http://schemas.openxmlformats.org/officeDocument/2006/relationships/hyperlink" Target="https://en.wikipedia.org/wiki/Frequency_illusion" TargetMode="External"/><Relationship Id="rId460" Type="http://schemas.openxmlformats.org/officeDocument/2006/relationships/image" Target="media/image101.png"/><Relationship Id="rId461" Type="http://schemas.openxmlformats.org/officeDocument/2006/relationships/image" Target="media/image102.png"/><Relationship Id="rId462" Type="http://schemas.openxmlformats.org/officeDocument/2006/relationships/image" Target="media/image103.png"/><Relationship Id="rId463" Type="http://schemas.openxmlformats.org/officeDocument/2006/relationships/image" Target="media/image104.png"/><Relationship Id="rId464" Type="http://schemas.openxmlformats.org/officeDocument/2006/relationships/image" Target="media/image105.png"/><Relationship Id="rId465" Type="http://schemas.openxmlformats.org/officeDocument/2006/relationships/image" Target="media/image106.png"/><Relationship Id="rId466" Type="http://schemas.openxmlformats.org/officeDocument/2006/relationships/image" Target="media/image107.png"/><Relationship Id="rId467" Type="http://schemas.openxmlformats.org/officeDocument/2006/relationships/image" Target="media/image108.png"/><Relationship Id="rId468" Type="http://schemas.openxmlformats.org/officeDocument/2006/relationships/image" Target="media/image109.jpg"/><Relationship Id="rId469" Type="http://schemas.openxmlformats.org/officeDocument/2006/relationships/image" Target="media/image110.png"/><Relationship Id="rId470" Type="http://schemas.openxmlformats.org/officeDocument/2006/relationships/image" Target="media/image111.png"/><Relationship Id="rId471" Type="http://schemas.openxmlformats.org/officeDocument/2006/relationships/image" Target="media/image112.png"/><Relationship Id="rId472" Type="http://schemas.openxmlformats.org/officeDocument/2006/relationships/image" Target="media/image113.png"/><Relationship Id="rId473" Type="http://schemas.openxmlformats.org/officeDocument/2006/relationships/image" Target="media/image114.jpg"/><Relationship Id="rId474" Type="http://schemas.openxmlformats.org/officeDocument/2006/relationships/hyperlink" Target="https://www.fidelity.com/learning-center/trading-investing/technical-analysis/technical-indicator-guide/OBV" TargetMode="External"/><Relationship Id="rId475" Type="http://schemas.openxmlformats.org/officeDocument/2006/relationships/image" Target="media/image115.jpg"/><Relationship Id="rId476" Type="http://schemas.openxmlformats.org/officeDocument/2006/relationships/image" Target="media/image116.jpg"/><Relationship Id="rId477" Type="http://schemas.openxmlformats.org/officeDocument/2006/relationships/image" Target="media/image117.jpg"/><Relationship Id="rId478" Type="http://schemas.openxmlformats.org/officeDocument/2006/relationships/image" Target="media/image118.jpg"/><Relationship Id="rId479" Type="http://schemas.openxmlformats.org/officeDocument/2006/relationships/hyperlink" Target="https://www.reddit.com/r/Superstonk/comments/nsady3/t21_is_not_actually_a_thing_counter_dd/" TargetMode="External"/><Relationship Id="rId480" Type="http://schemas.openxmlformats.org/officeDocument/2006/relationships/hyperlink" Target="https://www.law.cornell.edu/cfr/text/17/242.204" TargetMode="External"/><Relationship Id="rId481" Type="http://schemas.openxmlformats.org/officeDocument/2006/relationships/image" Target="media/image119.png"/><Relationship Id="rId482" Type="http://schemas.openxmlformats.org/officeDocument/2006/relationships/image" Target="media/image120.png"/><Relationship Id="rId483" Type="http://schemas.openxmlformats.org/officeDocument/2006/relationships/image" Target="media/image121.png"/><Relationship Id="rId484" Type="http://schemas.openxmlformats.org/officeDocument/2006/relationships/image" Target="media/image122.png"/><Relationship Id="rId485" Type="http://schemas.openxmlformats.org/officeDocument/2006/relationships/image" Target="media/image123.png"/><Relationship Id="rId486" Type="http://schemas.openxmlformats.org/officeDocument/2006/relationships/image" Target="media/image124.png"/><Relationship Id="rId487" Type="http://schemas.openxmlformats.org/officeDocument/2006/relationships/image" Target="media/image125.png"/><Relationship Id="rId488" Type="http://schemas.openxmlformats.org/officeDocument/2006/relationships/image" Target="media/image126.png"/><Relationship Id="rId489" Type="http://schemas.openxmlformats.org/officeDocument/2006/relationships/image" Target="media/image127.png"/><Relationship Id="rId490" Type="http://schemas.openxmlformats.org/officeDocument/2006/relationships/image" Target="media/image128.png"/><Relationship Id="rId491" Type="http://schemas.openxmlformats.org/officeDocument/2006/relationships/image" Target="media/image129.png"/><Relationship Id="rId492" Type="http://schemas.openxmlformats.org/officeDocument/2006/relationships/image" Target="media/image130.png"/><Relationship Id="rId493" Type="http://schemas.openxmlformats.org/officeDocument/2006/relationships/hyperlink" Target="https://www.reddit.com/r/Superstonk/comments/nz7mwl/sld_dd_a_predictable_monthly_pinch_on_capital/" TargetMode="External"/><Relationship Id="rId494" Type="http://schemas.openxmlformats.org/officeDocument/2006/relationships/image" Target="media/image131.png"/><Relationship Id="rId495" Type="http://schemas.openxmlformats.org/officeDocument/2006/relationships/image" Target="media/image132.png"/><Relationship Id="rId496" Type="http://schemas.openxmlformats.org/officeDocument/2006/relationships/hyperlink" Target="https://www.sec.gov/data/foiadocsfailsdatahtm" TargetMode="External"/><Relationship Id="rId497" Type="http://schemas.openxmlformats.org/officeDocument/2006/relationships/hyperlink" Target="https://failedtodeliver.com/?symbols=GME" TargetMode="External"/><Relationship Id="rId498" Type="http://schemas.openxmlformats.org/officeDocument/2006/relationships/hyperlink" Target="https://failedtodeliver.com/?symbols=GAMR,XRT,RETL,XSVM,VIOV,RWJ,VIOO,PSCD,VIOG,VTWV,IUSS,VCR,VTWO,SFYF,IWC,EWSC,SYLD,PRF,RALS,FNDX,FNDB,VBR,IJS,XJR,NUSC,SLYV,IJR,SPSM,SLY,FLQS,IJT,GSSC,SLYG,VXF,NVQ,IWN,ESML,VB,SAA,DMRS,BBSC,OMFS,FDIS,STSB,SSLY,IWM,SCHA,PBSM,UWM,VTHR,URTY,VTI,TILT,VLU,HDG,AVUS,MMTM,DSI,SPTM,IWV,SCHB,ITOT,DFAU" TargetMode="External"/><Relationship Id="rId499" Type="http://schemas.openxmlformats.org/officeDocument/2006/relationships/hyperlink" Target="https://www.reddit.com/user/dentisttft/comments/o1k5s4/t35_dataset/" TargetMode="External"/><Relationship Id="rId500" Type="http://schemas.openxmlformats.org/officeDocument/2006/relationships/hyperlink" Target="https://failedtodeliver.com/" TargetMode="External"/><Relationship Id="rId501" Type="http://schemas.openxmlformats.org/officeDocument/2006/relationships/hyperlink" Target="https://sec.report/fails.php?tc=gme" TargetMode="External"/><Relationship Id="rId502" Type="http://schemas.openxmlformats.org/officeDocument/2006/relationships/image" Target="media/image133.png"/><Relationship Id="rId503" Type="http://schemas.openxmlformats.org/officeDocument/2006/relationships/image" Target="media/image134.png"/><Relationship Id="rId504" Type="http://schemas.openxmlformats.org/officeDocument/2006/relationships/image" Target="media/image135.png"/><Relationship Id="rId505" Type="http://schemas.openxmlformats.org/officeDocument/2006/relationships/hyperlink" Target="https://www.reddit.com/u/dentisttft/" TargetMode="External"/><Relationship Id="rId506" Type="http://schemas.openxmlformats.org/officeDocument/2006/relationships/hyperlink" Target="https://www.reddit.com/u/wJFq6aE7-zv44wa__gHq/" TargetMode="External"/><Relationship Id="rId507" Type="http://schemas.openxmlformats.org/officeDocument/2006/relationships/image" Target="media/image136.jpg"/><Relationship Id="rId508" Type="http://schemas.openxmlformats.org/officeDocument/2006/relationships/image" Target="media/image137.jpg"/><Relationship Id="rId509" Type="http://schemas.openxmlformats.org/officeDocument/2006/relationships/hyperlink" Target="https://en.wikipedia.org/wiki/Commodity_Futures_Modernization_Act_of_2000" TargetMode="External"/><Relationship Id="rId510" Type="http://schemas.openxmlformats.org/officeDocument/2006/relationships/image" Target="media/image138.jpg"/><Relationship Id="rId511" Type="http://schemas.openxmlformats.org/officeDocument/2006/relationships/image" Target="media/image139.png"/><Relationship Id="rId512" Type="http://schemas.openxmlformats.org/officeDocument/2006/relationships/image" Target="media/image140.jpg"/><Relationship Id="rId513" Type="http://schemas.openxmlformats.org/officeDocument/2006/relationships/image" Target="media/image141.jpg"/><Relationship Id="rId514" Type="http://schemas.openxmlformats.org/officeDocument/2006/relationships/image" Target="media/image142.jpg"/><Relationship Id="rId515" Type="http://schemas.openxmlformats.org/officeDocument/2006/relationships/image" Target="media/image143.jpg"/><Relationship Id="rId516" Type="http://schemas.openxmlformats.org/officeDocument/2006/relationships/image" Target="media/image144.jpg"/><Relationship Id="rId517" Type="http://schemas.openxmlformats.org/officeDocument/2006/relationships/image" Target="media/image145.jpg"/><Relationship Id="rId518" Type="http://schemas.openxmlformats.org/officeDocument/2006/relationships/image" Target="media/image146.jpg"/><Relationship Id="rId519" Type="http://schemas.openxmlformats.org/officeDocument/2006/relationships/image" Target="media/image147.jpg"/><Relationship Id="rId520" Type="http://schemas.openxmlformats.org/officeDocument/2006/relationships/image" Target="media/image148.jpg"/><Relationship Id="rId521" Type="http://schemas.openxmlformats.org/officeDocument/2006/relationships/image" Target="media/image149.png"/><Relationship Id="rId522" Type="http://schemas.openxmlformats.org/officeDocument/2006/relationships/hyperlink" Target="https://theintercept.com/2021/04/20/wall-street-cmbs-dollar-general-ladder-capital/" TargetMode="External"/><Relationship Id="rId523" Type="http://schemas.openxmlformats.org/officeDocument/2006/relationships/image" Target="media/image150.jpg"/><Relationship Id="rId524" Type="http://schemas.openxmlformats.org/officeDocument/2006/relationships/image" Target="media/image151.jpg"/><Relationship Id="rId525" Type="http://schemas.openxmlformats.org/officeDocument/2006/relationships/hyperlink" Target="https://therealdeal.com/issues_articles/defusing-the-forbearance-time-bomb/" TargetMode="External"/><Relationship Id="rId526" Type="http://schemas.openxmlformats.org/officeDocument/2006/relationships/image" Target="media/image152.png"/><Relationship Id="rId527" Type="http://schemas.openxmlformats.org/officeDocument/2006/relationships/hyperlink" Target="https://www.cnbc.com/2021/03/19/the-fed-will-not-extend-a-pandemic-crisis-rule-that-had-allowed-banks-to-relax-capital-levels.html" TargetMode="External"/><Relationship Id="rId528" Type="http://schemas.openxmlformats.org/officeDocument/2006/relationships/hyperlink" Target="https://www.fool.com/investing/2020/07/26/which-of-the-large-us-banks-is-most-leveraged.aspx" TargetMode="External"/><Relationship Id="rId529" Type="http://schemas.openxmlformats.org/officeDocument/2006/relationships/image" Target="media/image153.png"/><Relationship Id="rId530" Type="http://schemas.openxmlformats.org/officeDocument/2006/relationships/image" Target="media/image154.jpg"/><Relationship Id="rId531" Type="http://schemas.openxmlformats.org/officeDocument/2006/relationships/image" Target="media/image155.jpg"/><Relationship Id="rId532" Type="http://schemas.openxmlformats.org/officeDocument/2006/relationships/image" Target="media/image156.jpg"/><Relationship Id="rId533" Type="http://schemas.openxmlformats.org/officeDocument/2006/relationships/hyperlink" Target="https://twitter.com/gavinmayreal" TargetMode="External"/><Relationship Id="rId534" Type="http://schemas.openxmlformats.org/officeDocument/2006/relationships/hyperlink" Target="https://youtu.be/MN3x-kAbgFU" TargetMode="External"/><Relationship Id="rId535" Type="http://schemas.openxmlformats.org/officeDocument/2006/relationships/hyperlink" Target="https://preview.redd.it/n7lrg439xb571.png?width=1061&amp;format=png&amp;auto=webp&amp;s=e51aed75d2fdb2b5569ef74f533758c86c96046a" TargetMode="External"/><Relationship Id="rId536" Type="http://schemas.openxmlformats.org/officeDocument/2006/relationships/hyperlink" Target="https://whalewisdom.com/filer/citadel-advisors-llc#tabholdings_tab_link" TargetMode="External"/><Relationship Id="rId537" Type="http://schemas.openxmlformats.org/officeDocument/2006/relationships/hyperlink" Target="https://preview.redd.it/zcixym1ryb571.png?width=2806&amp;format=png&amp;auto=webp&amp;s=77a13dc04e487c3bc835b2ce7effece18a133f5e" TargetMode="External"/><Relationship Id="rId538" Type="http://schemas.openxmlformats.org/officeDocument/2006/relationships/hyperlink" Target="https://preview.redd.it/uaddjcq9zb571.png?width=2798&amp;format=png&amp;auto=webp&amp;s=bb59c92f783dea2038c2bbf9683035802e2b61ee" TargetMode="External"/><Relationship Id="rId539" Type="http://schemas.openxmlformats.org/officeDocument/2006/relationships/hyperlink" Target="https://preview.redd.it/ps95juwk0c571.png?width=2756&amp;format=png&amp;auto=webp&amp;s=fc84bd970491b8f31d3facb099aea623cec08ad0" TargetMode="External"/><Relationship Id="rId540" Type="http://schemas.openxmlformats.org/officeDocument/2006/relationships/hyperlink" Target="https://preview.redd.it/b7c7cfbm0c571.png?width=2812&amp;format=png&amp;auto=webp&amp;s=79ac4557d86f4ade0aca08e93d85a2feac5a737d" TargetMode="External"/><Relationship Id="rId541" Type="http://schemas.openxmlformats.org/officeDocument/2006/relationships/hyperlink" Target="https://preview.redd.it/bbfh7wzi1c571.png?width=1634&amp;format=png&amp;auto=webp&amp;s=1502f44228277e07070d84570fd9d8be4752b7b6" TargetMode="External"/><Relationship Id="rId542" Type="http://schemas.openxmlformats.org/officeDocument/2006/relationships/hyperlink" Target="https://imgur.com/BaQ1cu1" TargetMode="External"/><Relationship Id="rId543" Type="http://schemas.openxmlformats.org/officeDocument/2006/relationships/hyperlink" Target="https://imgur.com/oYtGCgc" TargetMode="External"/><Relationship Id="rId544" Type="http://schemas.openxmlformats.org/officeDocument/2006/relationships/hyperlink" Target="https://www.reddit.com/r/Superstonk/comments/o0ctw1/eu_freezes_10_banks_out_of_bond_sales_over/?utm_medium=android_app&amp;utm_source=share" TargetMode="External"/><Relationship Id="rId545" Type="http://schemas.openxmlformats.org/officeDocument/2006/relationships/hyperlink" Target="https://ec.europa.eu/commission/presscorner/detail/en/ip_21_2004" TargetMode="External"/><Relationship Id="rId546" Type="http://schemas.openxmlformats.org/officeDocument/2006/relationships/hyperlink" Target="https://quebecnewstribune.com/news/business/eu-freezes-bond-sales-of-10-banks-for-violating-antitrust-laws-18190/" TargetMode="External"/><Relationship Id="rId547" Type="http://schemas.openxmlformats.org/officeDocument/2006/relationships/hyperlink" Target="https://imgur.com/r9UEkkr" TargetMode="External"/><Relationship Id="rId548" Type="http://schemas.openxmlformats.org/officeDocument/2006/relationships/hyperlink" Target="https://imgur.com/3CVBUu5" TargetMode="External"/><Relationship Id="rId549" Type="http://schemas.openxmlformats.org/officeDocument/2006/relationships/hyperlink" Target="https://imgur.com/PJfbmCL" TargetMode="External"/><Relationship Id="rId550" Type="http://schemas.openxmlformats.org/officeDocument/2006/relationships/hyperlink" Target="https://imgur.com/yG6itXH" TargetMode="External"/><Relationship Id="rId551" Type="http://schemas.openxmlformats.org/officeDocument/2006/relationships/hyperlink" Target="https://imgur.com/FLfk2Xy" TargetMode="External"/><Relationship Id="rId552" Type="http://schemas.openxmlformats.org/officeDocument/2006/relationships/hyperlink" Target="https://imgur.com/g80KXrX" TargetMode="External"/><Relationship Id="rId553" Type="http://schemas.openxmlformats.org/officeDocument/2006/relationships/hyperlink" Target="https://preview.redd.it/mkvwok0vpw471.png?width=859&amp;format=png&amp;auto=webp&amp;s=86bdbd4d9c9f50b398d683185efd316542da47c6" TargetMode="External"/><Relationship Id="rId554" Type="http://schemas.openxmlformats.org/officeDocument/2006/relationships/hyperlink" Target="https://preview.redd.it/xh4u2ugmfs471.png?width=1438&amp;format=png&amp;auto=webp&amp;s=85188eccc2bf3841bb98e37e5be98b8badcc01c7" TargetMode="External"/><Relationship Id="rId555" Type="http://schemas.openxmlformats.org/officeDocument/2006/relationships/hyperlink" Target="https://twitter.com/ryancohen/status/1364650709669601289" TargetMode="External"/><Relationship Id="rId556" Type="http://schemas.openxmlformats.org/officeDocument/2006/relationships/hyperlink" Target="https://news.gamestop.com/news-releases/news-release-details/gamestop-announces-voluntary-early-redemption-senior-notes-0" TargetMode="External"/><Relationship Id="rId557" Type="http://schemas.openxmlformats.org/officeDocument/2006/relationships/hyperlink" Target="https://twitter.com/ryancohen/status/1386485746916380673" TargetMode="External"/><Relationship Id="rId558" Type="http://schemas.openxmlformats.org/officeDocument/2006/relationships/hyperlink" Target="https://news.gamestop.com/news-releases/news-release-details/gamestop-completes-market-equity-offering-program#:~:text=GameStop%20disclosed%20on%20April%205,time%20through%20the%20ATM%20Offering" TargetMode="External"/><Relationship Id="rId559" Type="http://schemas.openxmlformats.org/officeDocument/2006/relationships/hyperlink" Target="https://twitter.com/ryancohen/status/1397047791889879041" TargetMode="External"/><Relationship Id="rId560" Type="http://schemas.openxmlformats.org/officeDocument/2006/relationships/hyperlink" Target="https://twitter.com/ryancohen/status/1375159657166209031" TargetMode="External"/><Relationship Id="rId561" Type="http://schemas.openxmlformats.org/officeDocument/2006/relationships/image" Target="media/image157.jpg"/><Relationship Id="rId562" Type="http://schemas.openxmlformats.org/officeDocument/2006/relationships/hyperlink" Target="https://www.reddit.com/r/Superstonk/comments/nrpjle/almost_1b_ftd_on_may_14th_between_gme_and/" TargetMode="External"/><Relationship Id="rId563" Type="http://schemas.openxmlformats.org/officeDocument/2006/relationships/hyperlink" Target="https://www.reddit.com/r/DDintoGME/comments/nx013v/new_data_shows_a_large_increase_of_etf_ftds/" TargetMode="External"/><Relationship Id="rId564" Type="http://schemas.openxmlformats.org/officeDocument/2006/relationships/image" Target="media/image158.jpg"/><Relationship Id="rId565" Type="http://schemas.openxmlformats.org/officeDocument/2006/relationships/hyperlink" Target="https://www.reddit.com/r/DDintoGME/comments/n1x75w/the_naked_shorting_scam_using_etfs_mass_shifting/" TargetMode="External"/><Relationship Id="rId566" Type="http://schemas.openxmlformats.org/officeDocument/2006/relationships/image" Target="media/image159.jpg"/><Relationship Id="rId567" Type="http://schemas.openxmlformats.org/officeDocument/2006/relationships/hyperlink" Target="https://www.law.cornell.edu/cfr/text/17/240.15c3-1" TargetMode="External"/><Relationship Id="rId568" Type="http://schemas.openxmlformats.org/officeDocument/2006/relationships/hyperlink" Target="https://www.mercatus.org/system/files/peirce_reframing_ch6.pdf" TargetMode="External"/><Relationship Id="rId569" Type="http://schemas.openxmlformats.org/officeDocument/2006/relationships/image" Target="media/image160.png"/><Relationship Id="rId570" Type="http://schemas.openxmlformats.org/officeDocument/2006/relationships/image" Target="media/image161.jpg"/><Relationship Id="rId571" Type="http://schemas.openxmlformats.org/officeDocument/2006/relationships/image" Target="media/image162.jpg"/><Relationship Id="rId572" Type="http://schemas.openxmlformats.org/officeDocument/2006/relationships/image" Target="media/image163.jpg"/><Relationship Id="rId573" Type="http://schemas.openxmlformats.org/officeDocument/2006/relationships/image" Target="media/image164.jpg"/><Relationship Id="rId574" Type="http://schemas.openxmlformats.org/officeDocument/2006/relationships/image" Target="media/image165.jpg"/><Relationship Id="rId575" Type="http://schemas.openxmlformats.org/officeDocument/2006/relationships/hyperlink" Target="https://gamestop.gcs-web.com/sec-filings/sec-filing/424b5/0001193125-21-186796" TargetMode="External"/><Relationship Id="rId576" Type="http://schemas.openxmlformats.org/officeDocument/2006/relationships/hyperlink" Target="https://i.imgur.com/tuz8Nhh.jpg" TargetMode="External"/><Relationship Id="rId577" Type="http://schemas.openxmlformats.org/officeDocument/2006/relationships/hyperlink" Target="https://i.imgur.com/sr8Undy.jpg" TargetMode="External"/><Relationship Id="rId578" Type="http://schemas.openxmlformats.org/officeDocument/2006/relationships/hyperlink" Target="https://i.imgur.com/5cljjEg.jpg" TargetMode="External"/><Relationship Id="rId579" Type="http://schemas.openxmlformats.org/officeDocument/2006/relationships/hyperlink" Target="https://i.imgur.com/dPp6A21.jpg" TargetMode="External"/><Relationship Id="rId580" Type="http://schemas.openxmlformats.org/officeDocument/2006/relationships/hyperlink" Target="https://www.reddit.com/u/Cspawn/" TargetMode="External"/><Relationship Id="rId581" Type="http://schemas.openxmlformats.org/officeDocument/2006/relationships/hyperlink" Target="https://i.imgur.com/Dvnq05P.jpg" TargetMode="External"/><Relationship Id="rId582" Type="http://schemas.openxmlformats.org/officeDocument/2006/relationships/hyperlink" Target="https://i.imgur.com/0EX7jDx.jpg" TargetMode="External"/><Relationship Id="rId583" Type="http://schemas.openxmlformats.org/officeDocument/2006/relationships/hyperlink" Target="https://i.imgur.com/9VCvtvS.jpg" TargetMode="External"/><Relationship Id="rId584" Type="http://schemas.openxmlformats.org/officeDocument/2006/relationships/hyperlink" Target="https://i.imgur.com/7dowX8b.jpg" TargetMode="External"/><Relationship Id="rId585" Type="http://schemas.openxmlformats.org/officeDocument/2006/relationships/hyperlink" Target="https://gamestop.gcs-web.com/sec-filings/sec-filing/10-q/0001326380-21-000066" TargetMode="External"/><Relationship Id="rId586" Type="http://schemas.openxmlformats.org/officeDocument/2006/relationships/hyperlink" Target="https://www.reddit.com/r/Superstonk/comments/nw84nw/elliot_waves_and_gme_why_tomorrow_should_be/" TargetMode="External"/><Relationship Id="rId587" Type="http://schemas.openxmlformats.org/officeDocument/2006/relationships/hyperlink" Target="https://preview.redd.it/nu57b3620i471.png?width=2130&amp;format=png&amp;auto=webp&amp;s=b2d4faafbe982b59a78faca5802787a3dfc3abe9" TargetMode="External"/><Relationship Id="rId588" Type="http://schemas.openxmlformats.org/officeDocument/2006/relationships/hyperlink" Target="https://preview.redd.it/yxm65lyh0i471.png?width=2222&amp;format=png&amp;auto=webp&amp;s=884987dc185e8d149c5a10e5af5cccff290c7b8d" TargetMode="External"/><Relationship Id="rId589" Type="http://schemas.openxmlformats.org/officeDocument/2006/relationships/hyperlink" Target="https://preview.redd.it/79c7helw0i471.png?width=2790&amp;format=png&amp;auto=webp&amp;s=c45f3505b373416fd1992e055b4997f8bfcab086" TargetMode="External"/><Relationship Id="rId590" Type="http://schemas.openxmlformats.org/officeDocument/2006/relationships/hyperlink" Target="https://preview.redd.it/417c93wi2i471.png?width=2794&amp;format=png&amp;auto=webp&amp;s=48a2bb785c13520bf97359d8dd7684b8f97d7d33" TargetMode="External"/><Relationship Id="rId591" Type="http://schemas.openxmlformats.org/officeDocument/2006/relationships/hyperlink" Target="https://preview.redd.it/t86shmnn6i471.png?width=654&amp;format=png&amp;auto=webp&amp;s=13ad3017df11e41b39a1ad5084140e4e8766f0a1" TargetMode="External"/><Relationship Id="rId592" Type="http://schemas.openxmlformats.org/officeDocument/2006/relationships/hyperlink" Target="https://preview.redd.it/bb0kpyqw3i471.png?width=2794&amp;format=png&amp;auto=webp&amp;s=b7367e92992e4f1dbad19092a6f1fe92de6ddd77" TargetMode="External"/><Relationship Id="rId593" Type="http://schemas.openxmlformats.org/officeDocument/2006/relationships/hyperlink" Target="https://preview.redd.it/q2bt447d4i471.png?width=2752&amp;format=png&amp;auto=webp&amp;s=805569daf92319355a1190fba0504fe6cda49a3a" TargetMode="External"/><Relationship Id="rId594" Type="http://schemas.openxmlformats.org/officeDocument/2006/relationships/hyperlink" Target="https://preview.redd.it/dwdne3qe4i471.png?width=2800&amp;format=png&amp;auto=webp&amp;s=5eda9a0e497aba537505f5decc7df9d34cba5bba" TargetMode="External"/><Relationship Id="rId595" Type="http://schemas.openxmlformats.org/officeDocument/2006/relationships/hyperlink" Target="https://preview.redd.it/9xbm9nb35i471.png?width=2674&amp;format=png&amp;auto=webp&amp;s=a07e92c36d8cd41568a81da81df48613946ee1b7" TargetMode="External"/><Relationship Id="rId596" Type="http://schemas.openxmlformats.org/officeDocument/2006/relationships/hyperlink" Target="https://preview.redd.it/hejg8rxc5i471.png?width=640&amp;format=png&amp;auto=webp&amp;s=5bed0a39da33eb7aac0d330d6befd921b757e3cd" TargetMode="External"/><Relationship Id="rId597" Type="http://schemas.openxmlformats.org/officeDocument/2006/relationships/hyperlink" Target="https://www.reddit.com/u/ricecooker8055BH/" TargetMode="External"/><Relationship Id="rId598" Type="http://schemas.openxmlformats.org/officeDocument/2006/relationships/image" Target="media/image166.jpg"/><Relationship Id="rId599" Type="http://schemas.openxmlformats.org/officeDocument/2006/relationships/image" Target="media/image167.jpg"/><Relationship Id="rId600" Type="http://schemas.openxmlformats.org/officeDocument/2006/relationships/image" Target="media/image168.png"/><Relationship Id="rId601" Type="http://schemas.openxmlformats.org/officeDocument/2006/relationships/image" Target="media/image169.jpg"/><Relationship Id="rId602" Type="http://schemas.openxmlformats.org/officeDocument/2006/relationships/image" Target="media/image170.png"/><Relationship Id="rId603" Type="http://schemas.openxmlformats.org/officeDocument/2006/relationships/image" Target="media/image171.png"/><Relationship Id="rId604" Type="http://schemas.openxmlformats.org/officeDocument/2006/relationships/image" Target="media/image172.jpg"/><Relationship Id="rId605" Type="http://schemas.openxmlformats.org/officeDocument/2006/relationships/hyperlink" Target="https://www.reddit.com/r/Superstonk/comments/nrwp82/gamma_bombs_all_over_the_market_today/" TargetMode="External"/><Relationship Id="rId606" Type="http://schemas.openxmlformats.org/officeDocument/2006/relationships/hyperlink" Target="https://www.reddit.com/u/yelyah2/" TargetMode="External"/><Relationship Id="rId607" Type="http://schemas.openxmlformats.org/officeDocument/2006/relationships/hyperlink" Target="https://www.reddit.com/r/Superstonk/comments/nrud2r/price_action_is_shockingly_similar_to_not_only/" TargetMode="External"/><Relationship Id="rId608" Type="http://schemas.openxmlformats.org/officeDocument/2006/relationships/image" Target="media/image173.jpg"/><Relationship Id="rId609" Type="http://schemas.openxmlformats.org/officeDocument/2006/relationships/image" Target="media/image174.png"/><Relationship Id="rId610" Type="http://schemas.openxmlformats.org/officeDocument/2006/relationships/image" Target="media/image175.jpg"/><Relationship Id="rId611" Type="http://schemas.openxmlformats.org/officeDocument/2006/relationships/image" Target="media/image176.png"/><Relationship Id="rId612" Type="http://schemas.openxmlformats.org/officeDocument/2006/relationships/hyperlink" Target="https://news.gamestop.com/static-files/8f795a88-54a3-4320-b3e2-a2d5f28be6c4" TargetMode="External"/><Relationship Id="rId613" Type="http://schemas.openxmlformats.org/officeDocument/2006/relationships/hyperlink" Target="https://delcode.delaware.gov/title8/c001/sc07/index.html" TargetMode="External"/><Relationship Id="rId614" Type="http://schemas.openxmlformats.org/officeDocument/2006/relationships/hyperlink" Target="https://youtu.be/zKzRDpBBFLQ" TargetMode="External"/><Relationship Id="rId615" Type="http://schemas.openxmlformats.org/officeDocument/2006/relationships/hyperlink" Target="https://www.reddit.com/r/GME/comments/m4c0p4/citadel_has_no_clothes/" TargetMode="External"/><Relationship Id="rId616" Type="http://schemas.openxmlformats.org/officeDocument/2006/relationships/hyperlink" Target="https://www.reddit.com/r/GME/comments/m7o7iy/blackrock_bagholders_inc/" TargetMode="External"/><Relationship Id="rId617" Type="http://schemas.openxmlformats.org/officeDocument/2006/relationships/hyperlink" Target="https://www.dtcc.com/annuals/museum/index.html" TargetMode="External"/><Relationship Id="rId618" Type="http://schemas.openxmlformats.org/officeDocument/2006/relationships/hyperlink" Target="https://historynewsnetwork.org/article/895" TargetMode="External"/><Relationship Id="rId619" Type="http://schemas.openxmlformats.org/officeDocument/2006/relationships/image" Target="media/image177.png"/><Relationship Id="rId620" Type="http://schemas.openxmlformats.org/officeDocument/2006/relationships/hyperlink" Target="https://www.federalreservehistory.org/essays/stock-market-crash-of-1987" TargetMode="External"/><Relationship Id="rId621" Type="http://schemas.openxmlformats.org/officeDocument/2006/relationships/image" Target="media/image178.png"/><Relationship Id="rId622" Type="http://schemas.openxmlformats.org/officeDocument/2006/relationships/hyperlink" Target="https://www.investopedia.com/terms/p/portfolioinsurance.asp#:~:text=Portfolio%20insurance%20is%20a%20hedging,also%20refer%20to%20brokerage%20insurance" TargetMode="External"/><Relationship Id="rId623" Type="http://schemas.openxmlformats.org/officeDocument/2006/relationships/hyperlink" Target="https://www.nytimes.com/2012/10/19/business/a-computer-lesson-from-1987-still-unlearned-by-wall-street.html" TargetMode="External"/><Relationship Id="rId624" Type="http://schemas.openxmlformats.org/officeDocument/2006/relationships/image" Target="media/image179.png"/><Relationship Id="rId625" Type="http://schemas.openxmlformats.org/officeDocument/2006/relationships/image" Target="media/image180.png"/><Relationship Id="rId626" Type="http://schemas.openxmlformats.org/officeDocument/2006/relationships/image" Target="media/image181.png"/><Relationship Id="rId627" Type="http://schemas.openxmlformats.org/officeDocument/2006/relationships/image" Target="media/image182.png"/><Relationship Id="rId628" Type="http://schemas.openxmlformats.org/officeDocument/2006/relationships/image" Target="media/image183.png"/><Relationship Id="rId629" Type="http://schemas.openxmlformats.org/officeDocument/2006/relationships/image" Target="media/image184.png"/><Relationship Id="rId630" Type="http://schemas.openxmlformats.org/officeDocument/2006/relationships/image" Target="media/image185.png"/><Relationship Id="rId631" Type="http://schemas.openxmlformats.org/officeDocument/2006/relationships/image" Target="media/image186.png"/><Relationship Id="rId632" Type="http://schemas.openxmlformats.org/officeDocument/2006/relationships/image" Target="media/image187.png"/><Relationship Id="rId633" Type="http://schemas.openxmlformats.org/officeDocument/2006/relationships/image" Target="media/image188.png"/><Relationship Id="rId634" Type="http://schemas.openxmlformats.org/officeDocument/2006/relationships/image" Target="media/image189.png"/><Relationship Id="rId635" Type="http://schemas.openxmlformats.org/officeDocument/2006/relationships/image" Target="media/image190.png"/><Relationship Id="rId636" Type="http://schemas.openxmlformats.org/officeDocument/2006/relationships/image" Target="media/image191.png"/><Relationship Id="rId637" Type="http://schemas.openxmlformats.org/officeDocument/2006/relationships/hyperlink" Target="https://www.investopedia.com/terms/f/fractionalreservebanking.asp#:~:text=Fractional%20reserve%20banking%20is%20a,by%20freeing%20capital%20for%20lending" TargetMode="External"/><Relationship Id="rId638" Type="http://schemas.openxmlformats.org/officeDocument/2006/relationships/hyperlink" Target="https://files.brokercheck.finra.org/firm/firm_7654.pdf" TargetMode="External"/><Relationship Id="rId639" Type="http://schemas.openxmlformats.org/officeDocument/2006/relationships/hyperlink" Target="https://files.brokercheck.finra.org/firm/firm_16139.pdf" TargetMode="External"/><Relationship Id="rId640" Type="http://schemas.openxmlformats.org/officeDocument/2006/relationships/hyperlink" Target="https://files.brokercheck.finra.org/firm/firm_31194.pdf" TargetMode="External"/><Relationship Id="rId641" Type="http://schemas.openxmlformats.org/officeDocument/2006/relationships/image" Target="media/image192.png"/><Relationship Id="rId642" Type="http://schemas.openxmlformats.org/officeDocument/2006/relationships/image" Target="media/image193.png"/><Relationship Id="rId643" Type="http://schemas.openxmlformats.org/officeDocument/2006/relationships/image" Target="media/image194.png"/><Relationship Id="rId644" Type="http://schemas.openxmlformats.org/officeDocument/2006/relationships/image" Target="media/image195.png"/><Relationship Id="rId645" Type="http://schemas.openxmlformats.org/officeDocument/2006/relationships/image" Target="media/image196.png"/><Relationship Id="rId646" Type="http://schemas.openxmlformats.org/officeDocument/2006/relationships/hyperlink" Target="https://www.dtcc.com/-/media/Files/Downloads/client-center/DTC/alpha.pdf" TargetMode="External"/><Relationship Id="rId647" Type="http://schemas.openxmlformats.org/officeDocument/2006/relationships/hyperlink" Target="https://bullishbears.com/vw-short-squeeze/" TargetMode="External"/><Relationship Id="rId648" Type="http://schemas.openxmlformats.org/officeDocument/2006/relationships/image" Target="media/image197.jpg"/><Relationship Id="rId649" Type="http://schemas.openxmlformats.org/officeDocument/2006/relationships/hyperlink" Target="https://www.youtube.com/watch?v=fGVY2Kco8ng" TargetMode="External"/><Relationship Id="rId650" Type="http://schemas.openxmlformats.org/officeDocument/2006/relationships/hyperlink" Target="https://www.youtube.com/watch?v=KHnpPfWdf78" TargetMode="External"/><Relationship Id="rId651" Type="http://schemas.openxmlformats.org/officeDocument/2006/relationships/hyperlink" Target="https://www.reuters.com/article/us-retail-trading-congress-shorting/short-selling-under-spotlight-in-gamestop-hearing-idUSKBN2AJ026" TargetMode="External"/><Relationship Id="rId652" Type="http://schemas.openxmlformats.org/officeDocument/2006/relationships/hyperlink" Target="https://www.finra.org/about" TargetMode="External"/><Relationship Id="rId653" Type="http://schemas.openxmlformats.org/officeDocument/2006/relationships/hyperlink" Target="https://brokercheck.finra.org/" TargetMode="External"/><Relationship Id="rId654" Type="http://schemas.openxmlformats.org/officeDocument/2006/relationships/hyperlink" Target="https://files.brokercheck.finra.org/firm/firm_14020.pdf" TargetMode="External"/><Relationship Id="rId655" Type="http://schemas.openxmlformats.org/officeDocument/2006/relationships/image" Target="media/image198.jpg"/><Relationship Id="rId656" Type="http://schemas.openxmlformats.org/officeDocument/2006/relationships/image" Target="media/image199.jpg"/><Relationship Id="rId657" Type="http://schemas.openxmlformats.org/officeDocument/2006/relationships/image" Target="media/image200.jpg"/><Relationship Id="rId658" Type="http://schemas.openxmlformats.org/officeDocument/2006/relationships/hyperlink" Target="https://www.investopedia.com/terms/w/warehousereceipt.asp#:~:text=A%20warehouse%20receipt%20is%20used,well%20as%20provide%20inventory%20management." TargetMode="External"/><Relationship Id="rId659" Type="http://schemas.openxmlformats.org/officeDocument/2006/relationships/image" Target="media/image201.jpg"/><Relationship Id="rId660" Type="http://schemas.openxmlformats.org/officeDocument/2006/relationships/hyperlink" Target="https://www.finra.org/sites/default/files/fda_documents/2016049875801%20ABN%20AMRO%20Clearing%20Chicago%20LLC%20CRD%2014020%20AWC%20va%20%282019-1572740384682%29.pdf" TargetMode="External"/><Relationship Id="rId661" Type="http://schemas.openxmlformats.org/officeDocument/2006/relationships/image" Target="media/image202.jpg"/><Relationship Id="rId662" Type="http://schemas.openxmlformats.org/officeDocument/2006/relationships/hyperlink" Target="https://files.brokercheck.finra.org/firm/firm_13071.pdf" TargetMode="External"/><Relationship Id="rId663" Type="http://schemas.openxmlformats.org/officeDocument/2006/relationships/image" Target="media/image203.jpg"/><Relationship Id="rId664" Type="http://schemas.openxmlformats.org/officeDocument/2006/relationships/hyperlink" Target="https://www.finra.org/sites/default/files/fda_documents/2016049448301%20Apex%20Clearing%20Corporation%20CRD%2013071%20AWC%20va%20%282019-1573777189509%29.pdf" TargetMode="External"/><Relationship Id="rId665" Type="http://schemas.openxmlformats.org/officeDocument/2006/relationships/image" Target="media/image204.jpg"/><Relationship Id="rId666" Type="http://schemas.openxmlformats.org/officeDocument/2006/relationships/hyperlink" Target="https://www.schwab.com/resource-center/insights/content/stock-settlement-why-you-need-to-understand-t2-timeline#:~:text=the%20seller's%20account.-,When%20does%20settlement%20occur%3F,would%20typically%20settle%20on%20Wednesday." TargetMode="External"/><Relationship Id="rId667" Type="http://schemas.openxmlformats.org/officeDocument/2006/relationships/hyperlink" Target="https://www.apexclearing.com/wp-content/uploads/2020/01/Apex-Customer-Information-Brochure-2019.pdf" TargetMode="External"/><Relationship Id="rId668" Type="http://schemas.openxmlformats.org/officeDocument/2006/relationships/hyperlink" Target="https://therobusttrader.com/how-many-trading-days-are-there-in-a-year/" TargetMode="External"/><Relationship Id="rId669" Type="http://schemas.openxmlformats.org/officeDocument/2006/relationships/hyperlink" Target="https://www.youtube.com/watch?v=2rJujnpKiqM" TargetMode="External"/><Relationship Id="rId670" Type="http://schemas.openxmlformats.org/officeDocument/2006/relationships/hyperlink" Target="https://www.finra.org/sites/default/files/SEA.Rule_.15c3-3.pdf" TargetMode="External"/><Relationship Id="rId671" Type="http://schemas.openxmlformats.org/officeDocument/2006/relationships/hyperlink" Target="https://files.brokercheck.finra.org/firm/firm_19714.pdf" TargetMode="External"/><Relationship Id="rId672" Type="http://schemas.openxmlformats.org/officeDocument/2006/relationships/hyperlink" Target="https://files.brokercheck.finra.org/firm/firm_16686.pdf" TargetMode="External"/><Relationship Id="rId673" Type="http://schemas.openxmlformats.org/officeDocument/2006/relationships/hyperlink" Target="https://files.brokercheck.finra.org/firm/firm_15794.pdf" TargetMode="External"/><Relationship Id="rId674" Type="http://schemas.openxmlformats.org/officeDocument/2006/relationships/hyperlink" Target="https://files.brokercheck.finra.org/firm/firm_134.pdf" TargetMode="External"/><Relationship Id="rId675" Type="http://schemas.openxmlformats.org/officeDocument/2006/relationships/hyperlink" Target="https://www.finra.org/sites/default/files/fda_documents/2018059464001%20Cantor%20Fitzgerald%20%26%20Co.%20CRD%20134%20AWC%20va.pdf" TargetMode="External"/><Relationship Id="rId676" Type="http://schemas.openxmlformats.org/officeDocument/2006/relationships/hyperlink" Target="https://files.brokercheck.finra.org/firm/firm_1020.pdf" TargetMode="External"/><Relationship Id="rId677" Type="http://schemas.openxmlformats.org/officeDocument/2006/relationships/hyperlink" Target="https://files.brokercheck.finra.org/firm/firm_7059.pdf" TargetMode="External"/><Relationship Id="rId678" Type="http://schemas.openxmlformats.org/officeDocument/2006/relationships/hyperlink" Target="https://files.brokercheck.finra.org/firm/firm_7616.pdf" TargetMode="External"/><Relationship Id="rId679" Type="http://schemas.openxmlformats.org/officeDocument/2006/relationships/hyperlink" Target="https://files.brokercheck.finra.org/firm/firm_816.pdf" TargetMode="External"/><Relationship Id="rId680" Type="http://schemas.openxmlformats.org/officeDocument/2006/relationships/hyperlink" Target="https://files.brokercheck.finra.org/firm/firm_2525.pdf" TargetMode="External"/><Relationship Id="rId681" Type="http://schemas.openxmlformats.org/officeDocument/2006/relationships/hyperlink" Target="https://files.brokercheck.finra.org/firm/firm_361.pdf" TargetMode="External"/><Relationship Id="rId682" Type="http://schemas.openxmlformats.org/officeDocument/2006/relationships/hyperlink" Target="https://files.brokercheck.finra.org/firm/firm_19585.pdf" TargetMode="External"/><Relationship Id="rId683" Type="http://schemas.openxmlformats.org/officeDocument/2006/relationships/image" Target="media/image205.jpg"/><Relationship Id="rId684" Type="http://schemas.openxmlformats.org/officeDocument/2006/relationships/image" Target="media/image206.jpg"/><Relationship Id="rId685" Type="http://schemas.openxmlformats.org/officeDocument/2006/relationships/image" Target="media/image207.png"/><Relationship Id="rId686" Type="http://schemas.openxmlformats.org/officeDocument/2006/relationships/image" Target="media/image208.png"/><Relationship Id="rId687" Type="http://schemas.openxmlformats.org/officeDocument/2006/relationships/image" Target="media/image209.png"/><Relationship Id="rId688" Type="http://schemas.openxmlformats.org/officeDocument/2006/relationships/image" Target="media/image210.png"/><Relationship Id="rId689" Type="http://schemas.openxmlformats.org/officeDocument/2006/relationships/image" Target="media/image211.png"/><Relationship Id="rId690" Type="http://schemas.openxmlformats.org/officeDocument/2006/relationships/image" Target="media/image212.png"/><Relationship Id="rId691" Type="http://schemas.openxmlformats.org/officeDocument/2006/relationships/image" Target="media/image213.jpg"/><Relationship Id="rId692" Type="http://schemas.openxmlformats.org/officeDocument/2006/relationships/image" Target="media/image214.jpg"/><Relationship Id="rId693" Type="http://schemas.openxmlformats.org/officeDocument/2006/relationships/image" Target="media/image215.jpg"/><Relationship Id="rId694" Type="http://schemas.openxmlformats.org/officeDocument/2006/relationships/image" Target="media/image216.jpg"/><Relationship Id="rId695" Type="http://schemas.openxmlformats.org/officeDocument/2006/relationships/hyperlink" Target="https://imgur.com/vdzZUaa" TargetMode="External"/><Relationship Id="rId696" Type="http://schemas.openxmlformats.org/officeDocument/2006/relationships/image" Target="media/image217.jpg"/><Relationship Id="rId697" Type="http://schemas.openxmlformats.org/officeDocument/2006/relationships/image" Target="media/image218.jpg"/><Relationship Id="rId698" Type="http://schemas.openxmlformats.org/officeDocument/2006/relationships/hyperlink" Target="https://imgur.com/NnLH3We" TargetMode="External"/><Relationship Id="rId699" Type="http://schemas.openxmlformats.org/officeDocument/2006/relationships/image" Target="media/image219.jpg"/><Relationship Id="rId700" Type="http://schemas.openxmlformats.org/officeDocument/2006/relationships/image" Target="media/image220.png"/><Relationship Id="rId701" Type="http://schemas.openxmlformats.org/officeDocument/2006/relationships/image" Target="media/image221.png"/><Relationship Id="rId702" Type="http://schemas.openxmlformats.org/officeDocument/2006/relationships/image" Target="media/image222.png"/><Relationship Id="rId703" Type="http://schemas.openxmlformats.org/officeDocument/2006/relationships/image" Target="media/image223.png"/><Relationship Id="rId704" Type="http://schemas.openxmlformats.org/officeDocument/2006/relationships/image" Target="media/image224.jpg"/><Relationship Id="rId705" Type="http://schemas.openxmlformats.org/officeDocument/2006/relationships/hyperlink" Target="https://www.investopedia.com/terms/o/onbalancevolume.asp" TargetMode="External"/><Relationship Id="rId706" Type="http://schemas.openxmlformats.org/officeDocument/2006/relationships/image" Target="media/image225.jpg"/><Relationship Id="rId707" Type="http://schemas.openxmlformats.org/officeDocument/2006/relationships/image" Target="media/image226.jpg"/><Relationship Id="rId708" Type="http://schemas.openxmlformats.org/officeDocument/2006/relationships/image" Target="media/image227.jpg"/><Relationship Id="rId709" Type="http://schemas.openxmlformats.org/officeDocument/2006/relationships/image" Target="media/image228.png"/><Relationship Id="rId710" Type="http://schemas.openxmlformats.org/officeDocument/2006/relationships/hyperlink" Target="https://github.com/dinghino/stocks-historical-data" TargetMode="External"/><Relationship Id="rId711" Type="http://schemas.openxmlformats.org/officeDocument/2006/relationships/image" Target="media/image229.jpg"/><Relationship Id="rId712" Type="http://schemas.openxmlformats.org/officeDocument/2006/relationships/image" Target="media/image230.jpg"/><Relationship Id="rId713" Type="http://schemas.openxmlformats.org/officeDocument/2006/relationships/image" Target="media/image231.png"/><Relationship Id="rId714" Type="http://schemas.openxmlformats.org/officeDocument/2006/relationships/image" Target="media/image232.png"/><Relationship Id="rId715" Type="http://schemas.openxmlformats.org/officeDocument/2006/relationships/image" Target="media/image233.jpg"/><Relationship Id="rId716" Type="http://schemas.openxmlformats.org/officeDocument/2006/relationships/hyperlink" Target="https://www.reddit.com/r/Superstonk/search?q=flair_name%3A%22Possible%20DD%20%F0%9F%91%A8%E2%80%8D%F0%9F%94%AC%22&amp;restrict_sr=1" TargetMode="External"/><Relationship Id="rId717" Type="http://schemas.openxmlformats.org/officeDocument/2006/relationships/hyperlink" Target="https://www.reddit.com/u/broccaaa/" TargetMode="External"/><Relationship Id="rId718" Type="http://schemas.openxmlformats.org/officeDocument/2006/relationships/image" Target="media/image234.jpg"/><Relationship Id="rId719" Type="http://schemas.openxmlformats.org/officeDocument/2006/relationships/image" Target="media/image235.jpg"/><Relationship Id="rId720" Type="http://schemas.openxmlformats.org/officeDocument/2006/relationships/hyperlink" Target="https://www.reddit.com/r/Superstonk/comments/o6mp0c/from_class_action_against_rh_look_at_that_juicy/" TargetMode="External"/><Relationship Id="rId721" Type="http://schemas.openxmlformats.org/officeDocument/2006/relationships/image" Target="media/image236.jpg"/><Relationship Id="rId722" Type="http://schemas.openxmlformats.org/officeDocument/2006/relationships/hyperlink" Target="https://www.sec.gov/about/offices/ocie/options-trading-risk-alert.pdf" TargetMode="External"/><Relationship Id="rId723" Type="http://schemas.openxmlformats.org/officeDocument/2006/relationships/image" Target="media/image237.png"/><Relationship Id="rId724" Type="http://schemas.openxmlformats.org/officeDocument/2006/relationships/image" Target="media/image238.png"/><Relationship Id="rId725" Type="http://schemas.openxmlformats.org/officeDocument/2006/relationships/image" Target="media/image239.png"/><Relationship Id="rId726" Type="http://schemas.openxmlformats.org/officeDocument/2006/relationships/image" Target="media/image240.png"/><Relationship Id="rId727" Type="http://schemas.openxmlformats.org/officeDocument/2006/relationships/image" Target="media/image241.png"/><Relationship Id="rId728" Type="http://schemas.openxmlformats.org/officeDocument/2006/relationships/image" Target="media/image242.png"/><Relationship Id="rId729" Type="http://schemas.openxmlformats.org/officeDocument/2006/relationships/image" Target="media/image243.png"/><Relationship Id="rId730" Type="http://schemas.openxmlformats.org/officeDocument/2006/relationships/hyperlink" Target="https://www.finra.org/filing-reporting/regulatory-filing-systems/short-interest" TargetMode="External"/><Relationship Id="rId731" Type="http://schemas.openxmlformats.org/officeDocument/2006/relationships/image" Target="media/image244.png"/><Relationship Id="rId732" Type="http://schemas.openxmlformats.org/officeDocument/2006/relationships/image" Target="media/image245.png"/><Relationship Id="rId733" Type="http://schemas.openxmlformats.org/officeDocument/2006/relationships/hyperlink" Target="https://www.reddit.com/r/GME/comments/napco9/srocc2021004_finalizes_this_week_is_this_the/" TargetMode="External"/><Relationship Id="rId734" Type="http://schemas.openxmlformats.org/officeDocument/2006/relationships/hyperlink" Target="https://en.wikipedia.org/wiki/Black_hole#General_relativity" TargetMode="External"/><Relationship Id="rId735" Type="http://schemas.openxmlformats.org/officeDocument/2006/relationships/hyperlink" Target="https://www.nasa.gov/mission_pages/chandra/news/black-hole-image-makes-history" TargetMode="External"/><Relationship Id="rId736" Type="http://schemas.openxmlformats.org/officeDocument/2006/relationships/image" Target="media/image246.png"/><Relationship Id="rId737" Type="http://schemas.openxmlformats.org/officeDocument/2006/relationships/hyperlink" Target="https://www.theocc.com/Company-Information/Member-Directory" TargetMode="External"/><Relationship Id="rId738" Type="http://schemas.openxmlformats.org/officeDocument/2006/relationships/image" Target="media/image247.png"/><Relationship Id="rId739" Type="http://schemas.openxmlformats.org/officeDocument/2006/relationships/image" Target="media/image248.png"/><Relationship Id="rId740" Type="http://schemas.openxmlformats.org/officeDocument/2006/relationships/hyperlink" Target="https://www.reddit.com/r/Superstonk/comments/mnpzu5/srocc2021004_why_this_proposed_rule_change_is/" TargetMode="External"/><Relationship Id="rId741" Type="http://schemas.openxmlformats.org/officeDocument/2006/relationships/hyperlink" Target="https://www.bloomberg.com/news/articles/2021-03-27/goldman-sold-10-5-billion-of-stocks-in-block-trade-spree" TargetMode="External"/><Relationship Id="rId742" Type="http://schemas.openxmlformats.org/officeDocument/2006/relationships/hyperlink" Target="https://finance.yahoo.com/news/jpmorgan-sell-13-billion-bonds-184602000.html" TargetMode="External"/><Relationship Id="rId743" Type="http://schemas.openxmlformats.org/officeDocument/2006/relationships/hyperlink" Target="https://www.bloomberg.com/news/articles/2021-04-16/bofa-to-set-record-for-largest-bank-bond-sale-at-15-billion" TargetMode="External"/><Relationship Id="rId744" Type="http://schemas.openxmlformats.org/officeDocument/2006/relationships/hyperlink" Target="https://www.cnbc.com/2021/04/06/morgan-stanley-dumped-5-billion-in-archegos-stocks-before-fire-sale.html" TargetMode="External"/><Relationship Id="rId745" Type="http://schemas.openxmlformats.org/officeDocument/2006/relationships/hyperlink" Target="https://www.reddit.com/r/GME/comments/mr6pz6/world_war_whale_explanation_of_95_short_volume/" TargetMode="External"/><Relationship Id="rId746" Type="http://schemas.openxmlformats.org/officeDocument/2006/relationships/hyperlink" Target="https://squeezemetrics.com/monitor/download/pdf/short_is_long.pdf" TargetMode="External"/><Relationship Id="rId747" Type="http://schemas.openxmlformats.org/officeDocument/2006/relationships/image" Target="media/image249.png"/><Relationship Id="rId748" Type="http://schemas.openxmlformats.org/officeDocument/2006/relationships/image" Target="media/image250.png"/><Relationship Id="rId749" Type="http://schemas.openxmlformats.org/officeDocument/2006/relationships/image" Target="media/image251.png"/><Relationship Id="rId750" Type="http://schemas.openxmlformats.org/officeDocument/2006/relationships/hyperlink" Target="https://www.reddit.com/r/Superstonk/comments/mkvgew/why_are_we_trading_sideways_why_is_the_borrow/" TargetMode="External"/><Relationship Id="rId751" Type="http://schemas.openxmlformats.org/officeDocument/2006/relationships/image" Target="media/image252.png"/><Relationship Id="rId752" Type="http://schemas.openxmlformats.org/officeDocument/2006/relationships/hyperlink" Target="https://twitter.com/TheRoaringKitty/status/1380196363774918657" TargetMode="External"/><Relationship Id="rId753" Type="http://schemas.openxmlformats.org/officeDocument/2006/relationships/image" Target="media/image253.png"/><Relationship Id="rId754" Type="http://schemas.openxmlformats.org/officeDocument/2006/relationships/hyperlink" Target="https://www.reddit.com/r/GME/comments/mit0eu/the_everything_shortcontinued_citadel_spacs_and/" TargetMode="External"/><Relationship Id="rId755" Type="http://schemas.openxmlformats.org/officeDocument/2006/relationships/hyperlink" Target="https://youtu.be/yEgo08b19E8?t=207" TargetMode="External"/><Relationship Id="rId756" Type="http://schemas.openxmlformats.org/officeDocument/2006/relationships/image" Target="media/image254.jpg"/><Relationship Id="rId757" Type="http://schemas.openxmlformats.org/officeDocument/2006/relationships/hyperlink" Target="https://investor.gamestop.com/news-releases/news-release-details/gamestop-announces-voluntary-early-redemption-senior-notes-0" TargetMode="External"/><Relationship Id="rId758" Type="http://schemas.openxmlformats.org/officeDocument/2006/relationships/hyperlink" Target="https://www.sec.gov/rules/sro/dtc/2021/34-91336.pdf" TargetMode="External"/><Relationship Id="rId759" Type="http://schemas.openxmlformats.org/officeDocument/2006/relationships/image" Target="media/image255.png"/><Relationship Id="rId760" Type="http://schemas.openxmlformats.org/officeDocument/2006/relationships/image" Target="media/image256.png"/><Relationship Id="rId761" Type="http://schemas.openxmlformats.org/officeDocument/2006/relationships/image" Target="media/image257.png"/><Relationship Id="rId762" Type="http://schemas.openxmlformats.org/officeDocument/2006/relationships/image" Target="media/image258.png"/><Relationship Id="rId763" Type="http://schemas.openxmlformats.org/officeDocument/2006/relationships/image" Target="media/image259.png"/><Relationship Id="rId764" Type="http://schemas.openxmlformats.org/officeDocument/2006/relationships/image" Target="media/image260.png"/><Relationship Id="rId765" Type="http://schemas.openxmlformats.org/officeDocument/2006/relationships/hyperlink" Target="https://imgur.com/AV3OIrs" TargetMode="External"/><Relationship Id="rId766" Type="http://schemas.openxmlformats.org/officeDocument/2006/relationships/hyperlink" Target="https://www.youtube.com/watch?v=jbWHZwD5rGQ&amp;amp;amp;amp;amp;amp;amp;amp;amp;amp;ab_channel=FlashReborn" TargetMode="External"/><Relationship Id="rId767" Type="http://schemas.openxmlformats.org/officeDocument/2006/relationships/hyperlink" Target="https://www.reddit.com/r/Superstonk/comments/odpdde/gme_mother_of_all_short_squeezes_moass_thesis/?utm_source=share&amp;utm_medium=web2x&amp;context=3" TargetMode="External"/><Relationship Id="rId768" Type="http://schemas.openxmlformats.org/officeDocument/2006/relationships/hyperlink" Target="https://www.sec.gov/spotlight/proxyprocess/proxyvotingbrief.htm" TargetMode="External"/><Relationship Id="rId769" Type="http://schemas.openxmlformats.org/officeDocument/2006/relationships/hyperlink" Target="https://www.reddit.com/r/gme/" TargetMode="External"/><Relationship Id="rId770" Type="http://schemas.openxmlformats.org/officeDocument/2006/relationships/hyperlink" Target="https://www.reddit.com/r/amcstock/" TargetMode="External"/><Relationship Id="rId771" Type="http://schemas.openxmlformats.org/officeDocument/2006/relationships/hyperlink" Target="https://www.reddit.com/r/wallstreetbets/" TargetMode="External"/><Relationship Id="rId772" Type="http://schemas.openxmlformats.org/officeDocument/2006/relationships/hyperlink" Target="https://en.wikipedia.org/wiki/Keith_Gill" TargetMode="External"/><Relationship Id="rId773" Type="http://schemas.openxmlformats.org/officeDocument/2006/relationships/hyperlink" Target="https://drive.google.com/file/d/18SDUrEd-wNjKDwblo3ykoIxn627Vni0G/view?usp=sharing" TargetMode="External"/><Relationship Id="rId774" Type="http://schemas.openxmlformats.org/officeDocument/2006/relationships/hyperlink" Target="https://web.archive.org/web/20210131014127/http:/counterfeitingstock.com/CS2.0/CounterfeitingStock.html" TargetMode="External"/><Relationship Id="rId775" Type="http://schemas.openxmlformats.org/officeDocument/2006/relationships/hyperlink" Target="https://web.archive.org/web/20210131200557/http:/counterfeitingstock.com/CS2.0/CS16ConfessionsOfAPaidStockBasher.html" TargetMode="External"/><Relationship Id="rId776" Type="http://schemas.openxmlformats.org/officeDocument/2006/relationships/image" Target="media/image261.jpg"/><Relationship Id="rId777" Type="http://schemas.openxmlformats.org/officeDocument/2006/relationships/image" Target="media/image262.jpg"/><Relationship Id="rId778" Type="http://schemas.openxmlformats.org/officeDocument/2006/relationships/hyperlink" Target="https://www.reuters.com/article/us-usa-fed-facilities/fed-says-extending-four-emergency-liquidity-programs-to-march-31-2021-idUSKBN28A1YG" TargetMode="External"/><Relationship Id="rId779" Type="http://schemas.openxmlformats.org/officeDocument/2006/relationships/image" Target="media/image263.png"/><Relationship Id="rId780" Type="http://schemas.openxmlformats.org/officeDocument/2006/relationships/hyperlink" Target="https://www.youtube.com/watch?v=fttA-rNRYG4" TargetMode="External"/><Relationship Id="rId781" Type="http://schemas.openxmlformats.org/officeDocument/2006/relationships/hyperlink" Target="https://www.reddit.com/r/Superstonk/comments/nf22qz/theory_on_the_ftd_loop_missing_link_a_t35_surge/" TargetMode="External"/><Relationship Id="rId782" Type="http://schemas.openxmlformats.org/officeDocument/2006/relationships/image" Target="media/image264.png"/><Relationship Id="rId783" Type="http://schemas.openxmlformats.org/officeDocument/2006/relationships/image" Target="media/image265.png"/><Relationship Id="rId784" Type="http://schemas.openxmlformats.org/officeDocument/2006/relationships/image" Target="media/image266.jpg"/><Relationship Id="rId785" Type="http://schemas.openxmlformats.org/officeDocument/2006/relationships/hyperlink" Target="https://www.reddit.com/r/Superstonk/comments/o4y2so/nscc2021002_approved_with_partial_amendments/h2k0os3?utm_source=share&amp;utm_medium=web2x&amp;context=3" TargetMode="External"/><Relationship Id="rId786" Type="http://schemas.openxmlformats.org/officeDocument/2006/relationships/image" Target="media/image267.jpg"/><Relationship Id="rId787" Type="http://schemas.openxmlformats.org/officeDocument/2006/relationships/image" Target="media/image268.jpg"/><Relationship Id="rId788" Type="http://schemas.openxmlformats.org/officeDocument/2006/relationships/image" Target="media/image269.jpg"/><Relationship Id="rId789" Type="http://schemas.openxmlformats.org/officeDocument/2006/relationships/image" Target="media/image270.png"/><Relationship Id="rId790" Type="http://schemas.openxmlformats.org/officeDocument/2006/relationships/image" Target="media/image271.png"/><Relationship Id="rId791" Type="http://schemas.openxmlformats.org/officeDocument/2006/relationships/image" Target="media/image272.png"/><Relationship Id="rId792" Type="http://schemas.openxmlformats.org/officeDocument/2006/relationships/image" Target="media/image273.jpg"/><Relationship Id="rId793" Type="http://schemas.openxmlformats.org/officeDocument/2006/relationships/image" Target="media/image274.jpg"/><Relationship Id="rId794" Type="http://schemas.openxmlformats.org/officeDocument/2006/relationships/hyperlink" Target="https://blog.pimco.com/en/2019/09/repo-rate-spike-a-tail-of-low-liquidity" TargetMode="External"/><Relationship Id="rId795" Type="http://schemas.openxmlformats.org/officeDocument/2006/relationships/image" Target="media/image275.jpg"/><Relationship Id="rId796" Type="http://schemas.openxmlformats.org/officeDocument/2006/relationships/hyperlink" Target="https://www.dtcc.com/-/media/Files/pdf/2021/5/25/MBS987-21.pdf" TargetMode="External"/><Relationship Id="rId797" Type="http://schemas.openxmlformats.org/officeDocument/2006/relationships/hyperlink" Target="https://www.reddit.com/r/DDintoGME/comments/no2ogw/two_approved_amendments_to_trading_halts_as_of_528/?utm_medium=android_app&amp;utm_source=share" TargetMode="External"/><Relationship Id="rId798" Type="http://schemas.openxmlformats.org/officeDocument/2006/relationships/hyperlink" Target="https://www.reddit.com/r/Superstonk/comments/nlrtul/gamma_squeeze_could_be_coming_soon/" TargetMode="External"/><Relationship Id="rId799" Type="http://schemas.openxmlformats.org/officeDocument/2006/relationships/image" Target="media/image276.jpg"/><Relationship Id="rId800" Type="http://schemas.openxmlformats.org/officeDocument/2006/relationships/image" Target="media/image277.jpg"/><Relationship Id="rId801" Type="http://schemas.openxmlformats.org/officeDocument/2006/relationships/hyperlink" Target="https://www.youtube.com/watch?v=HgzGwKwLmgM" TargetMode="External"/><Relationship Id="rId802" Type="http://schemas.openxmlformats.org/officeDocument/2006/relationships/image" Target="media/image278.png"/><Relationship Id="rId803" Type="http://schemas.openxmlformats.org/officeDocument/2006/relationships/hyperlink" Target="https://www.reddit.com/r/Superstonk/comments/nafcuh/a_couple_deep_itm_puts_and_lots_of_otm_calls_were/" TargetMode="External"/><Relationship Id="rId804" Type="http://schemas.openxmlformats.org/officeDocument/2006/relationships/hyperlink" Target="https://www.reddit.com/r/Superstonk/comments/nmxze3/flash_crash_warning_4000_618_300_puts_bought_last/" TargetMode="External"/><Relationship Id="rId805" Type="http://schemas.openxmlformats.org/officeDocument/2006/relationships/hyperlink" Target="https://www.reddit.com/u/Ivorypetal/" TargetMode="External"/><Relationship Id="rId806" Type="http://schemas.openxmlformats.org/officeDocument/2006/relationships/image" Target="media/image279.jpg"/><Relationship Id="rId807" Type="http://schemas.openxmlformats.org/officeDocument/2006/relationships/image" Target="media/image280.jpg"/><Relationship Id="rId808" Type="http://schemas.openxmlformats.org/officeDocument/2006/relationships/image" Target="media/image281.png"/><Relationship Id="rId809" Type="http://schemas.openxmlformats.org/officeDocument/2006/relationships/image" Target="media/image282.png"/><Relationship Id="rId810" Type="http://schemas.openxmlformats.org/officeDocument/2006/relationships/image" Target="media/image283.png"/><Relationship Id="rId811" Type="http://schemas.openxmlformats.org/officeDocument/2006/relationships/image" Target="media/image284.jpg"/><Relationship Id="rId812" Type="http://schemas.openxmlformats.org/officeDocument/2006/relationships/image" Target="media/image285.png"/><Relationship Id="rId813" Type="http://schemas.openxmlformats.org/officeDocument/2006/relationships/image" Target="media/image286.jpg"/><Relationship Id="rId814" Type="http://schemas.openxmlformats.org/officeDocument/2006/relationships/image" Target="media/image287.png"/><Relationship Id="rId815" Type="http://schemas.openxmlformats.org/officeDocument/2006/relationships/image" Target="media/image288.jpg"/><Relationship Id="rId816" Type="http://schemas.openxmlformats.org/officeDocument/2006/relationships/image" Target="media/image289.jpg"/><Relationship Id="rId817" Type="http://schemas.openxmlformats.org/officeDocument/2006/relationships/image" Target="media/image290.jpg"/><Relationship Id="rId818" Type="http://schemas.openxmlformats.org/officeDocument/2006/relationships/image" Target="media/image291.jpg"/><Relationship Id="rId819" Type="http://schemas.openxmlformats.org/officeDocument/2006/relationships/image" Target="media/image292.png"/><Relationship Id="rId820" Type="http://schemas.openxmlformats.org/officeDocument/2006/relationships/image" Target="media/image293.png"/><Relationship Id="rId821" Type="http://schemas.openxmlformats.org/officeDocument/2006/relationships/image" Target="media/image294.png"/><Relationship Id="rId822" Type="http://schemas.openxmlformats.org/officeDocument/2006/relationships/image" Target="media/image295.jpg"/><Relationship Id="rId823" Type="http://schemas.openxmlformats.org/officeDocument/2006/relationships/image" Target="media/image296.jpg"/><Relationship Id="rId824" Type="http://schemas.openxmlformats.org/officeDocument/2006/relationships/image" Target="media/image297.png"/><Relationship Id="rId825" Type="http://schemas.openxmlformats.org/officeDocument/2006/relationships/hyperlink" Target="https://www.reddit.com/u/orangecatmasterrace/" TargetMode="External"/><Relationship Id="rId826" Type="http://schemas.openxmlformats.org/officeDocument/2006/relationships/hyperlink" Target="https://www.reddit.com/u/spambot9k/" TargetMode="External"/><Relationship Id="rId827" Type="http://schemas.openxmlformats.org/officeDocument/2006/relationships/hyperlink" Target="https://www.reddit.com/u/rubberbootsinmotion/" TargetMode="External"/><Relationship Id="rId828" Type="http://schemas.openxmlformats.org/officeDocument/2006/relationships/hyperlink" Target="https://www.reddit.com/u/creativelord/" TargetMode="External"/><Relationship Id="rId829" Type="http://schemas.openxmlformats.org/officeDocument/2006/relationships/hyperlink" Target="https://www.reddit.com/u/collegeneral/" TargetMode="External"/><Relationship Id="rId830" Type="http://schemas.openxmlformats.org/officeDocument/2006/relationships/hyperlink" Target="https://www.reddit.com/u/xpurplexamyx/" TargetMode="External"/><Relationship Id="rId831" Type="http://schemas.openxmlformats.org/officeDocument/2006/relationships/hyperlink" Target="https://www.reddit.com/u/jyzaya/" TargetMode="External"/><Relationship Id="rId832" Type="http://schemas.openxmlformats.org/officeDocument/2006/relationships/hyperlink" Target="https://www.reddit.com/u/epk-lys/" TargetMode="External"/><Relationship Id="rId833" Type="http://schemas.openxmlformats.org/officeDocument/2006/relationships/hyperlink" Target="https://www.reddit.com/u/head4headsup/" TargetMode="External"/><Relationship Id="rId834" Type="http://schemas.openxmlformats.org/officeDocument/2006/relationships/hyperlink" Target="https://www.superstonkquant.org/" TargetMode="External"/><Relationship Id="rId835" Type="http://schemas.openxmlformats.org/officeDocument/2006/relationships/hyperlink" Target="https://www.reddit.com/r/Superstonk/comments/mwrycd/how_to_train_a_binary_classifier_ai_to_detect/" TargetMode="External"/><Relationship Id="rId836" Type="http://schemas.openxmlformats.org/officeDocument/2006/relationships/hyperlink" Target="https://preview.redd.it/4g8izd9godu61.png?width=4500&amp;format=png&amp;auto=webp&amp;s=be0dc2f3937cb050458b23c7f46b79ffd10f0f3a" TargetMode="External"/><Relationship Id="rId837" Type="http://schemas.openxmlformats.org/officeDocument/2006/relationships/hyperlink" Target="https://www.reddit.com/r/GME/comments/mh6lnz/the_naked_shorting_scam_update_selling_nude_like/" TargetMode="External"/><Relationship Id="rId838" Type="http://schemas.openxmlformats.org/officeDocument/2006/relationships/hyperlink" Target="https://iamnotafinancialadvisor.com/GME/" TargetMode="External"/><Relationship Id="rId839" Type="http://schemas.openxmlformats.org/officeDocument/2006/relationships/hyperlink" Target="https://www.reddit.com/r/GME/comments/mhv22h/the_si_is_fake_i_found_44000000_million_shorts/" TargetMode="External"/><Relationship Id="rId840" Type="http://schemas.openxmlformats.org/officeDocument/2006/relationships/image" Target="media/image298.png"/><Relationship Id="rId841" Type="http://schemas.openxmlformats.org/officeDocument/2006/relationships/image" Target="media/image299.png"/><Relationship Id="rId842" Type="http://schemas.openxmlformats.org/officeDocument/2006/relationships/image" Target="media/image300.png"/><Relationship Id="rId843" Type="http://schemas.openxmlformats.org/officeDocument/2006/relationships/image" Target="media/image301.png"/><Relationship Id="rId844" Type="http://schemas.openxmlformats.org/officeDocument/2006/relationships/image" Target="media/image302.png"/><Relationship Id="rId845" Type="http://schemas.openxmlformats.org/officeDocument/2006/relationships/image" Target="media/image303.jpg"/><Relationship Id="rId846" Type="http://schemas.openxmlformats.org/officeDocument/2006/relationships/hyperlink" Target="https://whalewisdom.com/" TargetMode="External"/><Relationship Id="rId847" Type="http://schemas.openxmlformats.org/officeDocument/2006/relationships/hyperlink" Target="https://markets.businessinsider.com/news/stocks/melvin-capital-gamestop-losses-49-first-quarter-decline-reddit-trading-2021-4-1030292729" TargetMode="External"/><Relationship Id="rId848" Type="http://schemas.openxmlformats.org/officeDocument/2006/relationships/hyperlink" Target="https://www.bloomberg.com/news/articles/2021-04-09/hedge-fund-maplelane-is-clawing-way-back-from-gamestop-losses" TargetMode="External"/><Relationship Id="rId849" Type="http://schemas.openxmlformats.org/officeDocument/2006/relationships/image" Target="media/image304.png"/><Relationship Id="rId850" Type="http://schemas.openxmlformats.org/officeDocument/2006/relationships/image" Target="media/image305.jpg"/><Relationship Id="rId851" Type="http://schemas.openxmlformats.org/officeDocument/2006/relationships/image" Target="media/image306.jpg"/><Relationship Id="rId852" Type="http://schemas.openxmlformats.org/officeDocument/2006/relationships/image" Target="media/image307.png"/><Relationship Id="rId853" Type="http://schemas.openxmlformats.org/officeDocument/2006/relationships/hyperlink" Target="https://www.investopedia.com/terms/r/reverseconversion.asp" TargetMode="External"/><Relationship Id="rId854" Type="http://schemas.openxmlformats.org/officeDocument/2006/relationships/image" Target="media/image308.png"/><Relationship Id="rId855" Type="http://schemas.openxmlformats.org/officeDocument/2006/relationships/image" Target="media/image309.png"/><Relationship Id="rId856" Type="http://schemas.openxmlformats.org/officeDocument/2006/relationships/hyperlink" Target="https://otctransparency.finra.org/otctransparency/OtcDownload" TargetMode="External"/><Relationship Id="rId857" Type="http://schemas.openxmlformats.org/officeDocument/2006/relationships/hyperlink" Target="https://www.investopedia.com/terms/a/alternative-trading-system.asp" TargetMode="External"/><Relationship Id="rId858" Type="http://schemas.openxmlformats.org/officeDocument/2006/relationships/hyperlink" Target="https://www.investopedia.com/terms/o/otc.asp" TargetMode="External"/><Relationship Id="rId859" Type="http://schemas.openxmlformats.org/officeDocument/2006/relationships/image" Target="media/image310.png"/><Relationship Id="rId860" Type="http://schemas.openxmlformats.org/officeDocument/2006/relationships/image" Target="media/image311.png"/><Relationship Id="rId861" Type="http://schemas.openxmlformats.org/officeDocument/2006/relationships/hyperlink" Target="https://www.washingtonpost.com/business/2021/01/29/robinhood-citadel-gamestop-reddit/" TargetMode="External"/><Relationship Id="rId862" Type="http://schemas.openxmlformats.org/officeDocument/2006/relationships/hyperlink" Target="https://www.ft.com/content/1ed2b0de-ea10-4a50-8f33-9f0a1cd38be9" TargetMode="External"/><Relationship Id="rId863" Type="http://schemas.openxmlformats.org/officeDocument/2006/relationships/hyperlink" Target="https://finance.yahoo.com/news/sec-obtains-final-judgments-against-200100044.html" TargetMode="External"/><Relationship Id="rId864" Type="http://schemas.openxmlformats.org/officeDocument/2006/relationships/hyperlink" Target="https://www.google.com/search?client=safari&amp;rls=en&amp;sxsrf=ALeKk02CdiMwg65ehzWH2qt2q3fRl_b4Jw:1619079033994&amp;q=Susquehanna+International+Group&amp;stick=H4sIAAAAAAAAAOPgE-LVT9c3NEwzMDQ3ys1KVuLSz9U3MCrMMUjL0TLIKLfST87PyUlNLsnMz9PPL0pPzMusSgRxiq0KEotS80oUkAUXscoHlxYXlqZmJOblJSp45pWkFuWBZRJzFNyL8ksLdrAyAgBfDMKMdAAAAA&amp;sa=X&amp;ved=2ahUKEwjYury1s5HwAhUF2aQKHZzNDa4QmxMoATAWegQIDxAD" TargetMode="External"/><Relationship Id="rId865" Type="http://schemas.openxmlformats.org/officeDocument/2006/relationships/hyperlink" Target="https://www.reddit.com/r/Superstonk/comments/mma7eh/analysis_deep_dive_looking_at_historical_si_ftd/" TargetMode="External"/><Relationship Id="rId866" Type="http://schemas.openxmlformats.org/officeDocument/2006/relationships/image" Target="media/image312.jpg"/><Relationship Id="rId867" Type="http://schemas.openxmlformats.org/officeDocument/2006/relationships/hyperlink" Target="https://www.reddit.com/u/nayboyer2/" TargetMode="External"/><Relationship Id="rId868" Type="http://schemas.openxmlformats.org/officeDocument/2006/relationships/hyperlink" Target="https://www.reddit.com/r/Superstonk/comments/myf505/probably_the_last_dd_youll_ever_need_to_read_the/" TargetMode="External"/><Relationship Id="rId869" Type="http://schemas.openxmlformats.org/officeDocument/2006/relationships/image" Target="media/image313.png"/><Relationship Id="rId870" Type="http://schemas.openxmlformats.org/officeDocument/2006/relationships/image" Target="media/image314.png"/><Relationship Id="rId871" Type="http://schemas.openxmlformats.org/officeDocument/2006/relationships/image" Target="media/image315.png"/><Relationship Id="rId872" Type="http://schemas.openxmlformats.org/officeDocument/2006/relationships/hyperlink" Target="https://www.reddit.com/u/c-digs/" TargetMode="External"/><Relationship Id="rId873" Type="http://schemas.openxmlformats.org/officeDocument/2006/relationships/hyperlink" Target="https://www.reddit.com/u/leenixus/" TargetMode="External"/><Relationship Id="rId874" Type="http://schemas.openxmlformats.org/officeDocument/2006/relationships/hyperlink" Target="https://www.reddit.com/r/Superstonk/comments/n4axra/95_gme_etfs_3_months_of_ftds_visualized/" TargetMode="External"/><Relationship Id="rId875" Type="http://schemas.openxmlformats.org/officeDocument/2006/relationships/image" Target="media/image316.jpg"/><Relationship Id="rId876" Type="http://schemas.openxmlformats.org/officeDocument/2006/relationships/image" Target="media/image317.jpg"/><Relationship Id="rId877" Type="http://schemas.openxmlformats.org/officeDocument/2006/relationships/image" Target="media/image318.jpg"/><Relationship Id="rId878" Type="http://schemas.openxmlformats.org/officeDocument/2006/relationships/image" Target="media/image319.png"/><Relationship Id="rId879" Type="http://schemas.openxmlformats.org/officeDocument/2006/relationships/image" Target="media/image320.jpg"/><Relationship Id="rId880" Type="http://schemas.openxmlformats.org/officeDocument/2006/relationships/image" Target="media/image321.jpg"/><Relationship Id="rId881" Type="http://schemas.openxmlformats.org/officeDocument/2006/relationships/image" Target="media/image322.jpg"/><Relationship Id="rId882" Type="http://schemas.openxmlformats.org/officeDocument/2006/relationships/image" Target="media/image323.png"/><Relationship Id="rId883" Type="http://schemas.openxmlformats.org/officeDocument/2006/relationships/image" Target="media/image324.png"/><Relationship Id="rId884" Type="http://schemas.openxmlformats.org/officeDocument/2006/relationships/image" Target="media/image325.png"/><Relationship Id="rId885" Type="http://schemas.openxmlformats.org/officeDocument/2006/relationships/image" Target="media/image326.jpg"/><Relationship Id="rId886" Type="http://schemas.openxmlformats.org/officeDocument/2006/relationships/image" Target="media/image327.jpg"/><Relationship Id="rId887" Type="http://schemas.openxmlformats.org/officeDocument/2006/relationships/hyperlink" Target="https://www.reddit.com/r/Superstonk/comments/mwmgne/important_im_sure_everyone_has_seen_that_the/" TargetMode="External"/><Relationship Id="rId888" Type="http://schemas.openxmlformats.org/officeDocument/2006/relationships/hyperlink" Target="https://www.reddit.com/u/ColCrabs/" TargetMode="External"/><Relationship Id="rId889" Type="http://schemas.openxmlformats.org/officeDocument/2006/relationships/hyperlink" Target="https://www.reddit.com/r/Superstonk/comments/mwuszf/actually_useful_info_you_might_have_missed_230421/gvkuwn4/?context=3" TargetMode="External"/><Relationship Id="rId890" Type="http://schemas.openxmlformats.org/officeDocument/2006/relationships/hyperlink" Target="https://www.reddit.com/r/Superstonk/comments/mwhqwu/the_truth_about_capital_x_coin/" TargetMode="External"/><Relationship Id="rId891" Type="http://schemas.openxmlformats.org/officeDocument/2006/relationships/hyperlink" Target="https://www.reddit.com/r/Superstonk/comments/mwgyfw/free_float_is_267_million_didnt_count_cohen_twice/" TargetMode="External"/><Relationship Id="rId892" Type="http://schemas.openxmlformats.org/officeDocument/2006/relationships/hyperlink" Target="https://www.reddit.com/r/Superstonk/comments/mwj1ko/clarification_on_gamestop_record_date_shares/" TargetMode="External"/><Relationship Id="rId893" Type="http://schemas.openxmlformats.org/officeDocument/2006/relationships/hyperlink" Target="https://www.reddit.com/u/Spiaa/" TargetMode="External"/><Relationship Id="rId894" Type="http://schemas.openxmlformats.org/officeDocument/2006/relationships/hyperlink" Target="https://www.reddit.com/r/Superstonk/comments/mwuszf/actually_useful_info_you_might_have_missed_230421/gvkgusd/?utm_source=reddit&amp;utm_medium=web2x&amp;context=3" TargetMode="External"/><Relationship Id="rId895" Type="http://schemas.openxmlformats.org/officeDocument/2006/relationships/hyperlink" Target="https://www.reddit.com/u/welcometosilentchill/" TargetMode="External"/><Relationship Id="rId896" Type="http://schemas.openxmlformats.org/officeDocument/2006/relationships/hyperlink" Target="https://www.reddit.com/u/Blussi/" TargetMode="External"/><Relationship Id="rId897" Type="http://schemas.openxmlformats.org/officeDocument/2006/relationships/hyperlink" Target="https://www.reddit.com/r/Superstonk/comments/mwuszf/actually_useful_info_you_might_have_missed_230421/gvkgxyx/?context=3" TargetMode="External"/><Relationship Id="rId898" Type="http://schemas.openxmlformats.org/officeDocument/2006/relationships/hyperlink" Target="https://www.reddit.com/r/Superstonk/comments/mwuszf/actually_useful_info_you_might_have_missed_230421/gvkmkql/?utm_source=reddit&amp;utm_medium=web2x&amp;context=3" TargetMode="External"/><Relationship Id="rId899" Type="http://schemas.openxmlformats.org/officeDocument/2006/relationships/hyperlink" Target="https://www.reddit.com/r/Superstonk/search?q=flair_name%3A%22Serious%20DD%20%F0%9F%91%A8%E2%80%8D%F0%9F%94%AC%F0%9F%94%AC%22&amp;restrict_sr=1" TargetMode="External"/><Relationship Id="rId900" Type="http://schemas.openxmlformats.org/officeDocument/2006/relationships/hyperlink" Target="https://youtu.be/13G02Gn64u4" TargetMode="External"/><Relationship Id="rId901" Type="http://schemas.openxmlformats.org/officeDocument/2006/relationships/hyperlink" Target="https://www.finra.org/sites/default/files/fda_documents/2019061038301%20Citadel%20Securities%20LLC%20CRD%20116797%20AWC%20jlg.pdf" TargetMode="External"/><Relationship Id="rId902" Type="http://schemas.openxmlformats.org/officeDocument/2006/relationships/image" Target="media/image328.png"/><Relationship Id="rId903" Type="http://schemas.openxmlformats.org/officeDocument/2006/relationships/image" Target="media/image329.png"/><Relationship Id="rId904" Type="http://schemas.openxmlformats.org/officeDocument/2006/relationships/image" Target="media/image330.png"/><Relationship Id="rId905" Type="http://schemas.openxmlformats.org/officeDocument/2006/relationships/image" Target="media/image331.jpg"/><Relationship Id="rId906" Type="http://schemas.openxmlformats.org/officeDocument/2006/relationships/hyperlink" Target="https://sec.report/Document/0001649718-21-000001/CSIN_StmtFinCndtn2020.pdf" TargetMode="External"/><Relationship Id="rId907" Type="http://schemas.openxmlformats.org/officeDocument/2006/relationships/image" Target="media/image332.jpg"/><Relationship Id="rId908" Type="http://schemas.openxmlformats.org/officeDocument/2006/relationships/hyperlink" Target="https://sec.report/Document/0001616344-21-000004/CDRG_StmtFinCndtn2020.pdf" TargetMode="External"/><Relationship Id="rId909" Type="http://schemas.openxmlformats.org/officeDocument/2006/relationships/image" Target="media/image333.jpg"/><Relationship Id="rId910" Type="http://schemas.openxmlformats.org/officeDocument/2006/relationships/hyperlink" Target="https://www.investopedia.com/terms/s/spv.asp" TargetMode="External"/><Relationship Id="rId911" Type="http://schemas.openxmlformats.org/officeDocument/2006/relationships/image" Target="media/image334.jpg"/><Relationship Id="rId912" Type="http://schemas.openxmlformats.org/officeDocument/2006/relationships/image" Target="media/image335.jpg"/><Relationship Id="rId913" Type="http://schemas.openxmlformats.org/officeDocument/2006/relationships/hyperlink" Target="https://www.sec.gov/rules/sro/box/2015/34-74267.pdf" TargetMode="External"/><Relationship Id="rId914" Type="http://schemas.openxmlformats.org/officeDocument/2006/relationships/image" Target="media/image336.png"/><Relationship Id="rId915" Type="http://schemas.openxmlformats.org/officeDocument/2006/relationships/image" Target="media/image337.png"/><Relationship Id="rId916" Type="http://schemas.openxmlformats.org/officeDocument/2006/relationships/hyperlink" Target="https://www.finra.org/sites/default/files/notice_doc_file_ref/Regulatory-Notice-15-47.pdf" TargetMode="External"/><Relationship Id="rId917" Type="http://schemas.openxmlformats.org/officeDocument/2006/relationships/image" Target="media/image338.png"/><Relationship Id="rId918" Type="http://schemas.openxmlformats.org/officeDocument/2006/relationships/image" Target="media/image339.jpg"/><Relationship Id="rId919" Type="http://schemas.openxmlformats.org/officeDocument/2006/relationships/image" Target="media/image340.jpg"/><Relationship Id="rId920" Type="http://schemas.openxmlformats.org/officeDocument/2006/relationships/image" Target="media/image341.jpg"/><Relationship Id="rId921" Type="http://schemas.openxmlformats.org/officeDocument/2006/relationships/image" Target="media/image342.png"/><Relationship Id="rId922" Type="http://schemas.openxmlformats.org/officeDocument/2006/relationships/image" Target="media/image343.png"/><Relationship Id="rId923" Type="http://schemas.openxmlformats.org/officeDocument/2006/relationships/image" Target="media/image344.png"/><Relationship Id="rId924" Type="http://schemas.openxmlformats.org/officeDocument/2006/relationships/image" Target="media/image345.jpg"/><Relationship Id="rId925" Type="http://schemas.openxmlformats.org/officeDocument/2006/relationships/hyperlink" Target="https://www.reddit.com/u/Dan_Bren/" TargetMode="External"/><Relationship Id="rId926" Type="http://schemas.openxmlformats.org/officeDocument/2006/relationships/hyperlink" Target="https://www.reddit.com/r/GME/comments/m31f8b/2day_update_168_million_on_6650_deep_itm_calls/" TargetMode="External"/><Relationship Id="rId927" Type="http://schemas.openxmlformats.org/officeDocument/2006/relationships/hyperlink" Target="https://www.reddit.com/r/GME/comments/mk6e2q/106m_of_deep_itm_calls_were_purchased_on_thursday/" TargetMode="External"/><Relationship Id="rId928" Type="http://schemas.openxmlformats.org/officeDocument/2006/relationships/image" Target="media/image346.png"/><Relationship Id="rId929" Type="http://schemas.openxmlformats.org/officeDocument/2006/relationships/hyperlink" Target="https://glacierchina.com/" TargetMode="External"/><Relationship Id="rId930" Type="http://schemas.openxmlformats.org/officeDocument/2006/relationships/hyperlink" Target="https://whois.aliyun.com/rdap/domain/GLACIERCHINA.COM" TargetMode="External"/><Relationship Id="rId931" Type="http://schemas.openxmlformats.org/officeDocument/2006/relationships/hyperlink" Target="https://www.reddit.com/u/timmmmmmmyy/" TargetMode="External"/><Relationship Id="rId932" Type="http://schemas.openxmlformats.org/officeDocument/2006/relationships/hyperlink" Target="https://www.google.com/maps/@49.6582799,6.0771793,3a,75y,326.47h,77.66t/data=!3m6!1e1!3m4!1sqXom6bxDm2-6Pd1NdeLZEw!2e0!7i13312!8i6656?hl=en-AU" TargetMode="External"/><Relationship Id="rId933" Type="http://schemas.openxmlformats.org/officeDocument/2006/relationships/hyperlink" Target="https://www.thescalpelec3.co.uk/#Neighbourhood" TargetMode="External"/><Relationship Id="rId934" Type="http://schemas.openxmlformats.org/officeDocument/2006/relationships/hyperlink" Target="https://www.thescalpelec3.co.uk/wp-content/uploads/2020/12/SCA005_Scalpel_Floorplans_V32.pdf" TargetMode="External"/><Relationship Id="rId935" Type="http://schemas.openxmlformats.org/officeDocument/2006/relationships/hyperlink" Target="https://pomanda.com/company/12049264/lia-holdings-limited" TargetMode="External"/><Relationship Id="rId936" Type="http://schemas.openxmlformats.org/officeDocument/2006/relationships/hyperlink" Target="https://www.lombardinternational.com/en-US/About-us/Leadership-team" TargetMode="External"/><Relationship Id="rId937" Type="http://schemas.openxmlformats.org/officeDocument/2006/relationships/hyperlink" Target="https://www.businessinsider.com.au/blackstone-and-citadel-have-reportedly-held-deal-talks-2019-10?r=US&amp;IR=T" TargetMode="External"/><Relationship Id="rId938" Type="http://schemas.openxmlformats.org/officeDocument/2006/relationships/hyperlink" Target="https://imgur.com/i9lTtDc" TargetMode="External"/><Relationship Id="rId939" Type="http://schemas.openxmlformats.org/officeDocument/2006/relationships/hyperlink" Target="https://www.economist.com/business/2018/01/13/blackrock-v-blackstone" TargetMode="External"/><Relationship Id="rId940" Type="http://schemas.openxmlformats.org/officeDocument/2006/relationships/image" Target="media/image347.jpg"/><Relationship Id="rId941" Type="http://schemas.openxmlformats.org/officeDocument/2006/relationships/image" Target="media/image348.png"/><Relationship Id="rId942" Type="http://schemas.openxmlformats.org/officeDocument/2006/relationships/image" Target="media/image349.png"/><Relationship Id="rId943" Type="http://schemas.openxmlformats.org/officeDocument/2006/relationships/image" Target="media/image350.jpg"/><Relationship Id="rId944" Type="http://schemas.openxmlformats.org/officeDocument/2006/relationships/image" Target="media/image351.png"/><Relationship Id="rId945" Type="http://schemas.openxmlformats.org/officeDocument/2006/relationships/image" Target="media/image352.jpg"/><Relationship Id="rId946" Type="http://schemas.openxmlformats.org/officeDocument/2006/relationships/hyperlink" Target="https://preview.redd.it/a5aarkz9v1271.png?width=400&amp;format=png&amp;auto=webp&amp;s=b066fbf4ef1a4432597d4f7b16cc8a76c66fcadb" TargetMode="External"/><Relationship Id="rId947" Type="http://schemas.openxmlformats.org/officeDocument/2006/relationships/hyperlink" Target="https://preview.redd.it/e3snbmofv1271.png?width=1264&amp;format=png&amp;auto=webp&amp;s=919faa2369537a443fc935d3c012f6a33d6c1d78" TargetMode="External"/><Relationship Id="rId948" Type="http://schemas.openxmlformats.org/officeDocument/2006/relationships/hyperlink" Target="https://theintercept.com/2016/09/24/naked-shorts-cant-stay-naked-forever/" TargetMode="External"/><Relationship Id="rId949" Type="http://schemas.openxmlformats.org/officeDocument/2006/relationships/hyperlink" Target="https://www.etoro.com/posts/0__entry__19ed9016-5e15-4642-be20-64b8dc9bb89f" TargetMode="External"/><Relationship Id="rId950" Type="http://schemas.openxmlformats.org/officeDocument/2006/relationships/hyperlink" Target="https://preview.redd.it/wf27b5zmv1271.png?width=1027&amp;format=png&amp;auto=webp&amp;s=7d5deba3ced045bc5fc1f253eff80fcbded6c947" TargetMode="External"/><Relationship Id="rId951" Type="http://schemas.openxmlformats.org/officeDocument/2006/relationships/hyperlink" Target="https://www.reddit.com/r/DDintoGME/comments/n6mj3h/knight_capital_groupthe_precursor_to_citadel_part/" TargetMode="External"/><Relationship Id="rId952" Type="http://schemas.openxmlformats.org/officeDocument/2006/relationships/hyperlink" Target="https://news.gamestop.com/node/11616/html" TargetMode="External"/><Relationship Id="rId953" Type="http://schemas.openxmlformats.org/officeDocument/2006/relationships/hyperlink" Target="https://profiles.superlawyers.com/new-york-metro/new-york/lawyer/ryan-p-nebel/c6896fb3-ede6-4eca-8bbe-40b0dc317589.html" TargetMode="External"/><Relationship Id="rId954" Type="http://schemas.openxmlformats.org/officeDocument/2006/relationships/hyperlink" Target="https://preview.redd.it/e8odbhlsv1271.png?width=853&amp;format=png&amp;auto=webp&amp;s=06a3cc0a60e8194e09a9447b0ded0a4341407c5e" TargetMode="External"/><Relationship Id="rId955" Type="http://schemas.openxmlformats.org/officeDocument/2006/relationships/hyperlink" Target="https://preview.redd.it/xt08lsjvv1271.png?width=1072&amp;format=png&amp;auto=webp&amp;s=d8276c1f6fa1cb5bad92332610c7f69da848d1ee" TargetMode="External"/><Relationship Id="rId956" Type="http://schemas.openxmlformats.org/officeDocument/2006/relationships/hyperlink" Target="https://preview.redd.it/8iif6rzwv1271.png?width=782&amp;format=png&amp;auto=webp&amp;s=c1cae8e7524d542837656f5a8f76f4eacf79deb6" TargetMode="External"/><Relationship Id="rId957" Type="http://schemas.openxmlformats.org/officeDocument/2006/relationships/hyperlink" Target="https://preview.redd.it/scab9wkzv1271.png?width=660&amp;format=png&amp;auto=webp&amp;s=b9f725728fae915bb9d29290f488615df253e175" TargetMode="External"/><Relationship Id="rId958" Type="http://schemas.openxmlformats.org/officeDocument/2006/relationships/hyperlink" Target="https://preview.redd.it/qmplk5s0w1271.png?width=721&amp;format=png&amp;auto=webp&amp;s=e4d30c5d9af4543323226b880565cd030b227e99" TargetMode="External"/><Relationship Id="rId959" Type="http://schemas.openxmlformats.org/officeDocument/2006/relationships/hyperlink" Target="https://preview.redd.it/qonwquv3w1271.png?width=1624&amp;format=png&amp;auto=webp&amp;s=9b08866cd3b1bfe64c052ede6c671fb57b8d2371" TargetMode="External"/><Relationship Id="rId960" Type="http://schemas.openxmlformats.org/officeDocument/2006/relationships/hyperlink" Target="https://preview.redd.it/p8cj95x6w1271.png?width=1649&amp;format=png&amp;auto=webp&amp;s=96036d237f1a27eb901611291970f7073b8551e4" TargetMode="External"/><Relationship Id="rId961" Type="http://schemas.openxmlformats.org/officeDocument/2006/relationships/hyperlink" Target="https://preview.redd.it/o06xtk8bw1271.png?width=1643&amp;format=png&amp;auto=webp&amp;s=12d6681ed5eed7e199bd3aba19cd9e3e24e2f683" TargetMode="External"/><Relationship Id="rId962" Type="http://schemas.openxmlformats.org/officeDocument/2006/relationships/hyperlink" Target="https://preview.redd.it/7b1quvhiw1271.png?width=1547&amp;format=png&amp;auto=webp&amp;s=c343b164761359be5620c78033880031bcee9252" TargetMode="External"/><Relationship Id="rId963" Type="http://schemas.openxmlformats.org/officeDocument/2006/relationships/hyperlink" Target="https://www.reddit.com/r/Superstonk/comments/n7bv2h/ryan_cohens_kill_shotthe_reverse_merger/" TargetMode="External"/><Relationship Id="rId964" Type="http://schemas.openxmlformats.org/officeDocument/2006/relationships/hyperlink" Target="https://imgur.com/wKBpPdI" TargetMode="External"/><Relationship Id="rId965" Type="http://schemas.openxmlformats.org/officeDocument/2006/relationships/hyperlink" Target="https://www.reddit.com/r/Superstonk/comments/mwnnmj/the_shell_game_revisited_how_etfs_work_and_what/" TargetMode="External"/><Relationship Id="rId966" Type="http://schemas.openxmlformats.org/officeDocument/2006/relationships/hyperlink" Target="https://www.reddit.com/r/Superstonk/comments/myn9vn/the_shell_game_iii_lifting_the_final_cups_for/" TargetMode="External"/><Relationship Id="rId967" Type="http://schemas.openxmlformats.org/officeDocument/2006/relationships/hyperlink" Target="https://docs.google.com/spreadsheets/d/1VhxsUkiMEdSFybr5E4jI0iARQ6urRvVYafjZe1uLly4/edit#gid=0" TargetMode="External"/><Relationship Id="rId968" Type="http://schemas.openxmlformats.org/officeDocument/2006/relationships/hyperlink" Target="https://www.reddit.com/u/turdfurg23/" TargetMode="External"/><Relationship Id="rId969" Type="http://schemas.openxmlformats.org/officeDocument/2006/relationships/hyperlink" Target="https://docs.google.com/spreadsheets/d/1vhbn6HqmkhwHqtSj0CDNHeCNuNOp-hPcmfur0pZUuFs/edit#gid=0" TargetMode="External"/><Relationship Id="rId970" Type="http://schemas.openxmlformats.org/officeDocument/2006/relationships/hyperlink" Target="https://www.finra.org/rules-guidance/notices/information-notice-120120" TargetMode="External"/><Relationship Id="rId971" Type="http://schemas.openxmlformats.org/officeDocument/2006/relationships/hyperlink" Target="https://i.imgur.com/9zq2m3T.png" TargetMode="External"/><Relationship Id="rId972" Type="http://schemas.openxmlformats.org/officeDocument/2006/relationships/hyperlink" Target="https://imgur.com/2fZBxCN" TargetMode="External"/><Relationship Id="rId973" Type="http://schemas.openxmlformats.org/officeDocument/2006/relationships/hyperlink" Target="https://imgur.com/In1pyzJ" TargetMode="External"/><Relationship Id="rId974" Type="http://schemas.openxmlformats.org/officeDocument/2006/relationships/hyperlink" Target="https://imgur.com/kUAMqDJ" TargetMode="External"/><Relationship Id="rId975" Type="http://schemas.openxmlformats.org/officeDocument/2006/relationships/hyperlink" Target="https://www.sec.gov/divisions/marketreg/mr-noaction/2020/finra-fpl-20201022-15c3-3.pdf" TargetMode="External"/><Relationship Id="rId976" Type="http://schemas.openxmlformats.org/officeDocument/2006/relationships/hyperlink" Target="https://imgur.com/lgWvsvm" TargetMode="External"/><Relationship Id="rId977" Type="http://schemas.openxmlformats.org/officeDocument/2006/relationships/hyperlink" Target="https://www.thebalancecareers.com/sec-rule-15c3-3-1286902" TargetMode="External"/><Relationship Id="rId978" Type="http://schemas.openxmlformats.org/officeDocument/2006/relationships/hyperlink" Target="https://www.law.cornell.edu/cfr/text/17/240.15c3-3" TargetMode="External"/><Relationship Id="rId979" Type="http://schemas.openxmlformats.org/officeDocument/2006/relationships/hyperlink" Target="https://imgur.com/0C5FJxu" TargetMode="External"/><Relationship Id="rId980" Type="http://schemas.openxmlformats.org/officeDocument/2006/relationships/hyperlink" Target="https://imgur.com/6U25Mcv" TargetMode="External"/><Relationship Id="rId981" Type="http://schemas.openxmlformats.org/officeDocument/2006/relationships/hyperlink" Target="https://preview.redd.it/b7atero9ww271.png?width=726&amp;format=png&amp;auto=webp&amp;s=dfa293c3bf7f75e671a8bf24d8ef0d7a968ad380" TargetMode="External"/><Relationship Id="rId982" Type="http://schemas.openxmlformats.org/officeDocument/2006/relationships/hyperlink" Target="https://preview.redd.it/48522e20yw271.png?width=726&amp;format=png&amp;auto=webp&amp;s=ddfc4ace1a0731029b7cc73a43b81cf8849fa05c" TargetMode="External"/><Relationship Id="rId983" Type="http://schemas.openxmlformats.org/officeDocument/2006/relationships/hyperlink" Target="https://preview.redd.it/phb7cvdvdx271.png?width=729&amp;format=png&amp;auto=webp&amp;s=a6fec96b401f5ed16b0b8beeac442fd772816c97" TargetMode="External"/><Relationship Id="rId984" Type="http://schemas.openxmlformats.org/officeDocument/2006/relationships/hyperlink" Target="https://preview.redd.it/h5kzdaxp7x271.png?width=455&amp;format=png&amp;auto=webp&amp;s=60e0f6f337bb696a9bbe5e6a28a5fed8b6839a1a" TargetMode="External"/><Relationship Id="rId985" Type="http://schemas.openxmlformats.org/officeDocument/2006/relationships/hyperlink" Target="https://preview.redd.it/6ku2hp6kex271.png?width=1315&amp;format=png&amp;auto=webp&amp;s=9704496e364bd89f5ed7280043738c9189094d11" TargetMode="External"/><Relationship Id="rId986" Type="http://schemas.openxmlformats.org/officeDocument/2006/relationships/hyperlink" Target="https://preview.redd.it/m1cobx06mx271.png?width=1742&amp;format=png&amp;auto=webp&amp;s=b67c7001e7d83734bf1a8c321208cc1c5c301b60" TargetMode="External"/><Relationship Id="rId987" Type="http://schemas.openxmlformats.org/officeDocument/2006/relationships/hyperlink" Target="https://www.dtcc.com/-/media/Files/pdf/2021/5/4/B15129-21.pdf" TargetMode="External"/><Relationship Id="rId988" Type="http://schemas.openxmlformats.org/officeDocument/2006/relationships/hyperlink" Target="http://www.columbia.edu/~td2332/Paper_Repo.pdf" TargetMode="External"/><Relationship Id="rId989" Type="http://schemas.openxmlformats.org/officeDocument/2006/relationships/hyperlink" Target="https://www.investopedia.com/terms/c/cmbs.asp" TargetMode="External"/><Relationship Id="rId990" Type="http://schemas.openxmlformats.org/officeDocument/2006/relationships/hyperlink" Target="https://www.youtube.com/watch?v=x2xIgseFCpc&amp;start=41s" TargetMode="External"/><Relationship Id="rId991" Type="http://schemas.openxmlformats.org/officeDocument/2006/relationships/hyperlink" Target="https://www.brookings.edu/blog/up-front/2020/01/28/what-is-the-repo-market-and-why-does-it-matter/" TargetMode="External"/><Relationship Id="rId992" Type="http://schemas.openxmlformats.org/officeDocument/2006/relationships/hyperlink" Target="https://www.dtcc.com/-/media/Files/pdf/2021/5/4/MBS981-21.pdf" TargetMode="External"/><Relationship Id="rId993" Type="http://schemas.openxmlformats.org/officeDocument/2006/relationships/hyperlink" Target="https://preview.redd.it/zeaw7mjl69x61.png?width=537&amp;format=png&amp;auto=webp&amp;s=b4ef561cb0cad7042bdefe5340063058a80ebb46" TargetMode="External"/><Relationship Id="rId994" Type="http://schemas.openxmlformats.org/officeDocument/2006/relationships/hyperlink" Target="https://preview.redd.it/ole1xsic79x61.png?width=1153&amp;format=png&amp;auto=webp&amp;s=31903099f1b5dec67b410621ae08f40cd46a281a" TargetMode="External"/><Relationship Id="rId995" Type="http://schemas.openxmlformats.org/officeDocument/2006/relationships/hyperlink" Target="https://www.spglobal.com/marketintelligence/en/news-insights/latest-news-headlines/moody-s-affirms-citadel-securities-changes-outlook-to-positive-from-stable-60446734" TargetMode="External"/><Relationship Id="rId996" Type="http://schemas.openxmlformats.org/officeDocument/2006/relationships/hyperlink" Target="https://www.jpmorganchase.com/ir/fixed-income" TargetMode="External"/><Relationship Id="rId997" Type="http://schemas.openxmlformats.org/officeDocument/2006/relationships/hyperlink" Target="https://investor.bankofamerica.com/fixed-income/credit-ratings" TargetMode="External"/><Relationship Id="rId998" Type="http://schemas.openxmlformats.org/officeDocument/2006/relationships/hyperlink" Target="https://cbonds.com/company/34937/" TargetMode="External"/><Relationship Id="rId999" Type="http://schemas.openxmlformats.org/officeDocument/2006/relationships/hyperlink" Target="https://www.credit-suisse.com/about-us/en/investor-relations/debt-investors/ratings-credit-reports.html" TargetMode="External"/><Relationship Id="rId1000" Type="http://schemas.openxmlformats.org/officeDocument/2006/relationships/hyperlink" Target="https://www.moodys.com/research/Moodys-assigns-provisional-ratings-to-Prime-RMBS-issued-by-GS--PR_432499" TargetMode="External"/><Relationship Id="rId1001" Type="http://schemas.openxmlformats.org/officeDocument/2006/relationships/hyperlink" Target="https://www.reddit.com/r/Superstonk/comments/n59n8x/the_end_has_begun_important_info_inside/gx04yog?utm_source=share&amp;utm_medium=web2x&amp;context=3" TargetMode="External"/><Relationship Id="rId1002" Type="http://schemas.openxmlformats.org/officeDocument/2006/relationships/hyperlink" Target="https://www.reddit.com/r/Superstonk/comments/n59n8x/the_end_has_begun_important_info_inside/gx059wr?utm_source=share&amp;utm_medium=web2x&amp;context=3" TargetMode="External"/><Relationship Id="rId1003" Type="http://schemas.openxmlformats.org/officeDocument/2006/relationships/hyperlink" Target="https://www.reddit.com/r/GME/comments/n50im1/need_a_wrinkle_brain_to_review/gwyw8pt?utm_source=share&amp;utm_medium=web2x&amp;context=3" TargetMode="External"/><Relationship Id="rId1004" Type="http://schemas.openxmlformats.org/officeDocument/2006/relationships/hyperlink" Target="https://www.investopedia.com/terms/r/regulation-w.asp#:~:text=Regulation%20W%20is%20a%20U.S.,requires%20collateral%20for%20certain%20transactions" TargetMode="External"/><Relationship Id="rId1005" Type="http://schemas.openxmlformats.org/officeDocument/2006/relationships/hyperlink" Target="https://www.federalreserve.gov/aboutthefed/section23a.htm" TargetMode="External"/><Relationship Id="rId1006" Type="http://schemas.openxmlformats.org/officeDocument/2006/relationships/hyperlink" Target="https://www.reddit.com/r/brkb/comments/mh4nkb/michael_burrys_new_twitter_profile_banner_hinting/" TargetMode="External"/><Relationship Id="rId1007" Type="http://schemas.openxmlformats.org/officeDocument/2006/relationships/hyperlink" Target="https://www.sec.gov/news/press-release/2021-62" TargetMode="External"/><Relationship Id="rId1008" Type="http://schemas.openxmlformats.org/officeDocument/2006/relationships/hyperlink" Target="https://preview.redd.it/6321tr32nrw61.png?width=693&amp;format=png&amp;auto=webp&amp;s=99263b4154f4b68260cee266ac4f091f2ecb99ea" TargetMode="External"/><Relationship Id="rId1009" Type="http://schemas.openxmlformats.org/officeDocument/2006/relationships/hyperlink" Target="https://www.nasdaq.com/market-activity/stocks/gme/historical" TargetMode="External"/><Relationship Id="rId1010" Type="http://schemas.openxmlformats.org/officeDocument/2006/relationships/hyperlink" Target="https://preview.redd.it/g6osoi3rhrw61.png?width=415&amp;format=png&amp;auto=webp&amp;s=88f45921e169ec7e7df74e0ed59adbf0d7faabea" TargetMode="External"/><Relationship Id="rId1011" Type="http://schemas.openxmlformats.org/officeDocument/2006/relationships/hyperlink" Target="https://preview.redd.it/qhkzdpt9grw61.png?width=740&amp;format=png&amp;auto=webp&amp;s=4caf492e135f5a431bb0fc725a11a88c1471f425" TargetMode="External"/><Relationship Id="rId1012" Type="http://schemas.openxmlformats.org/officeDocument/2006/relationships/hyperlink" Target="https://www.reddit.com/r/Superstonk/comments/mpebkz/sells_through_the_major_exchanges_buys_through/" TargetMode="External"/><Relationship Id="rId1013" Type="http://schemas.openxmlformats.org/officeDocument/2006/relationships/hyperlink" Target="https://preview.redd.it/as731hdrgrw61.png?width=1860&amp;format=png&amp;auto=webp&amp;s=974d1698fc520cc8c45e5109d8f4471d93d362e1" TargetMode="External"/><Relationship Id="rId1014" Type="http://schemas.openxmlformats.org/officeDocument/2006/relationships/image" Target="media/image353.png"/><Relationship Id="rId1015" Type="http://schemas.openxmlformats.org/officeDocument/2006/relationships/hyperlink" Target="https://www.reddit.com/user/c-digs/" TargetMode="External"/><Relationship Id="rId1016" Type="http://schemas.openxmlformats.org/officeDocument/2006/relationships/hyperlink" Target="https://www.reddit.com/u/Themeloncalling/" TargetMode="External"/><Relationship Id="rId1017" Type="http://schemas.openxmlformats.org/officeDocument/2006/relationships/hyperlink" Target="https://www.reuters.com/business/finance/exclusive-new-yorks-infinity-q-winds-down-hedge-fund-valuation-issues-spread-2021-04-19/" TargetMode="External"/><Relationship Id="rId1018" Type="http://schemas.openxmlformats.org/officeDocument/2006/relationships/hyperlink" Target="https://www.reddit.com/u/patthetuck/" TargetMode="External"/><Relationship Id="rId1019" Type="http://schemas.openxmlformats.org/officeDocument/2006/relationships/image" Target="media/image354.png"/><Relationship Id="rId1020" Type="http://schemas.openxmlformats.org/officeDocument/2006/relationships/hyperlink" Target="https://www.reddit.com/u/Longjumping_College/" TargetMode="External"/><Relationship Id="rId1021" Type="http://schemas.openxmlformats.org/officeDocument/2006/relationships/hyperlink" Target="https://www.dtcc.com/clearing-services/ficc-mbsd/msbd-netting" TargetMode="External"/><Relationship Id="rId1022" Type="http://schemas.openxmlformats.org/officeDocument/2006/relationships/image" Target="media/image355.png"/><Relationship Id="rId1023" Type="http://schemas.openxmlformats.org/officeDocument/2006/relationships/image" Target="media/image356.png"/><Relationship Id="rId1024" Type="http://schemas.openxmlformats.org/officeDocument/2006/relationships/image" Target="media/image357.png"/><Relationship Id="rId1025" Type="http://schemas.openxmlformats.org/officeDocument/2006/relationships/hyperlink" Target="https://www.reddit.com/u/Leenixus/" TargetMode="External"/><Relationship Id="rId1026" Type="http://schemas.openxmlformats.org/officeDocument/2006/relationships/hyperlink" Target="https://www.reddit.com/r/Superstonk/comments/n5trot/i_dont_to_tout_the_horn_without_knowing_anything/" TargetMode="External"/><Relationship Id="rId1027" Type="http://schemas.openxmlformats.org/officeDocument/2006/relationships/image" Target="media/image358.png"/><Relationship Id="rId1028" Type="http://schemas.openxmlformats.org/officeDocument/2006/relationships/image" Target="media/image359.png"/><Relationship Id="rId1029" Type="http://schemas.openxmlformats.org/officeDocument/2006/relationships/image" Target="media/image360.png"/><Relationship Id="rId1030" Type="http://schemas.openxmlformats.org/officeDocument/2006/relationships/image" Target="media/image361.png"/><Relationship Id="rId1031" Type="http://schemas.openxmlformats.org/officeDocument/2006/relationships/image" Target="media/image362.png"/><Relationship Id="rId1032" Type="http://schemas.openxmlformats.org/officeDocument/2006/relationships/image" Target="media/image363.png"/><Relationship Id="rId1033" Type="http://schemas.openxmlformats.org/officeDocument/2006/relationships/image" Target="media/image364.png"/><Relationship Id="rId1034" Type="http://schemas.openxmlformats.org/officeDocument/2006/relationships/image" Target="media/image365.png"/><Relationship Id="rId1035" Type="http://schemas.openxmlformats.org/officeDocument/2006/relationships/image" Target="media/image366.jpg"/><Relationship Id="rId1036" Type="http://schemas.openxmlformats.org/officeDocument/2006/relationships/image" Target="media/image367.jpg"/><Relationship Id="rId1037" Type="http://schemas.openxmlformats.org/officeDocument/2006/relationships/image" Target="media/image368.jpg"/><Relationship Id="rId1038" Type="http://schemas.openxmlformats.org/officeDocument/2006/relationships/image" Target="media/image369.png"/><Relationship Id="rId1039" Type="http://schemas.openxmlformats.org/officeDocument/2006/relationships/image" Target="media/image370.png"/><Relationship Id="rId1040" Type="http://schemas.openxmlformats.org/officeDocument/2006/relationships/image" Target="media/image371.png"/><Relationship Id="rId1041" Type="http://schemas.openxmlformats.org/officeDocument/2006/relationships/image" Target="media/image372.png"/><Relationship Id="rId1042" Type="http://schemas.openxmlformats.org/officeDocument/2006/relationships/hyperlink" Target="https://www.reddit.com/r/Superstonk/comments/n5v5m0/an_ape_explained_the_missing_1million_volume_i/" TargetMode="External"/><Relationship Id="rId1043" Type="http://schemas.openxmlformats.org/officeDocument/2006/relationships/hyperlink" Target="https://www.reddit.com/u/Jvic111/" TargetMode="External"/><Relationship Id="rId1044" Type="http://schemas.openxmlformats.org/officeDocument/2006/relationships/image" Target="media/image373.png"/><Relationship Id="rId1045" Type="http://schemas.openxmlformats.org/officeDocument/2006/relationships/hyperlink" Target="https://www.reddit.com/r/Superstonk/comments/n5vqnr/omfg_it_looks_like_all_of_shitadels_volume_was/" TargetMode="External"/><Relationship Id="rId1046" Type="http://schemas.openxmlformats.org/officeDocument/2006/relationships/hyperlink" Target="https://www.reddit.com/u/diskodik/" TargetMode="External"/><Relationship Id="rId1047" Type="http://schemas.openxmlformats.org/officeDocument/2006/relationships/hyperlink" Target="https://www.reddit.com/r/GME/comments/n5pj2q/negative_1_million_on_volume_afterhours_wtf/?utm_medium=android_app&amp;utm_source=share" TargetMode="External"/><Relationship Id="rId1048" Type="http://schemas.openxmlformats.org/officeDocument/2006/relationships/hyperlink" Target="https://www.reddit.com/r/Superstonk/comments/n5yrd7/holy_shit_this_could_be_a_missing_link_between/?utm_medium=android_app&amp;utm_source=share" TargetMode="External"/><Relationship Id="rId1049" Type="http://schemas.openxmlformats.org/officeDocument/2006/relationships/image" Target="media/image374.png"/><Relationship Id="rId1050" Type="http://schemas.openxmlformats.org/officeDocument/2006/relationships/image" Target="media/image375.png"/><Relationship Id="rId1051" Type="http://schemas.openxmlformats.org/officeDocument/2006/relationships/hyperlink" Target="https://preview.redd.it/vjttbykab1x61.png?width=316&amp;format=png&amp;auto=webp&amp;s=ce91afc315f2e1872aa8043a9eb941fee53669c5" TargetMode="External"/><Relationship Id="rId1052" Type="http://schemas.openxmlformats.org/officeDocument/2006/relationships/hyperlink" Target="https://www.reddit.com/r/Superstonk/comments/n2dkw2/scoobydoo_and_the_deep_itm_calls_of_april_16_is/" TargetMode="External"/><Relationship Id="rId1053" Type="http://schemas.openxmlformats.org/officeDocument/2006/relationships/hyperlink" Target="https://www.reddit.com/u/keijikage/" TargetMode="External"/><Relationship Id="rId1054" Type="http://schemas.openxmlformats.org/officeDocument/2006/relationships/hyperlink" Target="https://preview.redd.it/kwr9wb8o30x61.png?width=507&amp;format=png&amp;auto=webp&amp;s=57af9773746a233aeb9486f978437507e413034b" TargetMode="External"/><Relationship Id="rId1055" Type="http://schemas.openxmlformats.org/officeDocument/2006/relationships/hyperlink" Target="https://www.reddit.com/u/beyond-mythos/" TargetMode="External"/><Relationship Id="rId1056" Type="http://schemas.openxmlformats.org/officeDocument/2006/relationships/hyperlink" Target="https://preview.redd.it/11gjaljq70x61.png?width=559&amp;format=png&amp;auto=webp&amp;s=1f1d295244e648846d7afd9cac6c1b1fe32ce193" TargetMode="External"/><Relationship Id="rId1057" Type="http://schemas.openxmlformats.org/officeDocument/2006/relationships/hyperlink" Target="https://www.reddit.com/user/dejf2/" TargetMode="External"/><Relationship Id="rId1058" Type="http://schemas.openxmlformats.org/officeDocument/2006/relationships/hyperlink" Target="https://preview.redd.it/i5xh3f2350x61.png?width=1933&amp;format=png&amp;auto=webp&amp;s=8594466c3aa5675ebffdb39a8364e18c4f39d7f3" TargetMode="External"/><Relationship Id="rId1059" Type="http://schemas.openxmlformats.org/officeDocument/2006/relationships/hyperlink" Target="https://preview.redd.it/wmlo5r9yc1x61.png?width=594&amp;format=png&amp;auto=webp&amp;s=8d786347ecdf326c3c940538547b93d76f7a72d0" TargetMode="External"/><Relationship Id="rId1060" Type="http://schemas.openxmlformats.org/officeDocument/2006/relationships/hyperlink" Target="https://preview.redd.it/4dsve3w3d0x61.png?width=1166&amp;format=png&amp;auto=webp&amp;s=b88384871b2de08e37b92826df32f5e5c1322707" TargetMode="External"/><Relationship Id="rId1061" Type="http://schemas.openxmlformats.org/officeDocument/2006/relationships/hyperlink" Target="https://www.reddit.com/u/Suspicious-Singer243/" TargetMode="External"/><Relationship Id="rId1062" Type="http://schemas.openxmlformats.org/officeDocument/2006/relationships/hyperlink" Target="https://www.reddit.com/u/Door_Public/" TargetMode="External"/><Relationship Id="rId1063" Type="http://schemas.openxmlformats.org/officeDocument/2006/relationships/hyperlink" Target="https://www.reddit.com/r/Superstonk/comments/n49zl5/srnscc2021801_confirmation_may_the_4th_be_with_you/" TargetMode="External"/><Relationship Id="rId1064" Type="http://schemas.openxmlformats.org/officeDocument/2006/relationships/hyperlink" Target="https://www.reddit.com/r/Superstonk/comments/n1hus8/the_poster_discrediting_the_0_40_billion_dollar_4/" TargetMode="External"/><Relationship Id="rId1065" Type="http://schemas.openxmlformats.org/officeDocument/2006/relationships/image" Target="media/image376.jpg"/><Relationship Id="rId1066" Type="http://schemas.openxmlformats.org/officeDocument/2006/relationships/image" Target="media/image377.png"/><Relationship Id="rId1067" Type="http://schemas.openxmlformats.org/officeDocument/2006/relationships/image" Target="media/image378.jpg"/><Relationship Id="rId1068" Type="http://schemas.openxmlformats.org/officeDocument/2006/relationships/image" Target="media/image379.png"/><Relationship Id="rId1069" Type="http://schemas.openxmlformats.org/officeDocument/2006/relationships/image" Target="media/image380.png"/><Relationship Id="rId1070" Type="http://schemas.openxmlformats.org/officeDocument/2006/relationships/hyperlink" Target="https://iamnotafinancialadvisor.com/DD/GME/og/GMEv14.pdf" TargetMode="External"/><Relationship Id="rId1071" Type="http://schemas.openxmlformats.org/officeDocument/2006/relationships/image" Target="media/image381.jpg"/><Relationship Id="rId1072" Type="http://schemas.openxmlformats.org/officeDocument/2006/relationships/image" Target="media/image382.jpg"/><Relationship Id="rId1073" Type="http://schemas.openxmlformats.org/officeDocument/2006/relationships/image" Target="media/image383.jpg"/><Relationship Id="rId1074" Type="http://schemas.openxmlformats.org/officeDocument/2006/relationships/image" Target="media/image384.jpg"/><Relationship Id="rId1075" Type="http://schemas.openxmlformats.org/officeDocument/2006/relationships/image" Target="media/image385.jpg"/><Relationship Id="rId1076" Type="http://schemas.openxmlformats.org/officeDocument/2006/relationships/hyperlink" Target="https://www.reddit.com/r/Superstonk/comments/mpmnzt/chaos_theory_conflicts_of_interest/" TargetMode="External"/><Relationship Id="rId1077" Type="http://schemas.openxmlformats.org/officeDocument/2006/relationships/hyperlink" Target="https://www.bloomberg.com/news/features/2021-04-08/how-bill-hwang-of-archegos-capital-lost-20-billion-in-two-days" TargetMode="External"/><Relationship Id="rId1078" Type="http://schemas.openxmlformats.org/officeDocument/2006/relationships/hyperlink" Target="https://www.youtube.com/watch?v=b_GcpsIyQFc&amp;t=1259s" TargetMode="External"/><Relationship Id="rId1079" Type="http://schemas.openxmlformats.org/officeDocument/2006/relationships/hyperlink" Target="https://www.reddit.com/r/Superstonk/comments/mqp2aj/the_us_is_losing_1_trillion_annually_to_tax/" TargetMode="External"/><Relationship Id="rId1080" Type="http://schemas.openxmlformats.org/officeDocument/2006/relationships/image" Target="media/image386.jpg"/><Relationship Id="rId1081" Type="http://schemas.openxmlformats.org/officeDocument/2006/relationships/image" Target="media/image387.jpg"/><Relationship Id="rId1082" Type="http://schemas.openxmlformats.org/officeDocument/2006/relationships/hyperlink" Target="https://cftc.gov/PressRoom/PressReleases/8310-20" TargetMode="External"/><Relationship Id="rId1083" Type="http://schemas.openxmlformats.org/officeDocument/2006/relationships/hyperlink" Target="https://www.nytimes.com/2021/03/28/business/greensill-capital-collapse.html" TargetMode="External"/><Relationship Id="rId1084" Type="http://schemas.openxmlformats.org/officeDocument/2006/relationships/image" Target="media/image388.png"/><Relationship Id="rId1085" Type="http://schemas.openxmlformats.org/officeDocument/2006/relationships/image" Target="media/image389.jpg"/><Relationship Id="rId1086" Type="http://schemas.openxmlformats.org/officeDocument/2006/relationships/image" Target="media/image390.jpg"/><Relationship Id="rId1087" Type="http://schemas.openxmlformats.org/officeDocument/2006/relationships/image" Target="media/image391.png"/><Relationship Id="rId1088" Type="http://schemas.openxmlformats.org/officeDocument/2006/relationships/hyperlink" Target="https://www.fnlondon.com/articles/ubs-chair-axel-weber-says-a-merger-with-credit-suisse-could-take-years-20201207" TargetMode="External"/><Relationship Id="rId1089" Type="http://schemas.openxmlformats.org/officeDocument/2006/relationships/hyperlink" Target="https://finance.yahoo.com/news/blackrock-blk-mulling-buy-credit-174205125.html" TargetMode="External"/><Relationship Id="rId1090" Type="http://schemas.openxmlformats.org/officeDocument/2006/relationships/hyperlink" Target="https://www.bbc.co.uk/news/uk-politics-56681939" TargetMode="External"/><Relationship Id="rId1091" Type="http://schemas.openxmlformats.org/officeDocument/2006/relationships/hyperlink" Target="https://www.bbc.co.uk/news/uk-56706619" TargetMode="External"/><Relationship Id="rId1092" Type="http://schemas.openxmlformats.org/officeDocument/2006/relationships/image" Target="media/image392.jpg"/><Relationship Id="rId1093" Type="http://schemas.openxmlformats.org/officeDocument/2006/relationships/image" Target="media/image393.jpg"/><Relationship Id="rId1094" Type="http://schemas.openxmlformats.org/officeDocument/2006/relationships/image" Target="media/image394.png"/><Relationship Id="rId1095" Type="http://schemas.openxmlformats.org/officeDocument/2006/relationships/image" Target="media/image395.jpg"/><Relationship Id="rId1096" Type="http://schemas.openxmlformats.org/officeDocument/2006/relationships/hyperlink" Target="https://youtu.be/b_GcpsIyQFc?t=1425" TargetMode="External"/><Relationship Id="rId1097" Type="http://schemas.openxmlformats.org/officeDocument/2006/relationships/hyperlink" Target="https://en.wikipedia.org/wiki/Libor_scandal#cite_note-3" TargetMode="External"/><Relationship Id="rId1098" Type="http://schemas.openxmlformats.org/officeDocument/2006/relationships/hyperlink" Target="https://en.wikipedia.org/wiki/Derivative_(finance)" TargetMode="External"/><Relationship Id="rId1099" Type="http://schemas.openxmlformats.org/officeDocument/2006/relationships/hyperlink" Target="https://en.wikipedia.org/wiki/Interest_rate" TargetMode="External"/><Relationship Id="rId1100" Type="http://schemas.openxmlformats.org/officeDocument/2006/relationships/hyperlink" Target="https://www.federalreserve.gov/econres/notes/feds-notes/what-happened-in-money-markets-in-september-2019-20200227.htm" TargetMode="External"/><Relationship Id="rId1101" Type="http://schemas.openxmlformats.org/officeDocument/2006/relationships/image" Target="media/image396.jpg"/><Relationship Id="rId1102" Type="http://schemas.openxmlformats.org/officeDocument/2006/relationships/image" Target="media/image397.jpg"/><Relationship Id="rId1103" Type="http://schemas.openxmlformats.org/officeDocument/2006/relationships/hyperlink" Target="https://www.treasury.gov/resource-center/data-chart-center/interest-rates/Pages/TextView.aspx?data=yield" TargetMode="External"/><Relationship Id="rId1104" Type="http://schemas.openxmlformats.org/officeDocument/2006/relationships/image" Target="media/image398.jpg"/><Relationship Id="rId1105" Type="http://schemas.openxmlformats.org/officeDocument/2006/relationships/hyperlink" Target="https://www.youtube.com/watch?v=HAf6Bk5szIk&amp;t=1245s" TargetMode="External"/><Relationship Id="rId1106" Type="http://schemas.openxmlformats.org/officeDocument/2006/relationships/hyperlink" Target="https://www.youtube.com/watch?v=HAf6Bk5szIk&amp;t=1553s" TargetMode="External"/><Relationship Id="rId1107" Type="http://schemas.openxmlformats.org/officeDocument/2006/relationships/hyperlink" Target="https://www.reddit.com/r/GME/comments/mgb1m6/citadel_2019_but_still_leaves_the_bread_crumbs/?utm_source=share&amp;utm_medium=ios_app&amp;utm_name=iossmf" TargetMode="External"/><Relationship Id="rId1108" Type="http://schemas.openxmlformats.org/officeDocument/2006/relationships/hyperlink" Target="https://www.bloomberg.com/news/articles/2021-04-15/jpmorgan-to-sell-13-billion-of-bonds-in-largest-bank-sale-ever" TargetMode="External"/><Relationship Id="rId1109" Type="http://schemas.openxmlformats.org/officeDocument/2006/relationships/image" Target="media/image399.jpg"/><Relationship Id="rId1110" Type="http://schemas.openxmlformats.org/officeDocument/2006/relationships/image" Target="media/image400.jpg"/><Relationship Id="rId1111" Type="http://schemas.openxmlformats.org/officeDocument/2006/relationships/hyperlink" Target="https://www.polygon.com/22447410/netflix-executive-games-expansion-the-information-report" TargetMode="External"/><Relationship Id="rId1112" Type="http://schemas.openxmlformats.org/officeDocument/2006/relationships/hyperlink" Target="https://www.cnbc.com/2021/05/26/amazon-to-buy-mgm-studios-for-8point45-billion.html" TargetMode="External"/><Relationship Id="rId1113" Type="http://schemas.openxmlformats.org/officeDocument/2006/relationships/hyperlink" Target="https://en.wikipedia.org/wiki/B._Kevin_Turner" TargetMode="External"/><Relationship Id="rId1114" Type="http://schemas.openxmlformats.org/officeDocument/2006/relationships/hyperlink" Target="https://finance.yahoo.com/news/were-hedge-funds-flocking-zayo-190533381.html" TargetMode="External"/><Relationship Id="rId1115" Type="http://schemas.openxmlformats.org/officeDocument/2006/relationships/hyperlink" Target="https://finance.yahoo.com/news/hedge-funds-aren-t-crazy-234734875.html" TargetMode="External"/><Relationship Id="rId1116" Type="http://schemas.openxmlformats.org/officeDocument/2006/relationships/hyperlink" Target="https://viciproperties.com/about-us/" TargetMode="External"/><Relationship Id="rId1117" Type="http://schemas.openxmlformats.org/officeDocument/2006/relationships/hyperlink" Target="https://whalewisdom.com/filer/senator-investment-group-lp" TargetMode="External"/><Relationship Id="rId1118" Type="http://schemas.openxmlformats.org/officeDocument/2006/relationships/hyperlink" Target="https://www.cnbc.com/2021/05/26/cvs-walgreens-shares-fall-on-report-that-amazon-may-open-pharmacies.html" TargetMode="External"/><Relationship Id="rId1119" Type="http://schemas.openxmlformats.org/officeDocument/2006/relationships/hyperlink" Target="https://formthirteen.com/filers/0001423053-citadel-advisors/holdings/126650100?quarter=2020-12-31" TargetMode="External"/><Relationship Id="rId1120" Type="http://schemas.openxmlformats.org/officeDocument/2006/relationships/hyperlink" Target="https://fintel.io/so/us/rad/citadel-advisors-llc" TargetMode="External"/><Relationship Id="rId1121" Type="http://schemas.openxmlformats.org/officeDocument/2006/relationships/hyperlink" Target="https://finance.yahoo.com/news/billionaire-ken-griffin-bumps-stake-123655840.html" TargetMode="External"/><Relationship Id="rId1122" Type="http://schemas.openxmlformats.org/officeDocument/2006/relationships/hyperlink" Target="https://www.cnbc.com/2019/03/14/ken-griffin-says-hes-less-likely-to-move-citadel-to-nyc-after-amazons-heartbreaking-exit.html" TargetMode="External"/><Relationship Id="rId1123" Type="http://schemas.openxmlformats.org/officeDocument/2006/relationships/hyperlink" Target="https://www.hstong.com/news/detail/20090104245156133" TargetMode="External"/><Relationship Id="rId1124" Type="http://schemas.openxmlformats.org/officeDocument/2006/relationships/hyperlink" Target="https://www.fi-desk.com/chang-reported-to-leave-aqr-for-citadel/" TargetMode="External"/><Relationship Id="rId1125" Type="http://schemas.openxmlformats.org/officeDocument/2006/relationships/hyperlink" Target="https://www.financemagnates.com/institutional-forex/brokerage/finra-slaps-175000-fine-at-virtu-for-not-offering-best-execution/" TargetMode="External"/><Relationship Id="rId1126" Type="http://schemas.openxmlformats.org/officeDocument/2006/relationships/hyperlink" Target="https://www.sec.gov/news/press-release/2020-321" TargetMode="External"/><Relationship Id="rId1127" Type="http://schemas.openxmlformats.org/officeDocument/2006/relationships/hyperlink" Target="https://www.forbes.com/sites/brucejapsen/2018/06/27/a-big-investor-opposes-rite-aids-albertsons-deal-amid-flat-pharmacy-growth/?sh=55f37f9c37fe" TargetMode="External"/><Relationship Id="rId1128" Type="http://schemas.openxmlformats.org/officeDocument/2006/relationships/hyperlink" Target="https://www.businessinsider.com/amazon-deal-for-whole-foods-true-genius-hedge-fund-2017-7" TargetMode="External"/><Relationship Id="rId1129" Type="http://schemas.openxmlformats.org/officeDocument/2006/relationships/hyperlink" Target="https://www.wallstreetoasis.com/forums/7-best-long-term-stock-picks-by-morgan-stanley" TargetMode="External"/><Relationship Id="rId1130" Type="http://schemas.openxmlformats.org/officeDocument/2006/relationships/hyperlink" Target="https://docoh.com/company/1423053/citadel-advisors-llc" TargetMode="External"/><Relationship Id="rId1131" Type="http://schemas.openxmlformats.org/officeDocument/2006/relationships/hyperlink" Target="https://www.reddit.com/u/tyrant_tyra/" TargetMode="External"/><Relationship Id="rId1132" Type="http://schemas.openxmlformats.org/officeDocument/2006/relationships/hyperlink" Target="https://youtu.be/0Az%5C_91MJh-4" TargetMode="External"/><Relationship Id="rId1133" Type="http://schemas.openxmlformats.org/officeDocument/2006/relationships/hyperlink" Target="https://www.quiverquant.com/sources/twitter" TargetMode="External"/><Relationship Id="rId1134" Type="http://schemas.openxmlformats.org/officeDocument/2006/relationships/image" Target="media/image401.jpg"/><Relationship Id="rId1135" Type="http://schemas.openxmlformats.org/officeDocument/2006/relationships/hyperlink" Target="https://www.quiverquant.com/offexchange/GME" TargetMode="External"/><Relationship Id="rId1136" Type="http://schemas.openxmlformats.org/officeDocument/2006/relationships/image" Target="media/image402.png"/><Relationship Id="rId1137" Type="http://schemas.openxmlformats.org/officeDocument/2006/relationships/hyperlink" Target="https://www.quiverquant.com/sources/wikipedia/GME" TargetMode="External"/><Relationship Id="rId1138" Type="http://schemas.openxmlformats.org/officeDocument/2006/relationships/hyperlink" Target="https://www.quiverquant.com/sources/wallstreetbets/gme" TargetMode="External"/><Relationship Id="rId1139" Type="http://schemas.openxmlformats.org/officeDocument/2006/relationships/hyperlink" Target="https://www.quiverquant.com/dashboard/GME/" TargetMode="External"/><Relationship Id="rId1140" Type="http://schemas.openxmlformats.org/officeDocument/2006/relationships/hyperlink" Target="https://www.quiverquant.com/sources/senatetrading" TargetMode="External"/><Relationship Id="rId1141" Type="http://schemas.openxmlformats.org/officeDocument/2006/relationships/hyperlink" Target="https://www.reddit.com/r/GME/comments/m7x2gq/dd_i_did_the_math_there_is_literally_no_doubt/" TargetMode="External"/><Relationship Id="rId1142" Type="http://schemas.openxmlformats.org/officeDocument/2006/relationships/hyperlink" Target="https://www.reddit.com/r/GME/" TargetMode="External"/><Relationship Id="rId1143" Type="http://schemas.openxmlformats.org/officeDocument/2006/relationships/hyperlink" Target="https://gamestop.gcs-web.com/node/18846/html" TargetMode="External"/><Relationship Id="rId1144" Type="http://schemas.openxmlformats.org/officeDocument/2006/relationships/hyperlink" Target="https://www.reddit.com/r/Superstonk/comments/mxu7lj/gme_float_is_less_than_161m_and_retail_owns_more/" TargetMode="External"/><Relationship Id="rId1145" Type="http://schemas.openxmlformats.org/officeDocument/2006/relationships/hyperlink" Target="https://www.reddit.com/user/thr0wthis4ccount4way/" TargetMode="External"/><Relationship Id="rId1146" Type="http://schemas.openxmlformats.org/officeDocument/2006/relationships/hyperlink" Target="https://www.reddit.com/r/DDintoGME/comments/mxa8gy/everything_you_need_to_know_about_14a_proxy/" TargetMode="External"/><Relationship Id="rId1147" Type="http://schemas.openxmlformats.org/officeDocument/2006/relationships/image" Target="media/image403.jpg"/><Relationship Id="rId1148" Type="http://schemas.openxmlformats.org/officeDocument/2006/relationships/image" Target="media/image404.png"/><Relationship Id="rId1149" Type="http://schemas.openxmlformats.org/officeDocument/2006/relationships/image" Target="media/image405.png"/><Relationship Id="rId1150" Type="http://schemas.openxmlformats.org/officeDocument/2006/relationships/image" Target="media/image406.jpg"/><Relationship Id="rId1151" Type="http://schemas.openxmlformats.org/officeDocument/2006/relationships/image" Target="media/image407.jpg"/><Relationship Id="rId1152" Type="http://schemas.openxmlformats.org/officeDocument/2006/relationships/image" Target="media/image408.jpg"/><Relationship Id="rId1153" Type="http://schemas.openxmlformats.org/officeDocument/2006/relationships/hyperlink" Target="https://www.wealthsimple.com/en-ca/magazine/gme-data" TargetMode="External"/><Relationship Id="rId1154" Type="http://schemas.openxmlformats.org/officeDocument/2006/relationships/hyperlink" Target="https://www.reddit.com/r/GME/comments/m7x2gq/dd_i_did_the_math_there_is_literally_no_doubt/grebfmc?utm_source=share&amp;utm_medium=web2x&amp;context=3" TargetMode="External"/><Relationship Id="rId1155" Type="http://schemas.openxmlformats.org/officeDocument/2006/relationships/image" Target="media/image409.png"/><Relationship Id="rId1156" Type="http://schemas.openxmlformats.org/officeDocument/2006/relationships/image" Target="media/image410.png"/><Relationship Id="rId1157" Type="http://schemas.openxmlformats.org/officeDocument/2006/relationships/image" Target="media/image411.jpg"/><Relationship Id="rId1158" Type="http://schemas.openxmlformats.org/officeDocument/2006/relationships/hyperlink" Target="https://www.reddit.com/u/HeyItsPixel/" TargetMode="External"/><Relationship Id="rId1159" Type="http://schemas.openxmlformats.org/officeDocument/2006/relationships/hyperlink" Target="https://www.reddit.com/u/xeisu/" TargetMode="External"/><Relationship Id="rId1160" Type="http://schemas.openxmlformats.org/officeDocument/2006/relationships/hyperlink" Target="https://www.reddit.com/u/Spielporn/" TargetMode="External"/><Relationship Id="rId1161" Type="http://schemas.openxmlformats.org/officeDocument/2006/relationships/image" Target="media/image412.jpg"/><Relationship Id="rId1162" Type="http://schemas.openxmlformats.org/officeDocument/2006/relationships/hyperlink" Target="https://www.reddit.com/u/InferiorMonkeyRobot/" TargetMode="External"/><Relationship Id="rId1163" Type="http://schemas.openxmlformats.org/officeDocument/2006/relationships/hyperlink" Target="https://www.reddit.com/u/MAD_broker/" TargetMode="External"/><Relationship Id="rId1164" Type="http://schemas.openxmlformats.org/officeDocument/2006/relationships/hyperlink" Target="https://www.reddit.com/u/AdministrativeTurn84/" TargetMode="External"/><Relationship Id="rId1165" Type="http://schemas.openxmlformats.org/officeDocument/2006/relationships/hyperlink" Target="https://imgur.com/LVanuPA" TargetMode="External"/><Relationship Id="rId1166" Type="http://schemas.openxmlformats.org/officeDocument/2006/relationships/hyperlink" Target="https://www.reddit.com/u/binge360/" TargetMode="External"/><Relationship Id="rId1167" Type="http://schemas.openxmlformats.org/officeDocument/2006/relationships/hyperlink" Target="https://www.reddit.com/u/Icy_Rhubarb2857/" TargetMode="External"/><Relationship Id="rId1168" Type="http://schemas.openxmlformats.org/officeDocument/2006/relationships/hyperlink" Target="https://inspiredinvestor.rbcdirectinvesting.com/en/di/hubs/investing-academy/article/top-10-traded-stocks-in-march/kkr40d4p?utm_source=newsletter&amp;utm_medium=email&amp;utm_campaign=Newsletter51" TargetMode="External"/><Relationship Id="rId1169" Type="http://schemas.openxmlformats.org/officeDocument/2006/relationships/hyperlink" Target="https://www.reddit.com/u/Chabkraken/" TargetMode="External"/><Relationship Id="rId1170" Type="http://schemas.openxmlformats.org/officeDocument/2006/relationships/hyperlink" Target="https://www.reddit.com/u/InForTheSqueeze/" TargetMode="External"/><Relationship Id="rId1171" Type="http://schemas.openxmlformats.org/officeDocument/2006/relationships/hyperlink" Target="https://www.fidelity.com/about-fidelity/our-company" TargetMode="External"/><Relationship Id="rId1172" Type="http://schemas.openxmlformats.org/officeDocument/2006/relationships/hyperlink" Target="https://about.vanguard.com/who-we-are/fast-facts/" TargetMode="External"/><Relationship Id="rId1173" Type="http://schemas.openxmlformats.org/officeDocument/2006/relationships/hyperlink" Target="https://www.brokerage-review.com/online-brokers/largest-online-brokers-by-size.aspx" TargetMode="External"/><Relationship Id="rId1174" Type="http://schemas.openxmlformats.org/officeDocument/2006/relationships/hyperlink" Target="https://fortune.com/2021/02/02/robinhood-stock-trader-revolt-webull-alternative-china-app/" TargetMode="External"/><Relationship Id="rId1175" Type="http://schemas.openxmlformats.org/officeDocument/2006/relationships/hyperlink" Target="https://www.businessofapps.com/data/revolut-statistics/" TargetMode="External"/><Relationship Id="rId1176" Type="http://schemas.openxmlformats.org/officeDocument/2006/relationships/hyperlink" Target="https://www.businesswire.com/news/home/20180911005141/en/Merrill-Edge-Hits-200-Billion-in-Assets-Under-Management" TargetMode="External"/><Relationship Id="rId1177" Type="http://schemas.openxmlformats.org/officeDocument/2006/relationships/hyperlink" Target="https://www.comdirect.de/cms/ueberuns/de/presse/monatszahlen-april-2020.html" TargetMode="External"/><Relationship Id="rId1178" Type="http://schemas.openxmlformats.org/officeDocument/2006/relationships/hyperlink" Target="https://www.interactivebrokers.eu/de/?f=564" TargetMode="External"/><Relationship Id="rId1179" Type="http://schemas.openxmlformats.org/officeDocument/2006/relationships/hyperlink" Target="https://flatexdegiro.com/en/company/who-we-are" TargetMode="External"/><Relationship Id="rId1180" Type="http://schemas.openxmlformats.org/officeDocument/2006/relationships/hyperlink" Target="https://finanz-szene.de/digital-banking/trade-republic-duerfte-schon-um-die-500-000-kunden-haben/" TargetMode="External"/><Relationship Id="rId1181" Type="http://schemas.openxmlformats.org/officeDocument/2006/relationships/hyperlink" Target="https://en.wikipedia.org/wiki/Freetrade" TargetMode="External"/><Relationship Id="rId1182" Type="http://schemas.openxmlformats.org/officeDocument/2006/relationships/hyperlink" Target="https://www.interest.co.nz/personal-finance/108826/thousands-nzers-partake-gamestop-movement-sharesies-users-alone-make-20" TargetMode="External"/><Relationship Id="rId1183" Type="http://schemas.openxmlformats.org/officeDocument/2006/relationships/hyperlink" Target="https://www.home.saxo/about-us" TargetMode="External"/><Relationship Id="rId1184" Type="http://schemas.openxmlformats.org/officeDocument/2006/relationships/hyperlink" Target="https://www.lynxbroker.de/" TargetMode="External"/><Relationship Id="rId1185" Type="http://schemas.openxmlformats.org/officeDocument/2006/relationships/hyperlink" Target="https://de.freedom24.com/about" TargetMode="External"/><Relationship Id="rId1186" Type="http://schemas.openxmlformats.org/officeDocument/2006/relationships/hyperlink" Target="https://www.hl.co.uk/investor-relations/key-financial-data" TargetMode="External"/><Relationship Id="rId1187" Type="http://schemas.openxmlformats.org/officeDocument/2006/relationships/hyperlink" Target="https://inspiredinvestor.rbcdirectinvesting.com/en/di/hubs/investing-academy/article/top-10-traded-stocks-in-march/kkr40d4p" TargetMode="External"/><Relationship Id="rId1188" Type="http://schemas.openxmlformats.org/officeDocument/2006/relationships/hyperlink" Target="https://themarketherald.com.au/selfwealth-asxswf-finishes-december-quarter-with-yoy-revenue-growth-2021-01-12/" TargetMode="External"/><Relationship Id="rId1189" Type="http://schemas.openxmlformats.org/officeDocument/2006/relationships/hyperlink" Target="https://www.reddit.com/user/G_KG/comments/mwckki/detecting_monkey_business_materials_and_methods/" TargetMode="External"/><Relationship Id="rId1190" Type="http://schemas.openxmlformats.org/officeDocument/2006/relationships/image" Target="media/image413.png"/><Relationship Id="rId1191" Type="http://schemas.openxmlformats.org/officeDocument/2006/relationships/image" Target="media/image414.png"/><Relationship Id="rId1192" Type="http://schemas.openxmlformats.org/officeDocument/2006/relationships/image" Target="media/image415.png"/><Relationship Id="rId1193" Type="http://schemas.openxmlformats.org/officeDocument/2006/relationships/image" Target="media/image416.jpg"/><Relationship Id="rId1194" Type="http://schemas.openxmlformats.org/officeDocument/2006/relationships/image" Target="media/image417.png"/><Relationship Id="rId1195" Type="http://schemas.openxmlformats.org/officeDocument/2006/relationships/image" Target="media/image418.png"/><Relationship Id="rId1196" Type="http://schemas.openxmlformats.org/officeDocument/2006/relationships/image" Target="media/image419.png"/><Relationship Id="rId1197" Type="http://schemas.openxmlformats.org/officeDocument/2006/relationships/image" Target="media/image420.png"/><Relationship Id="rId1198" Type="http://schemas.openxmlformats.org/officeDocument/2006/relationships/image" Target="media/image421.png"/><Relationship Id="rId1199" Type="http://schemas.openxmlformats.org/officeDocument/2006/relationships/image" Target="media/image422.png"/><Relationship Id="rId1200" Type="http://schemas.openxmlformats.org/officeDocument/2006/relationships/image" Target="media/image423.jpg"/><Relationship Id="rId1201" Type="http://schemas.openxmlformats.org/officeDocument/2006/relationships/image" Target="media/image424.png"/><Relationship Id="rId1202" Type="http://schemas.openxmlformats.org/officeDocument/2006/relationships/image" Target="media/image425.jpg"/><Relationship Id="rId1203" Type="http://schemas.openxmlformats.org/officeDocument/2006/relationships/image" Target="media/image426.png"/><Relationship Id="rId1204" Type="http://schemas.openxmlformats.org/officeDocument/2006/relationships/image" Target="media/image427.png"/><Relationship Id="rId1205" Type="http://schemas.openxmlformats.org/officeDocument/2006/relationships/image" Target="media/image428.png"/><Relationship Id="rId1206" Type="http://schemas.openxmlformats.org/officeDocument/2006/relationships/hyperlink" Target="https://www.theocc.com/" TargetMode="External"/><Relationship Id="rId1207" Type="http://schemas.openxmlformats.org/officeDocument/2006/relationships/hyperlink" Target="https://preview.redd.it/n2mh2lwgkrz61.png?width=1035&amp;format=png&amp;auto=webp&amp;s=1505e0d8779a48ceeaa9797df719a8f203b2200e" TargetMode="External"/><Relationship Id="rId1208" Type="http://schemas.openxmlformats.org/officeDocument/2006/relationships/hyperlink" Target="https://www.theocc.com/Company-Information/Board-of-Directors" TargetMode="External"/><Relationship Id="rId1209" Type="http://schemas.openxmlformats.org/officeDocument/2006/relationships/hyperlink" Target="https://ftp.nyse.com/" TargetMode="External"/><Relationship Id="rId1210" Type="http://schemas.openxmlformats.org/officeDocument/2006/relationships/hyperlink" Target="https://preview.redd.it/r0c51cybxrz61.png?width=651&amp;format=png&amp;auto=webp&amp;s=09ed8102c962ab2f04b243d4244b6ec5fa76e35d" TargetMode="External"/><Relationship Id="rId1211" Type="http://schemas.openxmlformats.org/officeDocument/2006/relationships/hyperlink" Target="https://preview.redd.it/6hkc2jbfyrz61.png?width=297&amp;format=png&amp;auto=webp&amp;s=c437168f9d1cad8b2663d52847586eda0a97db92" TargetMode="External"/><Relationship Id="rId1212" Type="http://schemas.openxmlformats.org/officeDocument/2006/relationships/hyperlink" Target="https://preview.redd.it/mat2h8ltyrz61.png?width=307&amp;format=png&amp;auto=webp&amp;s=52f3d526485cd19469ff1d87056c56309f5df70c" TargetMode="External"/><Relationship Id="rId1213" Type="http://schemas.openxmlformats.org/officeDocument/2006/relationships/hyperlink" Target="https://preview.redd.it/qqluvrv2zrz61.png?width=954&amp;format=png&amp;auto=webp&amp;s=65e87312e800ff73309689899b93f3efaed9cd71" TargetMode="External"/><Relationship Id="rId1214" Type="http://schemas.openxmlformats.org/officeDocument/2006/relationships/hyperlink" Target="https://www.theocc.com/Market-Data/Market-Data-Reports/Series-and-Trading-Data/Series-Search?symbol=gme&amp;symbolType=Options" TargetMode="External"/><Relationship Id="rId1215" Type="http://schemas.openxmlformats.org/officeDocument/2006/relationships/hyperlink" Target="https://oic.ivolatility.com/oic_adv_options.j;jsessionid=a-dh_HwzV6lh" TargetMode="External"/><Relationship Id="rId1216" Type="http://schemas.openxmlformats.org/officeDocument/2006/relationships/hyperlink" Target="https://preview.redd.it/iwi1zukvzrz61.png?width=1905&amp;format=png&amp;auto=webp&amp;s=a5d5a158b26d1831c2170a8ecc8fb48fa8a2db88" TargetMode="External"/><Relationship Id="rId1217" Type="http://schemas.openxmlformats.org/officeDocument/2006/relationships/hyperlink" Target="https://preview.redd.it/6ro04put0sz61.png?width=547&amp;format=png&amp;auto=webp&amp;s=5a1e601fc6c657a49ec675ced38e8852f81917ed" TargetMode="External"/><Relationship Id="rId1218" Type="http://schemas.openxmlformats.org/officeDocument/2006/relationships/hyperlink" Target="https://preview.redd.it/cjoc7rzc4sz61.png?width=562&amp;format=png&amp;auto=webp&amp;s=2b3635a3b7388c689b51820f2ec251819e3b6380" TargetMode="External"/><Relationship Id="rId1219" Type="http://schemas.openxmlformats.org/officeDocument/2006/relationships/hyperlink" Target="https://preview.redd.it/suvwgwjq5sz61.png?width=487&amp;format=png&amp;auto=webp&amp;s=35219ddfceb080e409f2bf4cd0790476d237d3ca" TargetMode="External"/><Relationship Id="rId1220" Type="http://schemas.openxmlformats.org/officeDocument/2006/relationships/hyperlink" Target="https://www.barchart.com/stocks/quotes/GME/options?moneyness=allRows" TargetMode="External"/><Relationship Id="rId1221" Type="http://schemas.openxmlformats.org/officeDocument/2006/relationships/hyperlink" Target="https://www.investmentnews.com/senate-banking-committee-approves-gensler-nomination-203813" TargetMode="External"/><Relationship Id="rId1222" Type="http://schemas.openxmlformats.org/officeDocument/2006/relationships/hyperlink" Target="https://www.c-span.org/video/?509429-1/sec-chair-cfpb-director-confirmation-hearing" TargetMode="External"/><Relationship Id="rId1223" Type="http://schemas.openxmlformats.org/officeDocument/2006/relationships/hyperlink" Target="https://www.thinkadvisor.com/2021/03/31/schwab-expects-activist-sec-under-gensler-senate-sets-confirmation-vote-date/" TargetMode="External"/><Relationship Id="rId1224" Type="http://schemas.openxmlformats.org/officeDocument/2006/relationships/hyperlink" Target="https://en.wikipedia.org/wiki/Dodd%E2%80%93Frank_Wall_Street_Reform_and_Consumer_Protection_Act" TargetMode="External"/><Relationship Id="rId1225" Type="http://schemas.openxmlformats.org/officeDocument/2006/relationships/hyperlink" Target="https://www.investopedia.com/terms/d/dodd-frank-financial-regulatory-reform-bill.asp" TargetMode="External"/><Relationship Id="rId1226" Type="http://schemas.openxmlformats.org/officeDocument/2006/relationships/hyperlink" Target="https://www.investopedia.com/ask/answers/052715/how-big-derivatives-market.asp" TargetMode="External"/><Relationship Id="rId1227" Type="http://schemas.openxmlformats.org/officeDocument/2006/relationships/hyperlink" Target="https://www.investopedia.com/terms/d/derivative.asp" TargetMode="External"/><Relationship Id="rId1228" Type="http://schemas.openxmlformats.org/officeDocument/2006/relationships/hyperlink" Target="https://www.c-span.org/video/?304711-1/financial-regulations-consumer-protection" TargetMode="External"/><Relationship Id="rId1229" Type="http://schemas.openxmlformats.org/officeDocument/2006/relationships/hyperlink" Target="https://www.investopedia.com/terms/c/cdo.asp#:~:text=A%20collateralized%20debt%20obligation%20(CDO)%20is%20a%20complex%20structured%20finance,derived%20from%20another%20underlying%20asset" TargetMode="External"/><Relationship Id="rId1230" Type="http://schemas.openxmlformats.org/officeDocument/2006/relationships/hyperlink" Target="https://www.investopedia.com/terms/c/creditdefaultswap.asp#:~:text=A%20credit%20default%20swap%20(CDS)%20is%20a%20financial%20derivative%20or,with%20that%20of%20another%20investor.&amp;text=To%20swap%20the%20risk%20of,the%20case%20the%20borrower%20defaults" TargetMode="External"/><Relationship Id="rId1231" Type="http://schemas.openxmlformats.org/officeDocument/2006/relationships/hyperlink" Target="https://www.investopedia.com/terms/d/dark-pool.asp" TargetMode="External"/><Relationship Id="rId1232" Type="http://schemas.openxmlformats.org/officeDocument/2006/relationships/hyperlink" Target="https://en.wikipedia.org/wiki/Gary_Gensler" TargetMode="External"/><Relationship Id="rId1233" Type="http://schemas.openxmlformats.org/officeDocument/2006/relationships/hyperlink" Target="https://www.govinfo.gov/content/pkg/PLAW-111publ203/pdf/PLAW-111publ203.pdf" TargetMode="External"/><Relationship Id="rId1234" Type="http://schemas.openxmlformats.org/officeDocument/2006/relationships/hyperlink" Target="https://www.investopedia.com/terms/p/proprietarytrading.asp" TargetMode="External"/><Relationship Id="rId1235" Type="http://schemas.openxmlformats.org/officeDocument/2006/relationships/hyperlink" Target="https://www.sec.gov/whistleblower/frequently-asked-questions#:~:text=Under%20the%20program%20eligible%20whistleblowers,regulatory%20and%20law%20enforcement%20authorities" TargetMode="External"/><Relationship Id="rId1236" Type="http://schemas.openxmlformats.org/officeDocument/2006/relationships/hyperlink" Target="https://www.nyse.com/publicdocs/nyse/markets/nyse/NYSE_Price_List.pdf" TargetMode="External"/><Relationship Id="rId1237" Type="http://schemas.openxmlformats.org/officeDocument/2006/relationships/hyperlink" Target="https://www.morganstanley.com/disclosures/morgan-stanley-dark-pools" TargetMode="External"/><Relationship Id="rId1238" Type="http://schemas.openxmlformats.org/officeDocument/2006/relationships/hyperlink" Target="https://www.thetradenews.com/guide/goldman-sachs-sigma-x/" TargetMode="External"/><Relationship Id="rId1239" Type="http://schemas.openxmlformats.org/officeDocument/2006/relationships/hyperlink" Target="https://www.reuters.com/article/us-citadel-darkpool-idUSKBN0MN22Q20150327" TargetMode="External"/><Relationship Id="rId1240" Type="http://schemas.openxmlformats.org/officeDocument/2006/relationships/hyperlink" Target="https://www.youtube.com/watch?v=jIfixbq_u0Q" TargetMode="External"/><Relationship Id="rId1241" Type="http://schemas.openxmlformats.org/officeDocument/2006/relationships/hyperlink" Target="https://www.youtube.com/watch?v=r07Gg92YjOI" TargetMode="External"/><Relationship Id="rId1242" Type="http://schemas.openxmlformats.org/officeDocument/2006/relationships/hyperlink" Target="https://youtu.be/RNgzOr-m6ok?t=89" TargetMode="External"/><Relationship Id="rId1243" Type="http://schemas.openxmlformats.org/officeDocument/2006/relationships/hyperlink" Target="https://www.iotafinance.com/en/Detail-view-MIC-code-CDED.html" TargetMode="External"/><Relationship Id="rId1244" Type="http://schemas.openxmlformats.org/officeDocument/2006/relationships/hyperlink" Target="https://www.law.cornell.edu/cfr/text/17/242.203" TargetMode="External"/><Relationship Id="rId1245" Type="http://schemas.openxmlformats.org/officeDocument/2006/relationships/hyperlink" Target="https://ddextension68.blogspot.com/2021/04/dance-of-darkness-darkpool-methods.html" TargetMode="External"/><Relationship Id="rId1246" Type="http://schemas.openxmlformats.org/officeDocument/2006/relationships/hyperlink" Target="https://link.springer.com/content/pdf/bbm%3A978-1-137-44957-3%2F1.pdf" TargetMode="External"/><Relationship Id="rId1247" Type="http://schemas.openxmlformats.org/officeDocument/2006/relationships/hyperlink" Target="https://www.youtube.com/watch?v=mP4yaoQll7I" TargetMode="External"/><Relationship Id="rId1248" Type="http://schemas.openxmlformats.org/officeDocument/2006/relationships/hyperlink" Target="https://ddextension68.blogspot.com/2021/04/dance-of-darkness-legal-sources-for-apes.html" TargetMode="External"/><Relationship Id="rId1249" Type="http://schemas.openxmlformats.org/officeDocument/2006/relationships/hyperlink" Target="https://www.sec.gov/investor/pubs/regsho.htm#:~:text=Regulation%20SHO%20requires%20broker%2Ddealers,stock%20is%20unavailable%20for%20settlement" TargetMode="External"/><Relationship Id="rId1250" Type="http://schemas.openxmlformats.org/officeDocument/2006/relationships/hyperlink" Target="https://ddextension68.blogspot.com/2021/04/dance-of-darkness-additional-sources.html" TargetMode="External"/><Relationship Id="rId1251" Type="http://schemas.openxmlformats.org/officeDocument/2006/relationships/hyperlink" Target="https://ddextension68.blogspot.com/2021/04/dance-of-darkness-meme-stonk-section.html" TargetMode="External"/><Relationship Id="rId1252" Type="http://schemas.openxmlformats.org/officeDocument/2006/relationships/hyperlink" Target="https://www.reddit.com/r/amcstock/comments/mbuti6/another_sighting_of_that_possible_4_billion_share/?utm_medium=android_app&amp;utm_source=share" TargetMode="External"/><Relationship Id="rId1253" Type="http://schemas.openxmlformats.org/officeDocument/2006/relationships/hyperlink" Target="https://www.reddit.com/r/GME/comments/mcpyid/after_exposing_the_525_million_shares_in_the_otc/?utm_medium=android_app&amp;utm_source=share" TargetMode="External"/><Relationship Id="rId1254" Type="http://schemas.openxmlformats.org/officeDocument/2006/relationships/hyperlink" Target="https://ddextension68.blogspot.com/2021/04/dance-of-darkness-thesec-and-dark-pools.html" TargetMode="External"/><Relationship Id="rId1255" Type="http://schemas.openxmlformats.org/officeDocument/2006/relationships/hyperlink" Target="https://ddextension68.blogspot.com/2021/04/dance-of-darkness-sec-and-darkpools.html" TargetMode="External"/><Relationship Id="rId1256" Type="http://schemas.openxmlformats.org/officeDocument/2006/relationships/hyperlink" Target="https://www.reddit.com/r/Superstonk/comments/mwziwn/users_of_superstonk_own_at_minimum_9_million/" TargetMode="External"/><Relationship Id="rId1257" Type="http://schemas.openxmlformats.org/officeDocument/2006/relationships/hyperlink" Target="https://www.reddit.com/r/Superstonk/comments/myaxaw/update_retail_users_own_at_absolute_minimum_138/" TargetMode="External"/><Relationship Id="rId1258" Type="http://schemas.openxmlformats.org/officeDocument/2006/relationships/hyperlink" Target="https://www.reddit.com/r/DDintoGME/comments/mz6zq1/26042021_gme_bloomberg_terminal_information/" TargetMode="External"/><Relationship Id="rId1259" Type="http://schemas.openxmlformats.org/officeDocument/2006/relationships/hyperlink" Target="https://www.spss-tutorials.com/frequency-distribution-what-is-it/" TargetMode="External"/><Relationship Id="rId1260" Type="http://schemas.openxmlformats.org/officeDocument/2006/relationships/hyperlink" Target="https://en.wikipedia.org/wiki/Histogram" TargetMode="External"/><Relationship Id="rId1261" Type="http://schemas.openxmlformats.org/officeDocument/2006/relationships/hyperlink" Target="https://www.reddit.com/r/Superstonk/comments/mylv9k/1_billion_share_owned_by_retail_confirmed/" TargetMode="External"/><Relationship Id="rId1262" Type="http://schemas.openxmlformats.org/officeDocument/2006/relationships/hyperlink" Target="https://www.reddit.com/r/Superstonk/comments/mxkwlb/double_the_short_interest_half_the_anxiety/" TargetMode="External"/><Relationship Id="rId1263" Type="http://schemas.openxmlformats.org/officeDocument/2006/relationships/hyperlink" Target="https://www.reddit.com/r/GME/comments/m54vpq/serious_dd_retail_ownership_using_public_data/" TargetMode="External"/><Relationship Id="rId1264" Type="http://schemas.openxmlformats.org/officeDocument/2006/relationships/hyperlink" Target="https://www.reddit.com/r/GME/comments/mduj5t/dd_why_retail_is_holding_far_more_shares_than/" TargetMode="External"/><Relationship Id="rId1265" Type="http://schemas.openxmlformats.org/officeDocument/2006/relationships/hyperlink" Target="https://www.reddit.com/u/eastrod/" TargetMode="External"/><Relationship Id="rId1266" Type="http://schemas.openxmlformats.org/officeDocument/2006/relationships/hyperlink" Target="https://www.reddit.com/r/Superstonk/comments/mz7c7h/put_anomalies_pt1_were_127_million_synthetic/" TargetMode="External"/><Relationship Id="rId1267" Type="http://schemas.openxmlformats.org/officeDocument/2006/relationships/hyperlink" Target="https://www.reddit.com/r/Superstonk/comments/mzgtvx/a_method_for_hiding_ftds_that_uses_the_109mil/" TargetMode="External"/><Relationship Id="rId1268" Type="http://schemas.openxmlformats.org/officeDocument/2006/relationships/hyperlink" Target="https://old.reddit.com/r/Superstonk/comments/mwn95o/retail_is_the_whale/" TargetMode="External"/><Relationship Id="rId1269" Type="http://schemas.openxmlformats.org/officeDocument/2006/relationships/hyperlink" Target="https://old.reddit.com/r/GME/comments/msyhlq/fidelity_users_purchased_about_61_million_more/" TargetMode="External"/><Relationship Id="rId1270" Type="http://schemas.openxmlformats.org/officeDocument/2006/relationships/hyperlink" Target="https://www.reddit.com/r/GME_Meltdown_DD/comments/mxj6a9/faqs_about_the_gme_situation/" TargetMode="External"/><Relationship Id="rId1271" Type="http://schemas.openxmlformats.org/officeDocument/2006/relationships/hyperlink" Target="https://www.marketwatch.com/investing/stock/gme" TargetMode="External"/><Relationship Id="rId1272" Type="http://schemas.openxmlformats.org/officeDocument/2006/relationships/hyperlink" Target="https://www.strawpoll.me/42979202/r" TargetMode="External"/><Relationship Id="rId1273" Type="http://schemas.openxmlformats.org/officeDocument/2006/relationships/hyperlink" Target="https://www.strawpoll.me/44432640/r" TargetMode="External"/><Relationship Id="rId1274" Type="http://schemas.openxmlformats.org/officeDocument/2006/relationships/hyperlink" Target="https://www.reddit.com/u/Ginger_libra/" TargetMode="External"/><Relationship Id="rId1275" Type="http://schemas.openxmlformats.org/officeDocument/2006/relationships/image" Target="media/image429.jpg"/><Relationship Id="rId1276" Type="http://schemas.openxmlformats.org/officeDocument/2006/relationships/image" Target="media/image430.jpg"/><Relationship Id="rId1277" Type="http://schemas.openxmlformats.org/officeDocument/2006/relationships/hyperlink" Target="https://www.marketwatch.com/story/bank-of-america-tops-charts-with-15-billion-bond-deal-the-biggest-ever-from-a-bank-11618606409" TargetMode="External"/><Relationship Id="rId1278" Type="http://schemas.openxmlformats.org/officeDocument/2006/relationships/hyperlink" Target="https://www.foxbusiness.com/business-leaders/bank-of-america-expects-to-increase-dividend-share-buybacks-ceo-moynihan" TargetMode="External"/><Relationship Id="rId1279" Type="http://schemas.openxmlformats.org/officeDocument/2006/relationships/image" Target="media/image431.jpg"/><Relationship Id="rId1280" Type="http://schemas.openxmlformats.org/officeDocument/2006/relationships/image" Target="media/image432.jpg"/><Relationship Id="rId1281" Type="http://schemas.openxmlformats.org/officeDocument/2006/relationships/image" Target="media/image433.jpg"/><Relationship Id="rId1282" Type="http://schemas.openxmlformats.org/officeDocument/2006/relationships/image" Target="media/image434.jpg"/><Relationship Id="rId1283" Type="http://schemas.openxmlformats.org/officeDocument/2006/relationships/hyperlink" Target="https://sec.report/Document/0001592386-21-000005/" TargetMode="External"/><Relationship Id="rId1284" Type="http://schemas.openxmlformats.org/officeDocument/2006/relationships/hyperlink" Target="https://outline.com/SxAFCy" TargetMode="External"/><Relationship Id="rId1285" Type="http://schemas.openxmlformats.org/officeDocument/2006/relationships/image" Target="media/image435.png"/><Relationship Id="rId1286" Type="http://schemas.openxmlformats.org/officeDocument/2006/relationships/image" Target="media/image436.jpg"/><Relationship Id="rId1287" Type="http://schemas.openxmlformats.org/officeDocument/2006/relationships/hyperlink" Target="https://www.efinancialcareers-canada.com/news/2021/04/david-kim-bank-of-america-citadel" TargetMode="External"/><Relationship Id="rId1288" Type="http://schemas.openxmlformats.org/officeDocument/2006/relationships/hyperlink" Target="https://www.marketwatch.com/story/banks-have-been-fined-a-staggering-243-billion-since-the-financial-crisis-2018-02-20" TargetMode="External"/><Relationship Id="rId1289" Type="http://schemas.openxmlformats.org/officeDocument/2006/relationships/image" Target="media/image437.png"/><Relationship Id="rId1290" Type="http://schemas.openxmlformats.org/officeDocument/2006/relationships/hyperlink" Target="https://whalewisdom.com/filer/bank-of-america-corp-de#tabform4_tab_link" TargetMode="External"/><Relationship Id="rId1291" Type="http://schemas.openxmlformats.org/officeDocument/2006/relationships/image" Target="media/image438.png"/><Relationship Id="rId1292" Type="http://schemas.openxmlformats.org/officeDocument/2006/relationships/hyperlink" Target="https://investor.bankofamerica.com/regulatory-and-other-filings/all-sec-filings/content/0000070858-21-000063/0000070858-21-000063.pdf" TargetMode="External"/><Relationship Id="rId1293" Type="http://schemas.openxmlformats.org/officeDocument/2006/relationships/hyperlink" Target="https://www.cbc.ca/news/business/silver-stocks-surge-1.5895790" TargetMode="External"/><Relationship Id="rId1294" Type="http://schemas.openxmlformats.org/officeDocument/2006/relationships/hyperlink" Target="https://www.northernminer.com/fast-news/bank-of-america-sees-further-upside-potential-for-silver-in-2021/1003825311/" TargetMode="External"/><Relationship Id="rId1295" Type="http://schemas.openxmlformats.org/officeDocument/2006/relationships/image" Target="media/image439.jpg"/><Relationship Id="rId1296" Type="http://schemas.openxmlformats.org/officeDocument/2006/relationships/hyperlink" Target="https://www.benzinga.com/analyst-ratings/analyst-color/21/03/20322372/gamestop-analysts-react-to-q4-earnings-company-needs-some-magic-beans-and-pixie-dus" TargetMode="External"/><Relationship Id="rId1297" Type="http://schemas.openxmlformats.org/officeDocument/2006/relationships/hyperlink" Target="https://www.youtube.com/watch?v=Phy75VJRObQ" TargetMode="External"/><Relationship Id="rId1298" Type="http://schemas.openxmlformats.org/officeDocument/2006/relationships/hyperlink" Target="https://open.spotify.com/track/21UoRIOIjkWdHU8xbxQ0Z7?si=1958348bf5524bf0" TargetMode="External"/><Relationship Id="rId1299" Type="http://schemas.openxmlformats.org/officeDocument/2006/relationships/image" Target="media/image440.jpg"/><Relationship Id="rId1300" Type="http://schemas.openxmlformats.org/officeDocument/2006/relationships/hyperlink" Target="https://www.reddit.com/r/Superstonk/comments/obn6rx/elliott_waves_and_the_top_of_the_market_is_this/?utm_source=share&amp;utm_medium=web2x&amp;context=3" TargetMode="External"/><Relationship Id="rId1301" Type="http://schemas.openxmlformats.org/officeDocument/2006/relationships/hyperlink" Target="https://www.reddit.com/r/Superstonk/comments/o1j93q/a_message_from_elliot_waves_guy/?utm_source=share&amp;utm_medium=web2x&amp;context=3" TargetMode="External"/><Relationship Id="rId1302" Type="http://schemas.openxmlformats.org/officeDocument/2006/relationships/image" Target="media/image441.jpg"/><Relationship Id="rId1303" Type="http://schemas.openxmlformats.org/officeDocument/2006/relationships/image" Target="media/image442.jpg"/><Relationship Id="rId1304" Type="http://schemas.openxmlformats.org/officeDocument/2006/relationships/image" Target="media/image443.jpg"/><Relationship Id="rId1305" Type="http://schemas.openxmlformats.org/officeDocument/2006/relationships/image" Target="media/image444.jpg"/><Relationship Id="rId1306" Type="http://schemas.openxmlformats.org/officeDocument/2006/relationships/image" Target="media/image445.jpg"/><Relationship Id="rId1307" Type="http://schemas.openxmlformats.org/officeDocument/2006/relationships/image" Target="media/image446.jpg"/><Relationship Id="rId1308" Type="http://schemas.openxmlformats.org/officeDocument/2006/relationships/image" Target="media/image447.png"/><Relationship Id="rId1309" Type="http://schemas.openxmlformats.org/officeDocument/2006/relationships/hyperlink" Target="https://www.sec.gov/rules/sro.shtml" TargetMode="External"/><Relationship Id="rId1310" Type="http://schemas.openxmlformats.org/officeDocument/2006/relationships/image" Target="media/image448.jpg"/><Relationship Id="rId1311" Type="http://schemas.openxmlformats.org/officeDocument/2006/relationships/image" Target="media/image449.png"/><Relationship Id="rId1312" Type="http://schemas.openxmlformats.org/officeDocument/2006/relationships/image" Target="media/image450.png"/><Relationship Id="rId1313" Type="http://schemas.openxmlformats.org/officeDocument/2006/relationships/image" Target="media/image451.png"/><Relationship Id="rId1314" Type="http://schemas.openxmlformats.org/officeDocument/2006/relationships/image" Target="media/image452.jpg"/><Relationship Id="rId1315" Type="http://schemas.openxmlformats.org/officeDocument/2006/relationships/image" Target="media/image453.png"/><Relationship Id="rId1316" Type="http://schemas.openxmlformats.org/officeDocument/2006/relationships/image" Target="media/image454.png"/><Relationship Id="rId1317" Type="http://schemas.openxmlformats.org/officeDocument/2006/relationships/image" Target="media/image455.png"/><Relationship Id="rId1318" Type="http://schemas.openxmlformats.org/officeDocument/2006/relationships/image" Target="media/image456.jpg"/><Relationship Id="rId1319" Type="http://schemas.openxmlformats.org/officeDocument/2006/relationships/image" Target="media/image457.png"/><Relationship Id="rId1320" Type="http://schemas.openxmlformats.org/officeDocument/2006/relationships/image" Target="media/image458.jpg"/><Relationship Id="rId1321" Type="http://schemas.openxmlformats.org/officeDocument/2006/relationships/image" Target="media/image459.jpg"/><Relationship Id="rId1322" Type="http://schemas.openxmlformats.org/officeDocument/2006/relationships/image" Target="media/image460.png"/><Relationship Id="rId1323" Type="http://schemas.openxmlformats.org/officeDocument/2006/relationships/hyperlink" Target="https://www.ft.com/content/fdc1c064-1142-11e9-a581-4ff78404524e" TargetMode="External"/><Relationship Id="rId1324" Type="http://schemas.openxmlformats.org/officeDocument/2006/relationships/hyperlink" Target="https://www.investopedia.com/terms/l/limitorder.asp" TargetMode="External"/><Relationship Id="rId1325" Type="http://schemas.openxmlformats.org/officeDocument/2006/relationships/image" Target="media/image461.jpg"/><Relationship Id="rId1326" Type="http://schemas.openxmlformats.org/officeDocument/2006/relationships/image" Target="media/image462.jpg"/><Relationship Id="rId1327" Type="http://schemas.openxmlformats.org/officeDocument/2006/relationships/hyperlink" Target="https://discord.gg/jkVQM2xb" TargetMode="External"/><Relationship Id="rId1328" Type="http://schemas.openxmlformats.org/officeDocument/2006/relationships/hyperlink" Target="https://suicidepreventionlifeline.org/" TargetMode="External"/><Relationship Id="rId1329" Type="http://schemas.openxmlformats.org/officeDocument/2006/relationships/hyperlink" Target="https://preview.redd.it/4h1htukgsgv61.png?width=1236&amp;format=png&amp;auto=webp&amp;s=430dd8e5be9fbd2a36e77e519f2debdd239b54a7" TargetMode="External"/><Relationship Id="rId1330" Type="http://schemas.openxmlformats.org/officeDocument/2006/relationships/hyperlink" Target="https://blog.hubspot.com/marketing/business-plan-template" TargetMode="External"/><Relationship Id="rId1331" Type="http://schemas.openxmlformats.org/officeDocument/2006/relationships/hyperlink" Target="https://bmcintroduction.wordpress.com/" TargetMode="External"/><Relationship Id="rId1332" Type="http://schemas.openxmlformats.org/officeDocument/2006/relationships/hyperlink" Target="https://www.copypress.com/blog/content-calendar/" TargetMode="External"/><Relationship Id="rId1333" Type="http://schemas.openxmlformats.org/officeDocument/2006/relationships/hyperlink" Target="https://creately.com/blog/diagrams/the-ultimate-list-of-marketing-strategy-tools/#model" TargetMode="External"/><Relationship Id="rId1334" Type="http://schemas.openxmlformats.org/officeDocument/2006/relationships/hyperlink" Target="https://buffer.com/library/social-media-marketing-voice-and-tone/#examples-of-voice-and-tone-guides-online" TargetMode="External"/><Relationship Id="rId1335" Type="http://schemas.openxmlformats.org/officeDocument/2006/relationships/hyperlink" Target="https://preview.redd.it/3ai6k3t5dgv61.png?width=1094&amp;format=png&amp;auto=webp&amp;s=666c9695a160e60744c33c886ad9e5a2fccd06ab" TargetMode="External"/><Relationship Id="rId1336" Type="http://schemas.openxmlformats.org/officeDocument/2006/relationships/hyperlink" Target="https://preview.redd.it/2v41gaf2egv61.png?width=1148&amp;format=png&amp;auto=webp&amp;s=a0f614c1423c947ea04e152ba82fe4fa9ab74ed5" TargetMode="External"/><Relationship Id="rId1337" Type="http://schemas.openxmlformats.org/officeDocument/2006/relationships/hyperlink" Target="https://preview.redd.it/k9895hr9egv61.png?width=576&amp;format=png&amp;auto=webp&amp;s=d73baaaf2391894a3e2088b57f48bc3064da2637" TargetMode="External"/><Relationship Id="rId1338" Type="http://schemas.openxmlformats.org/officeDocument/2006/relationships/hyperlink" Target="https://preview.redd.it/i8c3bcpgegv61.png?width=986&amp;format=png&amp;auto=webp&amp;s=d30dd5ee969b4c9e607ee2e395fcf7eba92e47bd" TargetMode="External"/><Relationship Id="rId1339" Type="http://schemas.openxmlformats.org/officeDocument/2006/relationships/hyperlink" Target="https://preview.redd.it/re52l6hnegv61.png?width=950&amp;format=png&amp;auto=webp&amp;s=7842232cdd95f185672ccafa3b7bc29e2b97d975" TargetMode="External"/><Relationship Id="rId1340" Type="http://schemas.openxmlformats.org/officeDocument/2006/relationships/hyperlink" Target="https://preview.redd.it/ugflhivregv61.png?width=1202&amp;format=png&amp;auto=webp&amp;s=2d44bdea196301e0e124735c70d3ddf4af46da9a" TargetMode="External"/><Relationship Id="rId1341" Type="http://schemas.openxmlformats.org/officeDocument/2006/relationships/hyperlink" Target="https://preview.redd.it/k4q34ff7ggv61.png?width=992&amp;format=png&amp;auto=webp&amp;s=9aad68c5749f871c307416f355b2c693b6f0bcb0" TargetMode="External"/><Relationship Id="rId1342" Type="http://schemas.openxmlformats.org/officeDocument/2006/relationships/hyperlink" Target="https://preview.redd.it/ly4vl8bofgv61.png?width=1189&amp;format=png&amp;auto=webp&amp;s=40c74ce394d2570b3e47da6524e1181855fac0c9" TargetMode="External"/><Relationship Id="rId1343" Type="http://schemas.openxmlformats.org/officeDocument/2006/relationships/hyperlink" Target="https://www.youtube.com/watch?v=G_7inET5cx8&amp;t=244s" TargetMode="External"/><Relationship Id="rId1344" Type="http://schemas.openxmlformats.org/officeDocument/2006/relationships/hyperlink" Target="https://www.youtube.com/watch?v=gx2pyD0NnZ0" TargetMode="External"/><Relationship Id="rId1345" Type="http://schemas.openxmlformats.org/officeDocument/2006/relationships/hyperlink" Target="https://www.youtube.com/watch?v=50F1Ql_4LN0&amp;t=579s" TargetMode="External"/><Relationship Id="rId1346" Type="http://schemas.openxmlformats.org/officeDocument/2006/relationships/hyperlink" Target="https://www.youtube.com/watch?v=nByRXaTvkjU" TargetMode="External"/><Relationship Id="rId1347" Type="http://schemas.openxmlformats.org/officeDocument/2006/relationships/hyperlink" Target="https://preview.redd.it/5pmtr2p8hgv61.jpg?width=480&amp;format=pjpg&amp;auto=webp&amp;s=97aa58581b681e022d0e9065ffe87c042fef8ddb" TargetMode="External"/><Relationship Id="rId1348" Type="http://schemas.openxmlformats.org/officeDocument/2006/relationships/hyperlink" Target="https://preview.redd.it/cnjz5eeoigv61.jpg?width=640&amp;format=pjpg&amp;auto=webp&amp;s=f51d687fef7529db939031fe7cabfaf6fb35a3b8" TargetMode="External"/><Relationship Id="rId1349" Type="http://schemas.openxmlformats.org/officeDocument/2006/relationships/hyperlink" Target="https://preview.redd.it/5op9u4l6jgv61.png?width=946&amp;format=png&amp;auto=webp&amp;s=25ecb51fbc276664fee6f7a3cd9bad3bbfaafbba" TargetMode="External"/><Relationship Id="rId1350" Type="http://schemas.openxmlformats.org/officeDocument/2006/relationships/hyperlink" Target="https://preview.redd.it/4fecb7nfjgv61.png?width=958&amp;format=png&amp;auto=webp&amp;s=5cf9ab03d65312c4f4d2cb566b7afe01e05c25c9" TargetMode="External"/><Relationship Id="rId1351" Type="http://schemas.openxmlformats.org/officeDocument/2006/relationships/hyperlink" Target="https://preview.redd.it/t4ehlk88xgv61.png?width=598&amp;format=png&amp;auto=webp&amp;s=4e97a982996afbe4224745c795e5868d35af5d5b" TargetMode="External"/><Relationship Id="rId1352" Type="http://schemas.openxmlformats.org/officeDocument/2006/relationships/hyperlink" Target="https://preview.redd.it/0cptbbozsgv61.png?width=887&amp;format=png&amp;auto=webp&amp;s=770a20bc41a180446ff4ca024c143ecbd7506753" TargetMode="External"/><Relationship Id="rId1353" Type="http://schemas.openxmlformats.org/officeDocument/2006/relationships/hyperlink" Target="https://preview.redd.it/aj5hjntltgv61.png?width=1120&amp;format=png&amp;auto=webp&amp;s=fd646e4fceb2d3a3747a57f17e725ab30315d7aa" TargetMode="External"/><Relationship Id="rId1354" Type="http://schemas.openxmlformats.org/officeDocument/2006/relationships/hyperlink" Target="https://preview.redd.it/ed7d604xtgv61.png?width=1440&amp;format=png&amp;auto=webp&amp;s=25fee894f682a7b8565a49536cb90b5f78f8585c" TargetMode="External"/><Relationship Id="rId1355" Type="http://schemas.openxmlformats.org/officeDocument/2006/relationships/hyperlink" Target="https://preview.redd.it/4a1hno7augv61.png?width=217&amp;format=png&amp;auto=webp&amp;s=16117ccbe99d565bfaf35668d757850aef2eb8d9" TargetMode="External"/><Relationship Id="rId1356" Type="http://schemas.openxmlformats.org/officeDocument/2006/relationships/hyperlink" Target="https://preview.redd.it/ua3tpgozlgv61.png?width=959&amp;format=png&amp;auto=webp&amp;s=6f8a6405cbd5ed412f4e65ba8a3f596a236223a8" TargetMode="External"/><Relationship Id="rId1357" Type="http://schemas.openxmlformats.org/officeDocument/2006/relationships/hyperlink" Target="https://preview.redd.it/rlnt4daqmgv61.jpg?width=1080&amp;format=pjpg&amp;auto=webp&amp;s=62fa86027a93b7f0c62333fd3bc58291e002fa6a" TargetMode="External"/><Relationship Id="rId1358" Type="http://schemas.openxmlformats.org/officeDocument/2006/relationships/hyperlink" Target="https://www.businessinsider.com/5-reasons-not-to-delete-negative-reviews-2010-11" TargetMode="External"/><Relationship Id="rId1359" Type="http://schemas.openxmlformats.org/officeDocument/2006/relationships/hyperlink" Target="https://imgur.com/gallery/4IMydAK" TargetMode="External"/><Relationship Id="rId1360" Type="http://schemas.openxmlformats.org/officeDocument/2006/relationships/hyperlink" Target="https://imgur.com/gallery/KUbCzyN" TargetMode="External"/><Relationship Id="rId1361" Type="http://schemas.openxmlformats.org/officeDocument/2006/relationships/hyperlink" Target="https://imgur.com/gallery/e8smoN5" TargetMode="External"/><Relationship Id="rId1362" Type="http://schemas.openxmlformats.org/officeDocument/2006/relationships/hyperlink" Target="https://imgur.com/gallery/ucCmYAY" TargetMode="External"/><Relationship Id="rId1363" Type="http://schemas.openxmlformats.org/officeDocument/2006/relationships/hyperlink" Target="https://imgur.com/gallery/mldjnYn" TargetMode="External"/><Relationship Id="rId1364" Type="http://schemas.openxmlformats.org/officeDocument/2006/relationships/hyperlink" Target="https://www.suredividend.com/low-beta-stocks/" TargetMode="External"/><Relationship Id="rId1365" Type="http://schemas.openxmlformats.org/officeDocument/2006/relationships/hyperlink" Target="https://www.infrontanalytics.com/fe-EN/34916NU/GameStop-Corp-/Beta" TargetMode="External"/><Relationship Id="rId1366" Type="http://schemas.openxmlformats.org/officeDocument/2006/relationships/hyperlink" Target="https://www.reddit.com/r/Superstonk/comments/muzj4o/finra_webmaster_no_brokerdealers_currently_using/" TargetMode="External"/><Relationship Id="rId1367" Type="http://schemas.openxmlformats.org/officeDocument/2006/relationships/image" Target="media/image463.png"/><Relationship Id="rId1368" Type="http://schemas.openxmlformats.org/officeDocument/2006/relationships/image" Target="media/image464.jpg"/><Relationship Id="rId1369" Type="http://schemas.openxmlformats.org/officeDocument/2006/relationships/hyperlink" Target="https://twitter.com/TheRoaringKitty/status/1374710669321379846?s=20" TargetMode="External"/><Relationship Id="rId1370" Type="http://schemas.openxmlformats.org/officeDocument/2006/relationships/image" Target="media/image465.jpg"/><Relationship Id="rId1371" Type="http://schemas.openxmlformats.org/officeDocument/2006/relationships/hyperlink" Target="https://twitter.com/TheRoaringKitty/status/1380611475757236226?s=20" TargetMode="External"/><Relationship Id="rId1372" Type="http://schemas.openxmlformats.org/officeDocument/2006/relationships/image" Target="media/image466.jpg"/><Relationship Id="rId1373" Type="http://schemas.openxmlformats.org/officeDocument/2006/relationships/image" Target="media/image467.jpg"/><Relationship Id="rId1374" Type="http://schemas.openxmlformats.org/officeDocument/2006/relationships/image" Target="media/image468.jpg"/><Relationship Id="rId1375" Type="http://schemas.openxmlformats.org/officeDocument/2006/relationships/image" Target="media/image469.jpg"/><Relationship Id="rId1376" Type="http://schemas.openxmlformats.org/officeDocument/2006/relationships/image" Target="media/image470.jpg"/><Relationship Id="rId1377" Type="http://schemas.openxmlformats.org/officeDocument/2006/relationships/image" Target="media/image471.jpg"/><Relationship Id="rId1378" Type="http://schemas.openxmlformats.org/officeDocument/2006/relationships/image" Target="media/image472.png"/><Relationship Id="rId1379" Type="http://schemas.openxmlformats.org/officeDocument/2006/relationships/image" Target="media/image473.jpg"/><Relationship Id="rId1380" Type="http://schemas.openxmlformats.org/officeDocument/2006/relationships/image" Target="media/image474.png"/><Relationship Id="rId1381" Type="http://schemas.openxmlformats.org/officeDocument/2006/relationships/image" Target="media/image475.png"/><Relationship Id="rId1382" Type="http://schemas.openxmlformats.org/officeDocument/2006/relationships/hyperlink" Target="https://www.reddit.com/r/Superstonk/comments/oao9oo/the_nyse_threshold_list_collapsing_shorts_and/?utm_source=share&amp;utm_medium=web2x&amp;context=3" TargetMode="External"/><Relationship Id="rId1383" Type="http://schemas.openxmlformats.org/officeDocument/2006/relationships/hyperlink" Target="https://www.reddit.com/r/Superstonk/comments/ncezct/so_robinhood_finally_sent_over_my_cost_basis_from/?utm_source=share&amp;utm_medium=web2x&amp;context=3" TargetMode="External"/><Relationship Id="rId1384" Type="http://schemas.openxmlformats.org/officeDocument/2006/relationships/hyperlink" Target="https://www.reddit.com/u/RoutineYesterday267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Big Squeeze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